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 w:eastAsia="Arial"/>
          <w:b/>
          <w:color w:val="244EB7"/>
          <w:sz w:val="18"/>
        </w:rPr>
        <w:t>MHS ERP · СТРОИТЕЛЬСТВО</w:t>
      </w:r>
    </w:p>
    <w:p>
      <w:pPr>
        <w:pStyle w:val="Title"/>
      </w:pPr>
      <w:r>
        <w:t>Полная книга продукта</w:t>
      </w:r>
    </w:p>
    <w:p>
      <w:pPr>
        <w:pStyle w:val="Subtitle"/>
      </w:pPr>
      <w:r>
        <w:t>Кабинеты · роли · входы · результаты · передачи · контроль · ИТ-основание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Версия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версия продукта 3.6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29.07.2026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15 кабинетов · 43 ролей · 175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Для кого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Технический директор, руководители направлений, команда разработки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Формат проверки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Правки по названию раздела, роли, передачи, документа или требования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Документ позволяет проверить всю продуктовую логику без поиска по старым файлам: что получает каждая роль, что делает, что создаёт, кому передаёт, что блокирует и чем доказывает завершение.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ФИО и должность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Организация / объект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Дата проверки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r>
        <w:br w:type="page"/>
      </w:r>
    </w:p>
    <w:p>
      <w:pPr>
        <w:pStyle w:val="Heading1"/>
      </w:pPr>
      <w:r>
        <w:t>Паспорт продукта и границы готовности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Версия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версия продукта 3.6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Дата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29.07.2026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ограниченная готовность · локальный предпилот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15 кабинетов · 43 ролей · 175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Основание для проверки техническим директором, профильными специалистами и командой разработки.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FF3E6"/>
          <w:left w:val="single" w:sz="4" w:space="0" w:color="FFF3E6"/>
          <w:bottom w:val="single" w:sz="4" w:space="0" w:color="FFF3E6"/>
          <w:right w:val="single" w:sz="4" w:space="0" w:color="FFF3E6"/>
          <w:insideH w:val="single" w:sz="4" w:space="0" w:color="FFF3E6"/>
          <w:insideV w:val="single" w:sz="4" w:space="0" w:color="FFF3E6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3E6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A66519"/>
                <w:sz w:val="17"/>
              </w:rPr>
              <w:t>ГРАНИЦА ДОКАЗАТЕЛЬНОСТИ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Текущая сборка проверяет структуру и локальные сценарии на синтетических данных. Она не доказывает реальные полномочия, подписантов, интеграции, юридическую значимость, резервное восстановление или промышленную готовность.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8F5F1"/>
          <w:left w:val="single" w:sz="4" w:space="0" w:color="E8F5F1"/>
          <w:bottom w:val="single" w:sz="4" w:space="0" w:color="E8F5F1"/>
          <w:right w:val="single" w:sz="4" w:space="0" w:color="E8F5F1"/>
          <w:insideH w:val="single" w:sz="4" w:space="0" w:color="E8F5F1"/>
          <w:insideV w:val="single" w:sz="4" w:space="0" w:color="E8F5F1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F5F1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16836D"/>
                <w:sz w:val="17"/>
              </w:rPr>
              <w:t>КАК ДАВАТЬ ПРАВКИ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Укажите название раздела, рабочего пространства, роли, передачи, документа или требования. Опишите расхождение, фактический порядок, подтверждающий документ и специалиста. Не подтверждайте известное повторно.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Непереговорные правила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1. На верхнем уровне интерфейса показываются кабинеты, а не атомарные ролевые контракты.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2. Внутренние кабинеты генподрядчика, рабочие пространства внешних участников и сквозной контур передачи показываются раздельно; наличие внешнего пространства не делает участника подразделением генподрядчика.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3. Сотрудник получает профиль только через назначение на объект, направление, зону и срок.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4. Совмещение профилей объединяет очередь сотрудника, но не объединяет полномочия и не разрешает самоприемку.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5. Роли кабинета работают с общими каноническими записями; передача создает ссылку и событие приема, а не копию.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6. Ролевой контракт открывается как внутренний профиль кабинета и не присутствует отдельной карточкой в основной навигации.</w:t>
      </w:r>
    </w:p>
    <w:p>
      <w:pPr>
        <w:pStyle w:val="Heading2"/>
      </w:pPr>
      <w:r>
        <w:t>Канонические сущности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1. Объект. Ответственный: руководитель проекта. Назначение: Изолирует договорный, технический и производственный контекст объекта.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2. Паспорт объекта. Ответственный: руководитель проекта и администратор объекта. Назначение: Хранит юридический вид, фактические параметры, коммерческий класс, очереди, зоны, инженерные системы и явно отмеченные неопределённые значения без подмены предположениями.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3. Граница генерального подряда. Ответственный: директор проекта и договорный контур. Назначение: Определяет конечный результат, включения, исключения, разделение проектирования, поставки, подключения, пусконаладки и передачи.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4. Организация и интерфейс взаимодействия. Ответственный: администратор объекта и договорный контур. Назначение: Отделяет внутренние подразделения генподрядчика от заказчика, технического заказчика, проектировщика, контроля, субподрядчиков, сетевых, городских и эксплуатирующих организаций.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5. Договор и версия приложений. Ответственный: договорной отдел. Назначение: Фиксирует стороны, предмет, срок, стоимость, приложения, статус применимости и основание изменения без подмены технической, объёмной или финансовой приёмки.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6. Строка разграничения обязательств. Ответственный: договорной отдел и руководитель проекта. Назначение: Связывает точный предмет с владельцем, исполнителем, получателем, работой, зоной, поставкой, доказательством, ограничением и порядком изменения.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7. Применимость стандарта или регламента заказчика. Ответственный: договорной отдел и ПТО. Назначение: Фиксирует документ, редакцию, область применения, обязательные позиции, исключение и подтверждение ознакомления без объявления частного стандарта универсальной нормой.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8. Закрывающая проверка договорных обязательств. Ответственный: договорной отдел. Назначение: Сводит независимые технические, объёмные, исполнительные, материальные, гарантийные и договорные статусы перед расчётами или закрытием, не создавая оплату и не заменяя приёмку.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9. Сотрудник. Ответственный: кадровая функция. Назначение: Хранит физическое лицо без автоматического предоставления полномочий.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10. Должность. Ответственный: кадровая функция. Назначение: Описывает штатное место отдельно от роли на объекте.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11. Ролевой контракт. Ответственный: владелец процесса. Назначение: Задает устойчивые входы, проверки, результаты и границы.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12. Назначение на объект. Ответственный: администратор полномочий. Назначение: Связывает сотрудника, роль, объект, направление, зону, срок и основание.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13. Полномочие. Ответственный: владелец матрицы ответственности. Назначение: Определяет допустимое действие и независимость принимающего.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14. Направление работ. Ответственный: технический директор. Назначение: Группирует работы по предметной специализации объекта.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15. Работа или инженерная система объекта. Ответственный: технический директор и ПТО. Назначение: Связывает полный предмет работ с входами, владельцами, результатом, доказательствами, приёмкой, пусконаладкой и внешними интерфейсами.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16. Зона или захватка. Ответственный: начальник участка. Назначение: Фиксирует пространственный контекст результата.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17. Позиция работы. Ответственный: ПТО. Назначение: Связывает код, полное наименование, зону, договор, проект и календарный план.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18. График производства работ. Ответственный: планирование и руководитель проекта. Назначение: Связывает подписанный договор, последовательность работ, сроки, движение рабочей силы, техники и материалов и контрольные окна.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19. Производственный пакет. Ответственный: ПТО. Назначение: Объединяет действующие основания, ресурсы, допуски и контрольные точки.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20. Пакет допуска подрядчика. Ответственный: инженер подготовки производства. Назначение: Хранит допуск организации, людей, ответственных, журналов, ресурсов и средств доступа.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21. Передача площадки или фронта. Ответственный: начальник участка. Назначение: Фиксирует стороны, границы, состояние, ограничения и доказательства до и после.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22. Ревизия рабочей документации. Ответственный: документный контроль. Назначение: Неизменно связывает работу с действующим проектным основанием.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23. Проект производства работ. Ответственный: инженер подготовки производства. Назначение: Определяет метод, последовательность, ресурсы, безопасность и контроль.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24. Лист проверки ППР. Ответственный: назначенный инженер ПТО. Назначение: Хранит построчную проверку ПТО, профильные вопросы прорабам направлений и готовность версии к передаче техническому директору.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25. Технологическая карта. Ответственный: инженер подготовки производства. Назначение: Детализирует технологическую операцию и область применимости.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26. Потребность в ресурсе. Ответственный: владелец производственного пакета. Назначение: Фиксирует расчет, источник, срок и владельца обеспечения.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27. Заявка на ресурс или независимую проверку. Ответственный: исполнитель или ответственный по направлению. Назначение: Связывает потребность с позицией утверждённого графика, работой, зоной, сроком и назначенным владельцем обеспечения или проверки.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28. Партия материала. Ответственный: склад и входной контроль. Назначение: Связывает изготовителя, поставку, документы качества, склад и место применения.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29. Первичный производственный факт. Ответственный: производитель работ. Назначение: Неизменно фиксирует выполненную операцию, время, ресурсы, условия и доказательства.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30. Измерение. Ответственный: геодезист или уполномоченный измеритель. Назначение: Отделяет измеренный результат от заявления производства.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31. Лабораторный результат. Ответственный: лаборатория. Назначение: Фиксирует пробу, методику, результат, протокол и применимость.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32. Контрольная точка. Ответственный: ПТО и строительный контроль. Назначение: Определяет обязательное предъявление, доказательства и запрет следующей операции.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33. Вызов на освидетельствование. Ответственный: производитель работ. Назначение: Регистрирует адресата, предмет, время, комплект, получение и согласованное время.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34. Решение по предъявлению. Ответственный: уполномоченный контроль. Назначение: Хранит принято, принято с условиями, отклонено или требуется повторное предъявление.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35. Технический стоп. Ответственный: назначение, выпустившее замечание. Назначение: Неизменно связывает отрицательное решение контроля, заблокированную операцию, исполнителя устранения и право закрытия только выдавшим стоп назначением.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36. Акт. Ответственный: владелец матрицы исполнительной документации. Назначение: Фиксирует вид, работу, зону, форму, приложения, подписантов и состояния подписания.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37. Запись журнала. Ответственный: назначенный ответственный. Назначение: Хранит первичную хронологическую запись без переписывания задним числом.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38. Доказательный пакет. Ответственный: владелец результата. Назначение: Объединяет применимые доказательства завершения конкретного результата.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39. Пакет пусконаладки и комплексного опробования. Ответственный: руководитель ввода и технический директор. Назначение: Разделяет строительно-монтажную готовность, индивидуальные испытания, наладку, комплексные сценарии, подключения, дефекты и итоговое решение.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40. Пакет передачи эксплуатации. Ответственный: руководитель ввода. Назначение: Связывает систему, документы, ЗИП, ключи, доступы, обучение, замечания, получателя и гарантийные обязательства.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41. Финальный комплект исполнительной документации. Ответственный: ПТО. Назначение: Связывает Реестр исполнительной документации, канонический электронный комплект, учтённые физические экземпляры, подписантов и получателей.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42. Общая очередь результатов ПТО. Ответственный: начальник ПТО либо единственный назначенный сотрудник ПТО. Назначение: Назначает результат конкретному сотруднику и профильному контракту внутри одного кабинета ПТО без создания отдельного кабинета на каждого сотрудника.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43. Внутренняя эскалация ПТО. Ответственный: начальник ПТО либо единственный назначенный сотрудник ПТО. Назначение: Фиксирует предел полномочия, затронутые работы, влияние и адресное решение без копирования исходной записи.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44. Запрос на разъяснение. Ответственный: инициатор производственного вопроса и назначенный владелец содержания ПТО. Назначение: Локализует фактический вопрос к РД, позиции участников, влияние и маршрут ответа, не создавая проектную коллизию или проектное решение.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45. Состояние объема. Ответственный: ПТО по объемам. Назначение: Хранит отдельное состояние объема и источник его возникновения.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46. Материальное движение. Ответственный: склад или МОЛ. Назначение: Хранит потребность, выдачу, расход, возврат, остаток и отклонение.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47. Проектное или договорное изменение. Ответственный: руководитель проекта. Назначение: Связывает событие, проектное решение, оценку влияния, договор и новую ревизию.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48. Межролевая передача. Ответственный: отправитель результата. Назначение: Содержит точный пакет, условие, получателя, действие и мотивированный возврат.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49. Решение человека. Ответственный: уполномоченный сотрудник. Назначение: Фиксирует вопрос, варианты, полномочие, выбор, основание и последствия.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50. Пакет подписания. Ответственный: владелец документа. Назначение: Определяет матрицу подписантов, порядок, замечания и юридический статус.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51. Коммуникация. Ответственный: автор сообщения. Назначение: Связывает письмо, запрос или сообщение с процессной записью без подмены хранилища.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52. Версия документа. Ответственный: документный контроль. Назначение: Хранит файл, метаданные, статус, замену и область применения.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53. Событие журнала действий. Ответственный: система. Назначение: Неизменно фиксирует создание, изменение, подписание, возврат, удаление ссылки и решение.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54. Черновик агента. Ответственный: назначенный подтверждающий. Назначение: Хранит предложение, использованный контекст, источники, уверенность и решение человека.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55. Подключение внешнего инструмента. Ответственный: технический администратор. Назначение: Хранит состояние, границы, доступы, риски и проверку адаптера.</w:t>
      </w:r>
    </w:p>
    <w:p>
      <w:pPr>
        <w:pStyle w:val="Heading2"/>
      </w:pPr>
      <w:r>
        <w:t>Правила связей и устранения дублей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1. Паспорт объекта и граница генерального подряда утверждаются до назначения полного состава работ, систем, организаций и ролей.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2. Работа или инженерная система относится к договорной границе и имеет собственные входы, владельцев, доказательства, приёмку и маршрут пусконаладки.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3. Договор хранится как версионируемый пакет; построчное обязательство связывает договорную ответственность с работой, зоной, исполнителем, доказательством и порядком изменения.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4. Применимость стандарта или регламента заказчика определяется для конкретного договора, редакции, организации и предмета; частный документ не становится общей нормой автоматически.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5. Договорное закрытие ссылается на техническую, объёмную, исполнительную, материальную и гарантийную готовность, но не заменяет ни одно из этих независимых решений и не создаёт платёж.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6. Внешняя организация участвует через назначенных представителей и записи интерфейса, но не становится подразделением генподрядчика.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7. Работа всегда относится к одному объекту и одной пространственной зоне в конкретной версии.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8. Производственный пакет относится к набору работ, но каждая работа сохраняет собственную идентичность.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9. Факт создается только по действующему производственному пакету и назначению автора.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10. Измерение, испытание и контрольное решение не копируются в факт, а связываются с ним.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11. Документ не хранит текущее состояние процесса; он подтверждает запись процесса в определенной версии.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12. Передача ссылается на существующие записи и не создает их дубликаты у получателя.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13. Получатель принимает пакет, возвращает его мотивированно или фиксирует частичное принятие по позициям.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14. Подписание не перезаписывает документ; создается неизменяемое событие и новая стадия пакета подписания.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15. Коммуникация не меняет статус автоматически; статус меняется отдельным уполномоченным действием.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16. Агентский черновик не является документом, решением или приемкой до подтверждения человеком.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17. Удаление пользовательской ссылки не удаляет аудит, подписанный документ или первичный факт.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18. Любое финансовое состояние ссылается на технический, объемный, сметный и договорный источник.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19. Объект: роль. структурированное поле записи: роль идентификатор записи; version. Правило: В продукте один ролевой контракт; кабинеты являются представлениями назначения.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20. Объект: рабочая задача. структурированное поле записи: структурированное поле записи; структурированное поле записи; структурированное поле записи. Правило: Совмещение ролей объединяет задачу и показывает все основания полномочий.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21. Объект: документ. структурированное поле записи: документ идентификатор записи; revision. Правило: Передача документа создает ссылку и запись приема, а не копию файла.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22. Объект: производственный факт. структурированное поле записи: производственный факт идентификатор записи. Правило: Своды и отчеты используют исходный факт без переписывания.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23. Объект: межролевая передача. структурированное поле записи: исходная запись; получатель назначение идентификатор записи; purpose; revision. Правило: Повторная отправка новой версии связана с прежней передачей.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24. Объект: результат контроля. структурированное поле записи: освидетельствование решение идентификатор записи. Правило: Результат контроля принадлежит принимающей роли и только связывается с работой.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25. Объект: объем. структурированное поле записи: работа позиция идентификатор записи; зона идентификатор записи; структурированное поле записи; основание идентификатор записи. Правило: Разные состояния не суммируются как разные работы.</w:t>
      </w:r>
    </w:p>
    <w:p>
      <w:pPr>
        <w:pStyle w:val="Heading1"/>
        <w:pageBreakBefore/>
      </w:pPr>
      <w:r>
        <w:t>Объект и граница генерального подряда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ПОЧЕМУ ПРОВЕРКА НАЧИНАЕТСЯ ЗДЕСЬ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Роли, документы и передачи считаются применимыми только после подтверждения паспорта объекта, договорного результата, состава работ и самостоятельных внешних организаций. Неопределённый параметр не заменяется предположением.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Эталонный объект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ЖК «Контур-17» · корпус Б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Граница 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Эталонный локальный объект для перестройки продукта. Все фактические параметры, не предоставленные владельцем, явно обозначены как не определённые и не считаются установленными.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Договорный результат генподряда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Завершённый в пределах договора комплекс строительно-монтажных, монтажных, пусконаладочных и связанных работ по объекту с подтверждённым качеством, исполнительной документацией, устранёнными замечаниями, переданными системами и готовностью результата к предусмотренной договором приёмке и последующим действиям застройщика.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Каталог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40 видов работ и систем; 11 организаций; 10 этапов ввода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Паспорт объекта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100"/>
        <w:gridCol w:w="2500"/>
        <w:gridCol w:w="1500"/>
        <w:gridCol w:w="3260"/>
      </w:tblGrid>
      <w:tr>
        <w:trPr>
          <w:trHeight w:hRule="atLeast"/>
          <w:tblHeader w:val="true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Параметр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Источник и применение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Юридический вид объекта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Многоквартирный жилой комплекс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6836D"/>
                <w:sz w:val="15"/>
              </w:rPr>
              <w:t>подтверждено решением владельца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Решение владельца от 29.07.2026</w:t>
              <w:br/>
              <w:t>Нужно для: договорная граница; состав работ; ввод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Коммерческий класс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Элитный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6836D"/>
                <w:sz w:val="15"/>
              </w:rPr>
              <w:t>подтверждено решением владельца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Решение владельца от 29.07.2026</w:t>
              <w:br/>
              <w:t>Нужно для: требования к качеству; отделка; приёмка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Модель реализации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Традиционный генеральный подряд; проектирование и функции технического заказчика являются внешними интерфейсами, если договором не установлено иное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6836D"/>
                <w:sz w:val="15"/>
              </w:rPr>
              <w:t>рабочая архитектурная граница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Нормативный анализ и обратная связь технического директора</w:t>
              <w:br/>
              <w:t>Нужно для: граница ответственности; структура организаций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Адрес и земельный участок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паспорт реального объекта</w:t>
              <w:br/>
              <w:t>Нужно для: разрешительная документация; подключения; надзор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Кадастровые сведения и право на участок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паспорт реального объекта</w:t>
              <w:br/>
              <w:t>Нужно для: передача площадки; разрешение на строительство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Количество корпусов, секций и очередей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паспорт реального объекта</w:t>
              <w:br/>
              <w:t>Нужно для: структура зон; график; этапы ввода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Этажность, высота и подземная часть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паспорт реального объекта</w:t>
              <w:br/>
              <w:t>Нужно для: контрольные шаблоны; надзор; пожарные системы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Площади жилой, общественной и технической частей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паспорт реального объекта</w:t>
              <w:br/>
              <w:t>Нужно для: объёмы; смета; передача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Подземный или встроенный паркинг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паспорт реального объекта</w:t>
              <w:br/>
              <w:t>Нужно для: инженерные системы; пожарная безопасность; ввод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Встроенные коммерческие и общественные помещения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паспорт реального объекта</w:t>
              <w:br/>
              <w:t>Нужно для: границы работ; инженерные нагрузки; передача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Отделка квартир, мест общего пользования и технических помещений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договор и ведомость отделки</w:t>
              <w:br/>
              <w:t>Нужно для: состав работ; образцы; приёмка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Точный перечень внутренних и наружных инженерных систем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Требуются проект, технические условия и договор</w:t>
              <w:br/>
              <w:t>Нужно для: состав работ; подключение; пусконаладка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Входит ли проектирование или корректировка РД в договор генподряда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договор и матрица ответственности</w:t>
              <w:br/>
              <w:t>Нужно для: маршрут изменений; стоимость; срок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Подписанный пакет договора генерального подряда и приложения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Предоставленный пакет является структурным примером субподряда, а не договором эталонного объекта</w:t>
              <w:br/>
              <w:t>Нужно для: граница результата; сроки; стоимость; закрытие обязательств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Построчная матрица разграничения обязательств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подписанное приложение к договору или утверждённая эквивалентная матрица</w:t>
              <w:br/>
              <w:t>Нужно для: исполнитель; поставщик; временная инфраструктура; контроль; подключения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Разделение поставки между заказчиком, генподрядчиком и субподрядчиками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разделительная ведомость</w:t>
              <w:br/>
              <w:t>Нужно для: закупка; документы качества; гарантия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Применимость стандартов и регламентов заказчика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реестр стандартов с редакциями и объектной применимостью</w:t>
              <w:br/>
              <w:t>Нужно для: допуск подрядчика; ОТ/ТБ; исполнительная документация; контроль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Условия закрытия обязательств, расчётов и гарантии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Требуются договор и закрывающие приложения реального объекта</w:t>
              <w:br/>
              <w:t>Нужно для: закрывающий реестр; расчётная готовность; гарантийное сопровождение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Владельцы договоров технологического присоединения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Требуются договоры и технические условия</w:t>
              <w:br/>
              <w:t>Нужно для: наружные сети; подача ресурса; ввод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Применимость государственного строительного надзора и специальные условия объекта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Требуются разрешение и правовой паспорт объекта</w:t>
              <w:br/>
              <w:t>Нужно для: надзор; итоговая проверка; ввод</w:t>
            </w:r>
          </w:p>
        </w:tc>
      </w:tr>
      <w:tr>
        <w:trPr>
          <w:cantSplit/>
          <w:trHeight w:hRule="atLeast"/>
        </w:trPr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Эксплуатирующая или управляющая организация-получатель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не определено по реальному объекту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A66519"/>
                <w:sz w:val="15"/>
              </w:rPr>
              <w:t>не определено по реальному объекту</w:t>
            </w:r>
          </w:p>
        </w:tc>
        <w:tc>
          <w:tcPr>
            <w:tcW w:type="dxa" w:w="3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Требуется объектная матрица организаций</w:t>
              <w:br/>
              <w:t>Нужно для: передача систем; обучение; гарантия</w:t>
            </w:r>
          </w:p>
        </w:tc>
      </w:tr>
    </w:tbl>
    <w:p>
      <w:pPr>
        <w:pStyle w:val="Heading2"/>
      </w:pPr>
      <w:r>
        <w:t>Ответственность и пределы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3120"/>
        <w:gridCol w:w="3120"/>
        <w:gridCol w:w="3120"/>
      </w:tblGrid>
      <w:tr>
        <w:trPr>
          <w:trHeight w:hRule="atLeast"/>
        </w:trPr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Генподрядчик обязан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Заказчик предоставляет и выполняет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Генподрядчик не подменяет</w:t>
            </w:r>
          </w:p>
        </w:tc>
      </w:tr>
      <w:tr>
        <w:trPr>
          <w:trHeight w:hRule="atLeast"/>
        </w:trPr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5"/>
              </w:rPr>
              <w:t>1. Организовать и выполнить либо обеспечить выполнение полного договорного состава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2. Координировать собственные силы и всех привлечённых субподрядчиков как единую производственную цепочку.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3. Работать только по действующим проектным, рабочим, договорным и разрешительным основаниям.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4. Обеспечить организационно-технологическую подготовку, ППР, технологические карты и разрешённые фронты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5. Обеспечить строительный контроль со своей стороны, входной и операционный контроль, геодезическое и лабораторное сопровождение в договорном объёме.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6. Обеспечить охрану труда, технику безопасности, допуски людей, техники, оснастки и средств доступа.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7. Вести производственный факт, журналы, исполнительные схемы, акты, протоколы и документы качества по применимой объектной матрице.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8. Обеспечить поставку материалов и оборудования в пределах утверждённой разделительной ведомости.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9. Организовать индивидуальные испытания, пусконаладку, комплексное опробование и устранение дефектов в договорном объёме.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10. Передать заказчику или техническому заказчику результат, исполнительный комплект, эксплуатационные документы и предусмотренные договором экземпляры.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11. Сопровождать проверки и предоставлять доказательства, необходимые застройщику для итоговых процедур, не подменяя публичные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12. Исполнять гарантийные обязательства и сохранять происхождение решений, изменений и доказательств.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5"/>
              </w:rPr>
              <w:t>1. Передать строительную площадку и правовые основания доступа к ней.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2. Передать разрешение на строительство, проектную и рабочую документацию в установленном договором составе и редакции.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3. Передать результаты инженерных изысканий и иные исходные данные в применимом объёме.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4. Обеспечить решения и согласования, отнесённые договором к заказчику или техническому заказчику.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5. Обеспечить договоры и действия по технологическому присоединению, если они не переданы генподрядчику договором.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6. Организовать строительный контроль со стороны застройщика или технического заказчика.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7. Принять и оплатить надлежащий результат в порядке договора.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8. Подать заявление и документы для разрешения на ввод как застройщик либо обеспечить действие уполномоченного заявителя.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5"/>
              </w:rPr>
              <w:t>• Не выдаёт разрешение на строительство или ввод объекта в эксплуатацию.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• Не принимает проектное решение вместо проектировщика, ГИП или ГАП.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• Не осуществляет государственный строительный надзор.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• Не подписывает за представителя заказчика, технического заказчика, ресурсоснабжающей или сетевой организации.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• Не расширяет договорный объём и цену без зарегистрированного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• Не снимает замечание или технический стоп, созданный другим уполномоченным участником.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• Не считает отсутствие внешнего контролёра автоматической приёмкой.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5"/>
              </w:rPr>
              <w:t>• Не превращает внутреннюю рекомендацию агента в подпись, приёмку, оплату или снятие блокировки.</w:t>
            </w:r>
          </w:p>
        </w:tc>
      </w:tr>
    </w:tbl>
    <w:p>
      <w:pPr>
        <w:pStyle w:val="Heading2"/>
      </w:pPr>
      <w:r>
        <w:t>Разделительная матрица договора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1500"/>
        <w:gridCol w:w="2260"/>
        <w:gridCol w:w="2100"/>
        <w:gridCol w:w="2100"/>
        <w:gridCol w:w="1400"/>
      </w:tblGrid>
      <w:tr>
        <w:trPr>
          <w:trHeight w:hRule="atLeast"/>
          <w:tblHeader w:val="true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Область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Владелец по умолчанию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Действие генподрядчика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Действие заказчика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Основание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Площадка, доступ и исходное состояние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Заказчик / технический заказчик передаёт; генподрядчик принимает и фиксирует состояние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Проверить границы, состояние, ограничения, временные подключения и зарегистрировать акт передачи.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Предоставить площадку и законное основание доступа в согласованном состоянии.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акт передачи площадки, правовой паспорт участка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Проектирование и рабочая документация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Генеральный проектировщик; заказчик или технический заказчик организует выдачу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Проверять достаточность для производства, регистрировать коллизии и запросы на разъяснение, применять только действующую ревизию.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Обеспечить выпуск, согласование и передачу проектных оснований.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техническое задание, реестр РД, договор проектирования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Строительно-монтажные работы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Генеральный подрядчик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Организовать полный договорный производственный результат и координацию исполнителей.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Обеспечить своевременные решения, контроль и приёмку.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техническая документация, смета, график производства работ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Материалы и оборудование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 разделительной ведомости поставки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Обеспечить свои позиции, прослеживаемость партий, документы качества, хранение и монтаж.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Своевременно передать давальческие позиции и документы по ним.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спецификации, разделительная ведомость поставки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Построчное разграничение обязательств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 подписанной матрице договора; договорный контур хранит версию и назначенных владельцев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Связать каждую договорную строку с работой, зоной, исполнителем, доказательством, изменением и закрытием; не присваивать неизвестного владельца предположением.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Подтвердить свою сторону матрицы, решения и исключения, отнесённые к заказчику или техническому заказчику.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приложение с разграничением обязательств, дополнительное соглашение или утверждённая объектная матрица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Стандарты и регламенты заказчика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Заказчик или технический заказчик задаёт применимые документы; генподрядчик фиксирует редакцию и исполняет применимые требования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Включить применимые положения в допуск, ППР, контроль и исполнительные пакеты; вернуть документ при неясной редакции или области применения.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Передать реестр, редакции, разъяснения и подтверждение применимости частных стандартов.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реестр стандартов заказчика, письмо о применимости, версия документа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Давальческие МТР, оборудование и хранение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 разделительной ведомости поставки и построчной договорной обязанности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Проверить входящий документ, партию, хранение, выдачу, монтаж, расход, возврат и отклонение в пределах своей обязанности.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Передать давальческие позиции, комплект документов качества и условия передачи, если поставка отнесена к его стороне.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разделительная ведомость, УПД или накладная, акт передачи, реестр смонтированного оборудования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Временные здания, сооружения и сети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 ПОС, договору и акту передачи площадки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Организовать, эксплуатировать и демонтировать договорный временный контур.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Обеспечить согласованные точки и условия подключения.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ПОС, договор, технические условия площадки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Технологическое присоединение постоянных сетей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Застройщик / правообладатель, если договором прямо не передано иное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Построить и подготовить договорный участок сетей, обеспечить испытания и доказательства готовности.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Заключить договоры подключения, выполнить платежи и действия заявителя.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Технические условия, договоры подключения, границы балансовой и эксплуатационной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Строительный контроль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сторона выполняет свой независимый контур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Выполнять контроль со стороны лица, осуществляющего строительство.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Организовать контроль со стороны застройщика или технического заказчика.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приказы, объектная матрица полномочий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Пусконаладка и комплексное опробование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Генподрядчик в договорном объёме с участием поставщиков, субподрядчиков, заказчика и эксплуатации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Собрать программы, готовность, протоколы, дефекты и итоговые результаты.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Обеспечить требуемые режимы, ресурсы, внешних участников и приёмочное решение.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проект, программы ПНР, матрица систем и подписантов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Исполнительная и эксплуатационная документация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Генподрядчик формирует сводный договорный комплект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Собрать, проверить, зарегистрировать и передать комплект по реестру.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Проверить, принять или вернуть единым реестром замечаний.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объектная матрица документов, Приказы Минстроя № 344/пр и № 369/пр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Взаимодействие с государственным строительным надзором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Застройщик / технический заказчик как официальный контур; генподрядчик предоставляет доказательства и устраняет относящиеся к нему замечания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Предъявлять работы и документы в своём объёме, исполнять адресованные требования.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Организовать официальный маршрут и действия заявителя.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Разрешение на строительство, программа проверок, уведомления и предписания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Разрешение на ввод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Застройщик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Передать готовый договорный результат и документы, устранить относящиеся к работам замечания.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Подать заявление и получить публичное решение.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ГрК РФ, статья 55; договор; итоговый реестр готовности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Передача эксплуатирующей организации и гарантия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 договору и объектной матрице передачи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Передать системы, документы, ключи, ЗИП, обучение и гарантийные обязательства в своём объёме.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Назначить получателя, обеспечить участие эксплуатации и подтвердить приём.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программа передачи, опись, акты, гарантийные условия</w:t>
            </w:r>
          </w:p>
        </w:tc>
      </w:tr>
      <w:tr>
        <w:trPr>
          <w:cantSplit/>
          <w:trHeight w:hRule="atLeast"/>
        </w:trPr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Закрытие обязательств, расчётная готовность и гарантия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контур после независимых технических, объёмных, материальных и исполнительных проверок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Собрать договорный закрывающий реестр, устранить адресные дефициты, передать комплект и вести гарантийные обязательства в своём объёме.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Принять или мотивированно вернуть договорный результат, подтвердить свои закрывающие действия и участвовать в гарантийном маршруте по договору.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Договор, акт исполнения обязательств, реестр исполнительной документации, материальная сверка, акты дефектов и устранения</w:t>
            </w:r>
          </w:p>
        </w:tc>
      </w:tr>
    </w:tbl>
    <w:p>
      <w:pPr>
        <w:pStyle w:val="Heading2"/>
      </w:pPr>
      <w:r>
        <w:t>Полный каталог работ и инженерных систем</w:t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Передача площадки, ограждение и подготовительные работы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Подготовка территории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Акт передачи, границы, состояние, ограничения, ограждение, расчистка, организация доступа и первоначальная фиксация.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право доступа и акт передачи площадки; ПОС и схема организации площадки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Руководитель проекта; Инженер подготовки производства ПТО; Начальник участка; Инженер по охране труда и технике безопасности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и подготовленная площадка с доказанными границами и условиями производства.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 передачи площадки; фотофиксация исходного состояния; схема ограждения и доступа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Принимают назначенные представители заказчика и генподрядчика; охрана труда подтверждает безопасный режим доступа.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применяется; закрытие подтверждается готовностью площадки и передачей в производственный контур.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Застройщик / заказчик; Технический заказчик; Городские и муниципальные организации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Временные здания, сооружения, дороги и инженерные сети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Подготовка территории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Бытовой городок, склады, временные дороги, освещение, электроснабжение, вода, водоотведение и связь стройплощадки.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ПОС; точки временного подключения; расчёт нагрузок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Начальник участка; Механик / ответственный за технику; Инженер по охране труда и технике безопасности; Прораб генподрядчика по направлению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Работоспособный и безопасный временный контур обеспечения строительства.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готовности временных сетей; испытания электроустановок; схема движения и складирования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Внутренняя комиссия генподрядчика и внешние владельцы точек подключения в применимом объёме.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Индивидуальные проверки, допуск к эксплуатации и последующий контролируемый демонтаж.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Застройщик / заказчик; Сетевые и ресурсоснабжающие организации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Геодезическая разбивочная основа и мониторинг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Подготовка территории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Приём исходной сети, закрепление осей и реперов, разбивка, деформационный мониторинг и исполнительные измерения.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координатная и высотная основа; поверенные приборы; заявки на разбивку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Геодезист; Инженер ПТО по направлению; Начальник участка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Действующая геодезическая основа и прослеживаемые измерения по элементам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 приёмки геодезической основы; каталог координат и отметок; исполнительные схемы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Геодезист выпускает измерение; производитель работ подтверждает предъявляемый элемент; контроль принимает в пределах матрицы.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 как отдельная система; итоговый комплект передаётся с исполнительной документацией.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Застройщик / заказчик; Строительный контроль заказчика / технический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Демонтаж, вынос и переустройство существующих коммуникаций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Нулевой цикл · применяется по условиям конкретного объекта · Только при наличии существующих сооружений или сетей в границах работ.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Обследование, отключение, демонтаж, вынос, временная схема, восстановление и передача владельцу.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исполнительные сведения владельца сети; согласованная схема переустройства; разрешение на отключение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ПТО по направлению; Прораб генподрядчика по направлению;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Безопасно демонтированный или переустроенный объект с подтверждённым восстановлением.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 отключения; исполнительная схема; акт восстановления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Генподрядчик, заказчик и владелец сети по границе ответственности.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Проверка восстановленного участка и разрешение владельца сети.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Сетевые и ресурсоснабжающие организации; Городские и муниципальные организации; Строительный контроль заказчика / технический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Земляные работы, котлован, водопонижение и основания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Нулевой цикл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Разработка, крепление, водопонижение, подготовка основания, обратная засыпка и уплотнение.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Геодезист; Строительная лаборатория; Внутренний строительный контроль; Инженер исполнительной документации ПТО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котлован и основания с подтверждёнными отметками, устойчивостью и уплотнением.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геодезические схемы; протоколы уплотнения; акты скрытых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Производитель работ предъявляет; геодезия и лаборатория дают независимые результаты; контроль принимает этап.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применяется; следующий этап разрешается только после приёмки основания.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Свайные основания и испытания свай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Нулевой цикл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Устройство свай, контроль каждой сваи, испытания, срубка голов и приёмка свайного поля.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Геодезист; Строительная лаборатория; Внутренний строительный контроль; Инженер исполнительной документации ПТО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Принятое свайное поле с прослеживаемостью каждого элемента и испытаний.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журнал свайных работ; исполнительная схема; протоколы испытаний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Производитель работ, контроль заказчика и иные подписанты по объектной матрице.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применяется; ростверки запрещены до принятия свайного поля.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Генеральный проектировщик, ГИП и ГАП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Фундаменты, подземные железобетонные конструкции и паркинг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Несущие конструкции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Подбетонка, опалубка, армирование, закладные, бетонирование, распалубка и приёмка подземной части.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Строительная лаборатория;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Принятые подземные несущие конструкции с подтверждённой геометрией и прочностью.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АОСР и акты скрытых работ; исполнительные схемы; протоколы бетона и сварных соединений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Поэтапно до сокрытия и нагружения; внешнее решение не заменяется внутренней проверкой.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применяется; разрешение последующего нагружения после установленной прочности и приёмки.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Генеральный проектировщик, ГИП и ГАП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Гидроизоляция, дренаж и защита подземной части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Нулевой цикл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Подготовка основания, гидроизоляционные слои, швы, вводы, дренаж, защита и испытания.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узлы примыканий и проходок; паспорта материалов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исполнительной документации ПТО;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водонепроницаемый подземный контур до обратной засыпки.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фото каждого слоя и узла; испытания герметичности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Каждый скрываемый слой принимается до устройства следующего.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Контроль герметичности и работоспособности дренажа.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Надземный монолитный железобетонный каркас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Несущие конструкции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Вертикальные и горизонтальные конструкции, опалубка, армирование, закладные, бетонирование и распалубка.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Начальник участка; Прораб генподрядчика по направлению; Инженер ПТО по направлению; Геодезист; Строительная лаборатория;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монолитный каркас по этажам, секциям и контрольным захваткам.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акты ответственных конструкций; исполнительные схемы; протоколы прочности бетона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Армирование и закладные принимаются до бетонирования; конструкция и геометрия принимаются до нагружения.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применяется; распалубка и нагружение разрешаются по проектным и технологическим условиям.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Генеральный проектировщик, ГИП и ГАП; Авторский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Металлические конструкции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Несущие конструкции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Изготовление, входной контроль, монтаж, болтовые и сварные соединения, геометрия, огнезащита и антикоррозионная защита.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Строительная лаборатория;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металлическая конструкция с подтверждёнными соединениями, геометрией и защитой.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сертификаты металла; журналы сварки; протоколы неразрушающего контроля; исполнительные схемы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Скрытые соединения и защитные покрытия принимаются до последующего закрытия.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применяется; эксплуатационная нагрузка только после приёмки.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Генеральный проектировщик, ГИП и ГАП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Кладка, перегородки и заполнение проёмов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Ограждающие конструкции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Кладка наружных и внутренних стен, перегородок, армирование, связи, перемычки и примыкания.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Принятые стены и перегородки с доказанными связями, геометрией и узлами.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исполнительные измерения; документы качества материалов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Армирование и связи принимаются до сокрытия; итоговая геометрия до отделки.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Окна, двери, витражи и светопрозрачные конструкции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Ограждающие конструкции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Проёмы, закладные, монтаж, крепления, герметизация, регулировка, испытания и защита готового результата.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утверждённый образец и макет; расчёты и протоколы системы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Герметичный, отрегулированный и принятый светопрозрачный контур.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документы качества; акты скрытых креплений; протоколы испытаний воздухом и водой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Образец, скрытые крепления и итоговая система принимаются отдельно.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Функциональная регулировка открывающихся элементов и передача ключей.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Авторский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Фасадные системы и архитектурные элементы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Ограждающие конструкции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Кронштейны, подсистема, утепление, мембраны, облицовка, декоративные элементы, примыкания и испытания.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утверждённый фасадный образец; расчёт подсистемы; цветовые и архитектурные решения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фасад с прослеживаемыми скрытыми слоями, креплениями и архитектурным качеством.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вырывные испытания; акты скрытых работ; фотофиксация слоёв; приёмка образца и цвета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Авторский контроль архитектурного решения не заменяет техническую приёмку креплений и слоёв.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Итоговый осмотр, испытания предусмотренных участков и паспорт фасадной системы.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Авторский надзор; Генеральный проектировщик, ГИП и ГАП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Кровля, террасы и наружная гидроизоляция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Ограждающие конструкции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Уклоны, пароизоляция, утепление, гидроизоляция, воронки, примыкания, покрытия и испытания.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исполнительной документации ПТО;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герметичный кровельный и террасный контур.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слоёв; испытание проливом или иным проектным методом; исполнительная схема уклонов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Каждый скрываемый слой и итоговая герметичность принимаются раздельно.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Проверка водоотведения и эксплуатационная передача.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Внутренняя отделка квартир, МОП и технических помещений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Архитектура и отделка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Основания, образцы, мокрые процессы, покрытия, столярные изделия, финишное качество и защита результата.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готовность; ведомость отделки по типам помещений; утверждённые образцы и эталоны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отделка каждой зоны по утверждённому эталону и чек-листу качества.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слоёв; протоколы влажности и основания; дефектный лист и подтверждение закрытия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Скрытые основания, образец и финишный результат имеют отдельные решения.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применяется; выполняется покомнатная передача и защита до общей сдачи.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Авторский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Теплоснабжение, ИТП и отопление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Тепловой ввод, ИТП, насосы, теплообменники, автоматика, стояки, разводка, приборы и изоляция.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Смонтированная, испытанная, отрегулированная и переданная система теплоснабжения и отопления.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исполнительные схемы; опрессовка и промывка; протоколы ПНР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Монтаж, гидравлические испытания, автоматика, режимная наладка и передача принимаются отдельными этапами.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Индивидуальные испытания оборудования, наладка контуров, комплексное опробование под нагрузкой и передача эксплуатации.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Сетевые и ресурсоснабжающие организации;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Вентиляция, кондиционирование и холодоснабжение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Воздуховоды, трубопроводы, оборудование, изоляция, автоматика, балансировка и режимные испытания.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Работоспособные системы вентиляции и кондиционирования с проектными расходами и параметрами.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паспорта вентиляционных систем; аэродинамические испытания; протоколы автоматики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Скрытый монтаж, герметичность, индивидуальный пуск, балансировка и комплексный режим принимаются раздельно.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Индивидуальное включение, балансировка, проверка автоматики и совместная работа со смежными системами.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Хозяйственно-питьевое и горячее водоснабжение, бытовая канализация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Вводы, насосные, трубопроводы, стояки, разводка, арматура, санитарные приборы, изоляция и водоотведение.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Испытанная, промытая, обеззараженная при необходимости и переданная система водоснабжения и канализации.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исполнительные схемы; опрессовка; промывка и анализы воды при применимости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Скрытые трассы, испытания, санитарная готовность и функциональная работа принимаются отдельно.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Проверка насосов, автоматики, расходов, давления и совместной работы с наружными сетями.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Сетевые и ресурсоснабжающие организации;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Внутренний водосток и дренажные системы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Воронки, стояки, выпуски, обогрев, насосы дренажа, автоматика и аварийные сигналы.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Герметичная и работоспособная система удаления дождевых и дренажных вод.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исполнительные схемы; проливы и функциональные проверки насосов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Герметичность, уклоны, обогрев, насосы и аварийные режимы проверяются по программе.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Пролив, имитация уровней, проверка резервирования и сигналов.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Сетевые и ресурсоснабжающие организации;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Электроснабжение, распределение и силовое оборудование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Ввод, ГРЩ, трансформаторные или распределительные устройства, кабельные трассы, щиты, силовые подключения и резервирование.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Безопасная и испытанная система электроснабжения с подтверждёнными защитами и резервированием.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кабельные журналы; электроизмерения; протоколы защит и АВР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Скрытые трассы, монтаж, измерения, подача напряжения и работа под нагрузкой принимаются отдельными решениями.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Индивидуальные испытания, проверка защит, АВР, резервных источников и комплексная работа.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Сетевые и ресурсоснабжающие организации;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Рабочее, аварийное и эвакуационное освещение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Светильники, линии, управление, аварийные источники, указатели и измерение освещённости.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Работоспособное освещение с подтверждённой освещённостью и аварийными режимами.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протоколы электроизмерений; измерение освещённости; проверка аварийного режима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Функциональные режимы, автономность и фактическая освещённость подтверждаются до передачи.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Проверка сценариев управления, аварийного питания и совместной работы с пожарной автоматикой.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Заземление, уравнивание потенциалов и молниезащита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Контур заземления, главная и дополнительная системы уравнивания потенциалов, молниеприёмники, токоотводы и соединения.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защитная система с подтверждённым сопротивлением и непрерывностью цепей.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исполнительные схемы; протоколы сопротивления и непрерывности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Скрытые соединения принимаются до заделки; измерения выпускает уполномоченная лаборатория.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Итоговые электроизмерения и включение в общий паспорт электроустановки.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Структурированная кабельная система, телефония, интернет и телевидение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Слаботочные и цифровые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Кабельные трассы, шкафы, кроссы, розетки, маркировка, тестирование линий и интерфейсы оператора.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Промаркированная, протестированная и переданная телекоммуникационная инфраструктура.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кабельные журналы; протоколы тестирования линий; исполнительные схемы и адресация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Пассивная инфраструктура и услуги внешнего оператора разделяются.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Тестирование каналов, оборудования и интерфейсов подключения.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Сетевые и ресурсоснабжающие организации;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Контроль доступа, домофония, охранная сигнализация и видеонаблюдение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Слаботочные и цифровые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Контроллеры, считыватели, замки, камеры, серверы, рабочие места, адресация, сценарии и права доступа.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Работоспособный контур безопасности с проверенными сценариями и переданными правами администрирования.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исполнительные схемы; адресный перечень; протоколы функциональных сценариев; акт передачи учётных данных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Монтаж, покрытие, сценарии, запись, хранение и права эксплуатации проверяются отдельно.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Полная проверка сценариев, отказов, резервирования и интеграции.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Пожарная сигнализация, оповещение и управление эвакуацией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Пожарная безопасность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Извещатели, линии, приборы, оповещение, алгоритмы, интерфейсы и журнал событий.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Испытанная пожарная автоматика с подтверждёнными алгоритмами и связями.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измерения линий; протоколы индивидуальных и комплексных испытаний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Каждый адрес, линия, сценарий и межсистемная команда проверяются по утверждённой программе.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Индивидуальные испытания и комплексный пожарный сценарий со смежными системами.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Орган государственного строительного надзора;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Дымоудаление, подпор воздуха, внутренний противопожарный водопровод и пожаротушение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Пожарная безопасность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Вентиляторы, клапаны, шахты, автоматика, насосные, трубопроводы, шкафы, оросители и совместные алгоритмы.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Работоспособный противопожарный инженерный комплекс с подтверждёнными расходами, давлениями и сценариями.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гидравлические и аэродинамические испытания; протоколы автоматики; комплексный пожарный тест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Механическая готовность, расходы, давление, алгоритмы и взаимодействие систем принимаются отдельно.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Комплексный тест при расчётных режимах и отказах основных источников.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Орган государственного строительного надзора;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Автоматизация, диспетчеризация, BMS и элементы умного дома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Слаботочные и цифровые системы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Контроллеры, датчики, исполнительные механизмы, серверы, графика, тренды, аварии, права и интеграционные интерфейсы.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Переданная система автоматизации с рабочими алгоритмами, историей, правами и интеграциями.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таблица сигналов; протоколы точка-точка; сценарные испытания; резервная копия конфигурации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Каждый сигнал, команда, авария, тренд, роль доступа и межсистемная связь проверяются.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Поэтапная проверка точек, алгоритмов, диспетчерских экранов, резервирования и интеграции всех инженерных систем.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Лифты и иные системы вертикального транспорта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Вертикальный транспорт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Шахты, направляющие, оборудование, двери, питание, диспетчеризация, отделка кабин и испытания.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Смонтированные, испытанные, зарегистрированные при необходимости и переданные подъёмные системы.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готовности шахт; протоколы испытаний; паспорта оборудования; документы специализированной организации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Строительная готовность шахты, монтаж, испытания безопасности, диспетчеризация и передача эксплуатации разделяются.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Испытания специализированной организацией, проверка аварийных режимов и интеграции.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Орган государственного строительного надзора;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Газоснабжение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Внутренние инженерные системы · применяется по условиям конкретного объекта · Только если газоснабжение предусмотрено проектом и техническими условиями.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Ввод, трубопроводы, оборудование, автоматика безопасности, вентиляция и учёт.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Герметичная, испытанная и допущенная к пуску система газоснабжения.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испытания герметичности; исполнительная документация; акт готовности к пуску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Все решения и пуск выполняются только с участием уполномоченной сетевой организации.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Проверка автоматики безопасности и пуск газа по официальному маршруту.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Сетевые и ресурсоснабжающие организации;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Коммерческий и технический учёт энергоресурсов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Учёт ресурсов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Счётчики воды, тепла, электричества и газа при применимости, сбор данных, пломбирование и передача показаний.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Поверенные, настроенные и принятые узлы учёта с рабочей передачей данных.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паспорта и поверка; схемы подключения; акты допуска узлов учёта; протокол передачи данных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Вид ресурса и подписанты определяются договором подключения и требованиями соответствующей организации.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Настройка, пломбирование, контрольное считывание и передача в расчётный контур.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Сетевые и ресурсоснабжающие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Наружное водоснабжение, хозяйственно-бытовая и ливневая канализация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Наружные инженерные сети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Котлованы, основания, трубопроводы, колодцы, камеры, выпуски, испытания, промывка, обеззараживание и восстановление.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Строительная лаборатория;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Построенные, испытанные и переданные наружные водопроводные и канализационные сети.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исполнительная съёмка; испытания и промывка; акт готовности подключения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Этапы до засыпки, испытания, восстановление и приёмка владельцем сети являются отдельными точками.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Подключение и подача ресурса только по договору и с участием сетевой организации.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Сетевые и ресурсоснабжающие организации; Городские и муниципальные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Наружные тепловые сети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Наружные инженерные сети · применяется по условиям конкретного объекта · При централизованном теплоснабжении и наличии сетей в договорной границе.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Каналы или бесканальная прокладка, трубопроводы, камеры, компенсаторы, изоляция, испытания и промывка.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Строительная лаборатория;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Испытанная и принятая тепловая сеть до границы внутренней системы.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сварных соединений; контроль сварки; исполнительная схема; гидравлические испытания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Скрытые соединения, изоляция, испытания и подключение принимает соответствующий участник по матрице.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Промывка, заполнение, прогрев и подключение совместно с сетевой организацией.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Сетевые и ресурсоснабжающие организации; Городские и муниципальные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Наружное электроснабжение и трансформаторная инфраструктура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Наружные инженерные сети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Кабельные линии, футляры, колодцы, распределительные и трансформаторные устройства, защиты и учёт.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Строительная лаборатория;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Испытанная и подключённая внешняя система электроснабжения в договорной границе.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кабельные журналы; исполнительная съёмка; электроизмерения и протоколы защит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Трасса до засыпки, измерения, подача напряжения и передача владельцу принимаются отдельно.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Проверка защит, фазировки, учёта, АВР и подача напряжения сетевой организацией.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Сетевые и ресурсоснабжающие организации; Городские и муниципальные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Наружные сети связи и операторские вводы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Наружные инженерные сети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Кабельная канализация, колодцы, оптические и медные линии, вводы и операторские интерфейсы.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Построенная, протестированная и переданная инфраструктура связи.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работ; исполнительная съёмка; протоколы тестирования линий; акт оператора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Трасса, кабели, измерения и операторское подключение разделяются.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Тестирование каналов и подключение оператором.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Сетевые и ресурсоснабжающие организации; Городские и муниципальные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Наружное газоснабжение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Наружные инженерные сети · применяется по условиям конкретного объекта · Только если предусмотрено проектом, техническими условиями и договорной границей.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Трубопроводы, футляры, шкафные пункты, защита, испытания, исполнительная съёмка и подключение.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Строительная лаборатория;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Испытанная и принятая наружная газовая сеть в договорной границе.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контроль сварных соединений; исполнительная схема; испытания герметичности; акт готовности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Все этапы и подключение выполняются с участием уполномоченной сетевой организации.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Пуск газа и проверка автоматики по официальной процедуре.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Сетевые и ресурсоснабжающие организации; Городские и муниципальные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Дороги, проезды, тротуары и площадки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Благоустройство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Земляное полотно, основания, борта, покрытия, водоотвод, разметка и восстановление прилегающих территорий.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Геодезист; Строительная лаборатория; 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Принятые дороги и площадки с подтверждёнными слоями, уклонами, прочностью и водоотводом.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акты скрытых слоёв; исполнительная схема; протоколы уплотнения и материалов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Каждый конструктивный слой принимается до следующего; итоговая территория передаётся по границе.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Функциональная проверка водоотвода и безопасного движения.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Городские и муниципальные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Озеленение, наружное освещение и малые архитектурные формы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Благоустройство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Грунты, посадки, полив, светильники, кабели, опоры, ограждения, оборудование площадок и элементы среды.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генподрядчика по направлению; Инженер ПТО по направлению; Внутренний строительный контроль;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и безопасная территория благоустройства с работающим освещением и переданным уходом.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исполнительные схемы; паспорта оборудования и посадочного материала; электроизмерения; акт передачи ухода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Скрытые сети, качество элементов, безопасность, работоспособность и сезонные обязательства проверяются отдельно.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Проверка освещения, полива и оборудования; сезонная приёмка озеленения по договору.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Городские и муниципальные организации; Строительный контроль заказчика / технический надзор;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Комплексное опробование инженерных систем объекта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Пусконаладка и комплексное опробование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Матрица готовности систем, программы испытаний, штатные и аварийные сценарии, нагрузки, межсистемные команды и дефекты.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Технический директор; Начальник ПТО; Начальник участка; Внутренний строительный контроль; Строительная лаборатория; Руководитель ввода / сдачи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Доказанная совместная работоспособность всех применимых инженерных систем в предусмотренных режимах.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утверждённая программа комплексного опробования; протоколы сценариев; журнал дефектов и подтверждение закрытия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Каждая система сначала проходит индивидуальную готовность; комплексный тест не закрывает непроверенный компонент.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Полный набор нормальных, резервных, аварийных и пожарных сценариев с участием назначенных сторон.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Строительный контроль заказчика / технический надзор; Сетевые и ресурсоснабжающие организации;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Сводный исполнительный и эксплуатационный комплект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Сдача и передача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Реестры, акты, исполнительные схемы, журналы, протоколы, документы качества, паспорта систем, руководства, ЗИП, ключи и права доступа.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Начальник ПТО; Инженер исполнительной документации ПТО; Архивариус ПТО; Руководитель ввода / сдачи; Инженер передачи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Сверенный, зарегистрированный и переданный комплект по объекту, очереди, системе и получателю.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канонический реестр исполнительной документации; опись физических экземпляров; подтверждение электронной передачи; решение получателя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ПТО проверяет комплектность; получатель принимает или возвращает единым полным реестром замечаний.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Комплект формируется параллельно работам и фиксируется итоговым архивным снимком после всех подписей.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Застройщик / заказчик; Технический заказчик;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160" w:after="60"/>
      </w:pPr>
      <w:r>
        <w:rPr>
          <w:rFonts w:ascii="Arial" w:hAnsi="Arial" w:eastAsia="Arial"/>
          <w:b/>
          <w:color w:val="244EB7"/>
          <w:sz w:val="18"/>
        </w:rPr>
        <w:t>Итоговая готовность, ввод, передача и гарантия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Группа и применимость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Сдача и передача · обязательно для эталонного типа объекта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Устранение итоговых замечаний, свод готовности, взаимодействие с надзором, поддержка заявления на ввод, передача эксплуатации и гарантийный контур.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входы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состав и граница работ; действующая проектная и рабочая документация; график производства работ и предшествующие этапы; назначенные ответственные и контрольная матрица; ресурсная потребность и подтверждённая готовность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Ответственные роли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Директор проекта; Руководитель проекта; Начальник ПТО; Руководитель ввода / сдачи; Юрист проекта; Гарантийный менеджер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Переданный договорный результат генподрядчика, готовый для действий застройщика по вводу и последующей эксплуатации.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Доказательства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по работе и зоне; действующая версия основания; результаты предусмотренного контроля; исполнительная документация по матрице; решение назначенного принимающего; сводная матрица готовности; закрытие предписаний и замечаний; акт передачи результата; архивный снимок; гарантийный реестр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Приёмка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Застройщик принимает договорный результат и самостоятельно проходит публичную процедуру ввода; эксплуатация принимает назначенные системы и документы.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Пусконаладка или закрытие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Завершение комплексных испытаний, устранение дефектов, обучение, передача и запуск гарантийного обслуживания.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Внешние интерфейсы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Застройщик / заказчик; Технический заказчик; Строительный контроль заказчика / технический надзор; Орган государственного строительного надзора; Эксплуатирующая / управляющая организация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Организации и внешние интерфейсы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1450"/>
        <w:gridCol w:w="1500"/>
        <w:gridCol w:w="2050"/>
        <w:gridCol w:w="2050"/>
        <w:gridCol w:w="2310"/>
      </w:tblGrid>
      <w:tr>
        <w:trPr>
          <w:trHeight w:hRule="atLeast"/>
          <w:tblHeader w:val="true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Организация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Вид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Что передаёт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Что получает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Граница полномочия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Генеральный подрядчик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внутренняя организация генерального подрядчика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Внутренние результаты подразделений и назначенных исполнителей.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Единые канонические записи объекта, назначения и решения.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Отвечает за договорный результат, но не подменяет внешние публичные и проектные полномочия.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Застройщик / заказчик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самостоятельная организация заказчика или застройщика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договор; площадка; разрешительные основания; решения заказчика; финансирование и предусмотренные поставки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результат работ; уведомления; исполнительный комплект; свод готовности; гарантийные обязательства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 является внутренним кабинетом генподрядчика.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Технический заказчик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самостоятельная организация технического заказчика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исходные данные; проектные основания; технические задания; решения и замечания в пределах полномочий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запросы на разъяснение; уведомления; предъявления; исполнительные комплекты; своды готовности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Полномочия определяются договором и назначением; не является подразделением генподрядчика.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Генеральный проектировщик, ГИП и ГАП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самостоятельная проектная организация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проектная и рабочая документация; разъяснения; новые ревизии; проектные решения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запросы на разъяснение; выявленные коллизии; исходные факты площадки; оценка производственного влияния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Генподрядчик не изменяет проектное решение собственной записью.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Авторский надзор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самостоятельный авторский надзор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записи журнала авторского надзора; замечания; подтверждения закрытия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доступ к работам; уведомления; доказательства устранения; запросы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 подменяет строительный контроль и договорное решение заказчика.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Строительный контроль заказчика / технический надзор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самостоятельный строительный контроль заказчика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решение по осмотру; замечание; разрешение следующего этапа в пределах матрицы; подпись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своевременный вызов; предъявляемую работу; исполнительные доказательства; ответ на замечание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Неявка не означает приёмку; стоп закрывает только выдавший его уполномоченный участник.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Орган государственного строительного надзора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самостоятельный внешний публичный участник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уведомления; акты проверок; предписания и решения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предъявляемые доказательства и исполнение относящихся к генподрядчику требований через официальный маршрут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 представлен внутренней ролью ERP и не может быть симулирован как внутренний подписант.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Субподрядная организация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самостоятельная организация-исполнитель или субподрядчик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пакет допуска; ППР; производственный факт; исполнительную документацию; ресурсные и договорные уведомления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объём; фронт; действующую РД; требования качества; замечания и решения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 сводится к одной роли; конкретное действие выполняет назначенный представитель организации.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Сетевые и ресурсоснабжающие организации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самостоятельная сетевая или ресурсоснабжающая организация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технические условия через договорный маршрут; требования к готовности; акты осмотра или подключения; решение о подаче ресурса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доказательства готовности договорного участка; исполнительную документацию; результаты испытаний; уведомления через заявителя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Генподрядчик не заключает договор и не подписывает за заявителя, если это прямо не передано договором.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Городские и муниципальные организации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самостоятельная городская или муниципальная организация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условия производства; согласования; ордера; замечания и акты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заявки, схемы, уведомления, результаты восстановления и исполнительные материалы через договорного владельца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Точный перечень организаций определяется адресом, сетями и границей договора; универсальный список запрещён.</w:t>
            </w:r>
          </w:p>
        </w:tc>
      </w:tr>
      <w:tr>
        <w:trPr>
          <w:cantSplit/>
          <w:trHeight w:hRule="atLeast"/>
        </w:trPr>
        <w:tc>
          <w:tcPr>
            <w:tcW w:type="dxa" w:w="1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Эксплуатирующая / управляющая организация</w:t>
            </w:r>
          </w:p>
        </w:tc>
        <w:tc>
          <w:tcPr>
            <w:tcW w:type="dxa" w:w="1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самостоятельный получатель эксплуатации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требования к передаче; замечания; решение по комплекту и обучению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системы; ключи и доступы; паспорта; руководства; ЗИП; обучение; гарантийные контакты</w:t>
            </w:r>
          </w:p>
        </w:tc>
        <w:tc>
          <w:tcPr>
            <w:tcW w:type="dxa" w:w="23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 выдаёт разрешение на ввод и принимает только назначенный ей результат.</w:t>
            </w:r>
          </w:p>
        </w:tc>
      </w:tr>
    </w:tbl>
    <w:p>
      <w:pPr>
        <w:pStyle w:val="Heading2"/>
      </w:pPr>
      <w:r>
        <w:t>Пусконаладка, ввод и передача эксплуатации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1550"/>
        <w:gridCol w:w="2450"/>
        <w:gridCol w:w="2360"/>
        <w:gridCol w:w="235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Этап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Обязательные входы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Блокировка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1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Строительно-монтажная готовность системы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завершённый монтаж; исполнительные схемы; закрытые скрытые работы; документы качества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Допустить систему к индивидуальным испытаниям.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Индивидуальный пуск и подача рабочего ресурса.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2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Индивидуальные испытания оборудования и участков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программа испытаний; поверенное оборудование; протокол результата; дефектный перечень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Признать отдельный компонент готовым к наладке либо вернуть исполнителю.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Наладка подсистемы и комплексное опробование.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3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Пусконаладка и режимная наладка подсистем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проектные уставки; протоколы наладки; фактические параметры; закрытые дефекты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Допустить подсистему к совместной работе.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Комплексное опробование объекта.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4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Комплексное опробование и межсистемные сценарии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утверждённая программа; матрица систем; протоколы штатных и аварийных сценариев; журнал дефектов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Подтвердить комплексную работоспособность либо назначить повторный прогон.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Итоговая передача систем и свод готовности.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5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Подключение и подача постоянных ресурсов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договор подключения; выполненные технические условия; акт готовности; решение сетевой организации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Зафиксировать факт подключения и границу ответственности.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Испытания под нагрузкой и эксплуатационная передача.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6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Эксплуатационная документация, ЗИП, доступы и обучение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паспорта и руководства; перечень ЗИП; ключи и учётные данные; протокол обучения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Подтвердить готовность назначенного получателя к эксплуатации.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Передача системы эксплуатирующей организации.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7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Сводная исполнительная документация и архивный снимок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реестр ИД; все подписанные документы; опись экземпляров; электронный архивный снимок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Передать полный комплект заказчику или вернуть владельцу дефицита.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Договорная сдача результата и комплект документов для последующих процедур.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8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Итоговые проверки, замечания и подтверждение готовности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закрытые замечания; подтверждения контроля; свод готовности систем и помещений; отсутствие блокирующих дефектов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Предъявить заказчику договорный результат.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Итоговая договорная приёмка.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9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Поддержка процедуры получения разрешения на ввод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переданный результат; комплект документов генподрядчика; ответы на относящиеся к работам замечания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Застройщик определяет готовность заявления и подаёт его в уполномоченный орган.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Публичное решение о вводе.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10</w:t>
            </w:r>
          </w:p>
        </w:tc>
        <w:tc>
          <w:tcPr>
            <w:tcW w:type="dxa" w:w="1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Передача эксплуатации и гарантийный период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акты передачи; описи; протоколы обучения; гарантийный реестр и контакты</w:t>
            </w:r>
          </w:p>
        </w:tc>
        <w:tc>
          <w:tcPr>
            <w:tcW w:type="dxa" w:w="2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Открыть эксплуатационный и гарантийный контур после принятия конкретного результата.</w:t>
            </w:r>
          </w:p>
        </w:tc>
        <w:tc>
          <w:tcPr>
            <w:tcW w:type="dxa" w:w="23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Закрытие договорной передачи и управляемое гарантийное обслуживание.</w:t>
            </w:r>
          </w:p>
        </w:tc>
      </w:tr>
    </w:tbl>
    <w:p>
      <w:pPr>
        <w:pStyle w:val="Heading2"/>
      </w:pPr>
      <w:r>
        <w:t>Нормативные ограничения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1900"/>
        <w:gridCol w:w="1400"/>
        <w:gridCol w:w="3800"/>
        <w:gridCol w:w="2260"/>
      </w:tblGrid>
      <w:tr>
        <w:trPr>
          <w:trHeight w:hRule="atLeast"/>
          <w:tblHeader w:val="true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Орган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Ограничение продукта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Прямая ссылка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ГК РФ, статья 740. Договор строительного подряда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Гражданский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Граница результата генподрядчика задаётся договором, технической документацией и сметой; интерфейс не может расширять её самостоятельно.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https://www.consultant.ru/document/cons_doc_LAW_9027/b0da391a51396ddb67727145adb0141c346ab424/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ГК РФ, статья 743. Техническая документация и смета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Гражданский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работа и стоимость должны иметь зарегистрированное проектное, договорное и сметное основание.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https://www.consultant.ru/document/cons_doc_LAW_9027/b48c040fb20b324efb339e89ad832027d4b5d97a/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ГК РФ, статья 753. Сдача и приёмка работ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Гражданский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Готовность, уведомление, осмотр, замечание, решение и подписанный документ являются разными событиями и не перезаписывают друг друга.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https://www.consultant.ru/document/cons_doc_LAW_9027/6b2d751a0d605616a9a1012cb7c7fbac1b6d84b3/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ГК РФ, статья 754. Ответственность подрядчика за качество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Гражданский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сохраняет проектное требование, фактический результат, отклонение, решение и доказательство устранения отдельными записями.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https://www.consultant.ru/document/cons_doc_LAW_9027/29527c9b5ecbc2db202b3f82abb52889055f4251/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ГрК РФ, статья 52. Осуществление строительства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Градостроительный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Генподрядчик отвечает за соответствие работ проектной документации и обязательным требованиям в пределах своего договора; заказчик или технический заказчик передаёт предусмотренные законом исходные данные.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https://www.consultant.ru/document/cons_doc_LAW_51040/df32b8231cf067c4d4e864c717eb6b398358b504/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ГрК РФ, статья 52.1. Подключение объекта капитального строительства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Градостроительный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Технические условия, договор подключения, акт готовности, физическое подключение и подача ресурса учитываются раздельно; договорный владелец определяется объектной матрицей.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https://www.consultant.ru/document/cons_doc_LAW_51040/38b3f131482e11c9beba5511be5d68625d177d69/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ГрК РФ, статья 53. Строительный контроль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Градостроительный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Внутренний контроль генподрядчика и внешний контроль заказчика не объединяются в одного подписанта и не принимают собственный результат.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https://www.consultant.ru/document/cons_doc_LAW_51040/7f2d0e1c2f10fb0e74e9873ab9f65771067deaba/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ГрК РФ, статья 54. Государственный строительный надзор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Градостроительный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Предписания и решения государственного надзора учитываются как внешние события; ни одна внутренняя роль ERP не подменяет орган надзора.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https://www.consultant.ru/document/cons_doc_LAW_51040/229bb9d943404506191525a110a059059195a011/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ГрК РФ, статья 55. Разрешение на ввод объекта в эксплуатацию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Градостроительный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Застройщик обращается за разрешением на ввод; генподрядчик формирует и передаёт договорный результат и доказательства, но не выдаёт разрешение.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https://www.consultant.ru/document/cons_doc_LAW_51040/935a657a2b5f7c7a6436cb756694bb2d649c7a00/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ГрК РФ, статья 55.5-1. Специалисты по организации строительства и проектирования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Градостроительный кодекс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Наличие должности в интерфейсе не подтверждает полномочие: требуется объектное назначение, основание, срок и проверка применимости требований.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https://www.consultant.ru/document/cons_doc_LAW_51040/6da623a7da211d885c1eaccefb2ef34b26fc141a/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Постановление Правительства РФ № 87. Состав разделов проектной документации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Правительство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Каталог работ и систем должен быть связан с применимыми разделами проектной и рабочей документации; отсутствующий раздел отображается как дефицит, а не подразумевается.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https://www.consultant.ru/document/cons_doc_LAW_75048/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Приказ Минстроя России № 344/пр. Состав и порядок ведения исполнительной документации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Формы, состав, редакция и подписи выбираются по дате, объекту, виду работ и действующей нормативной версии.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https://publication.pravo.gov.ru/document/0001202306010019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Приказ Минстроя России № 369/пр. Изменения к требованиям исполнительной документации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Матрица форм хранит нормативную редакцию и дату применимости; заменённая редакция остаётся в истории, но не используется для новой подачи.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https://publication.pravo.gov.ru/document/0001202507220009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СП 48.13330.2019. Организация строительства (учёт изменений № 1 и № 2)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Свод правил, утверждённый Минстроем России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Организационно-технологические документы, готовность фронта, контрольные точки и исполнительные доказательства привязываются к конкретной работе и зоне.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https://protect.gost.ru/sp/changesdetails/a7603f31-681d-4100-9494-b6fce1fb661b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Постановление Правительства РФ № 1066. Типовые условия строительного подряда для государственных и муниципальных нужд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Правительство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Нельзя автоматически переносить публичные типовые условия в частный договор; применимость подтверждает договорный и правовой контур.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https://www.consultant.ru/document/cons_doc_LAW_451123/</w:t>
            </w:r>
          </w:p>
        </w:tc>
      </w:tr>
      <w:tr>
        <w:trPr>
          <w:cantSplit/>
          <w:trHeight w:hRule="atLeast"/>
        </w:trPr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Письмо Минстроя России № 13623-АВ/09</w:t>
            </w:r>
          </w:p>
        </w:tc>
        <w:tc>
          <w:tcPr>
            <w:tcW w:type="dxa" w:w="14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type="dxa" w:w="3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Письмо не заменяет закон, договор, проектную документацию или обязательную нормативную редакцию.</w:t>
            </w:r>
          </w:p>
        </w:tc>
        <w:tc>
          <w:tcPr>
            <w:tcW w:type="dxa" w:w="2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https://www.consultant.ru/document/cons_doc_LAW_529583/</w:t>
            </w:r>
          </w:p>
        </w:tc>
      </w:tr>
    </w:tbl>
    <w:p>
      <w:pPr>
        <w:pStyle w:val="Heading2"/>
      </w:pPr>
      <w:r>
        <w:t>Правки к объекту, договорной границе, системам и организациям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</w:pPr>
      <w:r>
        <w:t>Договорный пакет и построчные обязательства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ГРАНИЦА ДОКАЗАТЕЛЬСТВА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Локальная обезличенная модель собрана по структуре предоставленного договора субподряда, его приложений и связанного регламента исполнительной документации. Она фиксирует повторяемые семейства записей, но не переносит в ERP стороны, людей, суммы, банковские реквизиты, частные формулировки, персональные данные или формы конкретного заказчика. Пакет субподряда не является подписанным договором генерального подряда эталонного объекта и не закрывает Q-013.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Договорный контур связывает обязательства не с названием отдела, а с версией договора, построчной обязанностью, работой, зоной, ресурсом, доказательством исполнения, замечанием и закрывающим решением.</w:t>
      </w:r>
    </w:p>
    <w:p>
      <w:pPr>
        <w:pStyle w:val="Heading2"/>
      </w:pPr>
      <w:r>
        <w:t>Что требуется от реального объекта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50"/>
        <w:gridCol w:w="2550"/>
        <w:gridCol w:w="4260"/>
      </w:tblGrid>
      <w:tr>
        <w:trPr>
          <w:trHeight w:hRule="atLeast"/>
        </w:trPr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Вход</w:t>
            </w:r>
          </w:p>
        </w:tc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Источник</w:t>
            </w:r>
          </w:p>
        </w:tc>
        <w:tc>
          <w:tcPr>
            <w:tcW w:type="dxa" w:w="4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Для чего нужен</w:t>
            </w:r>
          </w:p>
        </w:tc>
      </w:tr>
      <w:tr>
        <w:trPr>
          <w:trHeight w:hRule="atLeast"/>
        </w:trPr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Подписанный пакет договора генерального подряда и приложений</w:t>
            </w:r>
          </w:p>
        </w:tc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Договорной контур реального объекта</w:t>
            </w:r>
          </w:p>
        </w:tc>
        <w:tc>
          <w:tcPr>
            <w:tcW w:type="dxa" w:w="4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граница результата; сроки; стоимость; применимые приложения; закрытие обязательств</w:t>
            </w:r>
          </w:p>
        </w:tc>
      </w:tr>
      <w:tr>
        <w:trPr>
          <w:trHeight w:hRule="atLeast"/>
        </w:trPr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Построчная матрица разграничения обязательств</w:t>
            </w:r>
          </w:p>
        </w:tc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Подписанное приложение к договору или утверждённая эквивалентная матрица</w:t>
            </w:r>
          </w:p>
        </w:tc>
        <w:tc>
          <w:tcPr>
            <w:tcW w:type="dxa" w:w="4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исполнитель; поставщик; временная инфраструктура; контроль; подключения; пусконаладка</w:t>
            </w:r>
          </w:p>
        </w:tc>
      </w:tr>
      <w:tr>
        <w:trPr>
          <w:trHeight w:hRule="atLeast"/>
        </w:trPr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Условия закрытия обязательств, расчётов и гарантии</w:t>
            </w:r>
          </w:p>
        </w:tc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Договор и применимые приложения</w:t>
            </w:r>
          </w:p>
        </w:tc>
        <w:tc>
          <w:tcPr>
            <w:tcW w:type="dxa" w:w="4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финальный комплект; зачёт обязательств; гарантийное сопровождение</w:t>
            </w:r>
          </w:p>
        </w:tc>
      </w:tr>
      <w:tr>
        <w:trPr>
          <w:trHeight w:hRule="atLeast"/>
        </w:trPr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Версионируемый реестр применимых стандартов заказчика</w:t>
            </w:r>
          </w:p>
        </w:tc>
        <w:tc>
          <w:tcPr>
            <w:tcW w:type="dxa" w:w="2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Договорный контур и реестр стандартов заказчика</w:t>
            </w:r>
          </w:p>
        </w:tc>
        <w:tc>
          <w:tcPr>
            <w:tcW w:type="dxa" w:w="42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допуск подрядчика; охрана труда; исполнительная документация; контроль форм и сроков</w:t>
            </w:r>
          </w:p>
        </w:tc>
      </w:tr>
    </w:tbl>
    <w:p>
      <w:pPr>
        <w:pStyle w:val="Heading2"/>
      </w:pPr>
      <w:r>
        <w:t>Связанные семейства записей</w:t>
      </w:r>
    </w:p>
    <w:p>
      <w:pPr>
        <w:pStyle w:val="Heading3"/>
      </w:pPr>
      <w:r>
        <w:t>Договор и версия приложений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Хранит предмет, срок, редакции приложений, договорные лимиты, график и статус применимости без подмены технической или финансовой приёмки. Частные налоговые, банковские и платёжные условия доступны только уполномоченному защищённому контуру.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записи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 и версия приложений; Версия документа; График производства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владельцы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менеджер; Директор проекта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Использование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граница обязательств; график; стоимостное основание; изменения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3"/>
      </w:pPr>
      <w:r>
        <w:t>Построчное разграничение обязательств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Для каждой строки фиксирует владельца, исполнителя, получателя, предмет, работу или систему, зону, основание, доказательство и порядок изменения. Общая формулировка «ответственен отдел» не заменяет такую строку.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записи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Строка разграничения обязательств; Позиция работы; Передача площадки или фронта; Проектное или договорное изменение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владельцы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менеджер; Директор проекта; Начальник ПТО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Использование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передача фронта; ресурсная готовность; приёмка; изменение объёма или срока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3"/>
      </w:pPr>
      <w:r>
        <w:t>Допуск и мобилизация исполнителя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Связывает договорную строку с организацией, назначениями, мобилизационным планом, персоналом, ОТ/ТБ, техникой, оснасткой, пропусками, площадкой и конкретным фронтом. Персональные и миграционные сведения не выводятся в открытый интерфейс. Допуск не даёт права начать работу при открытом техническом или контрольном стопе.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записи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Пакет допуска подрядчика; Передача площадки или фронта; Потребность в ресурсе; Заявка на ресурс или независимую проверку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владельцы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подготовки производства ПТО; Инженер по охране труда и технике безопасности; Начальник участка; Уполномоченный представитель субподрядной организации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Использование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первоначальный допуск; мобилизация; доступ на площадку; разрешённый фронт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3"/>
      </w:pPr>
      <w:r>
        <w:t>Применимость стандартов и регламентов заказчика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Регистрирует сам документ, его редакцию, область применения, обязательные позиции, исключения и подтверждение ознакомления, включая договорные требования по ОТ/ТБ, экологии, пожарной безопасности, оснастке, режиму доступа и информационной безопасности. Реестр не создаёт новую норму и не подменяет юридическую проверку применимости.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записи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Применимость стандарта или регламента заказчика; Версия документа; Пакет допуска подрядчика; Проект производства работ; Акт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владельцы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менеджер; Начальник ПТО; Инженер по охране труда и технике безопасности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Использование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матрица допуска; контроль требований заказчика; подтверждение применимости требований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3"/>
      </w:pPr>
      <w:r>
        <w:t>Ведение и передача исполнительной документации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Отдельно ведёт применимые формы, редакции, акты, схемы, журналы, протоколы, приложения, матрицу подписантов, реестр исполнительной документации, электронный комплект и учтённые физические экземпляры. ПТО формирует и проверяет комплект, но не подменяет независимое измерение, испытание, производственное предъявление или подпись другой стороны.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записи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Версия документа; Акт; Финальный комплект исполнительной документации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владельцы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исполнительной документации ПТО; Документный контролер ПТО; Начальник ПТО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Использование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оформление исполнительной документации; предъявление контрольной точки; передача комплекта; возврат единым реестром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3"/>
      </w:pPr>
      <w:r>
        <w:t>Материалы, оборудование и ответственность за хранение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Разделяет владельца поставки, получателя, место хранения, передачу, переработку, монтаж, расход, возврат и отклонение. Давальческий материал не превращается в собственный материал исполнителя только из-за выдачи со склада; реестр смонтированного оборудования остаётся связан с конкретной строкой обязательства и партией.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записи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Партия материала; Материальное движение; Первичный производственный факт; Акт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владельцы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Снабженец / закупщик; Кладовщик; Прораб генподрядчика по направлению; Уполномоченный представитель субподрядной организации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Использование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документы качества; нормативный расход; реестр смонтированного оборудования; материальное закрытие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3"/>
      </w:pPr>
      <w:r>
        <w:t>Закрытие обязательств и гарантийное сопровождение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Назначение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Отделяет техническую приёмку работы, передачу исполнительного комплекта, акт исполнения обязательств, договорное закрытие, расчётные предпосылки, выявление дефекта, его устранение и гарантийное сопровождение. Один финальный акт не заменяет все эти независимые решения.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записи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Закрывающая проверка договорных обязательств; Финальный комплект исполнительной документации; Пакет передачи эксплуатации; Акт; Решение человека; Событие журнала действий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Рабочие владельцы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менеджер; Начальник ПТО; Руководитель ввода / сдачи; Гарантийный менеджер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Использование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закрывающий реестр; передача результата; гарантийное дело; финансовая готовность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Поля строки обязательства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1. идентификатор договора и редакция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2. номер строки и предмет обязательства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3. работа или инженерная система, зона и период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4. владелец обязательства, исполнитель и получатель результата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5. владелец поставки, хранения и возврата при применимости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6. договорное, проектное, сметное и календарное основание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7. обязательные доказательства, форма и матрица подписантов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8. условие допуска, стоп следующей операции и маршрут возврата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9. порядок изменения, спор, закрытие и связь с гарантией</w:t>
      </w:r>
    </w:p>
    <w:p>
      <w:pPr>
        <w:pStyle w:val="Heading2"/>
      </w:pPr>
      <w:r>
        <w:t>Непереговорные ограничения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1. Договорная строка не изменяется свободным текстом: изменение требует новой версии, основания и уполномоченного решения.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2. Построчная обязанность не даёт исполнителю право самому принять качество, объём, стоимость, акт, внешний контроль или оплату.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3. Финансовая готовность использует техническую, объёмную, сметную и договорную готовность, но не создаёт платёж автоматически.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4. Реестр стандартов заказчика хранит применимость и редакцию; он не объявляет частный стандарт универсальной нормой.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5. Персональные, миграционные, банковские, налоговые и иные чувствительные данные остаются в защищённом серверном контуре и не попадают в локальный демо-пакет.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6. Требования к безопасному производству работ, оснастке, доступу и информационной безопасности фиксируются как применимые договорные условия и доказательства допуска, а не как новые самостоятельные кабинеты или функции ради функций.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  <w:t>7. Структура приложений субподрядного договора является доказательством повторяемого контура, но не доказательством условий конкретного генерального договора.</w:t>
      </w:r>
    </w:p>
    <w:p>
      <w:r>
        <w:br w:type="page"/>
      </w:r>
    </w:p>
    <w:p>
      <w:pPr>
        <w:pStyle w:val="Heading1"/>
      </w:pPr>
      <w:r>
        <w:t>Сквозная производственная последовательность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8F5F1"/>
          <w:left w:val="single" w:sz="4" w:space="0" w:color="E8F5F1"/>
          <w:bottom w:val="single" w:sz="4" w:space="0" w:color="E8F5F1"/>
          <w:right w:val="single" w:sz="4" w:space="0" w:color="E8F5F1"/>
          <w:insideH w:val="single" w:sz="4" w:space="0" w:color="E8F5F1"/>
          <w:insideV w:val="single" w:sz="4" w:space="0" w:color="E8F5F1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F5F1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16836D"/>
                <w:sz w:val="17"/>
              </w:rPr>
              <w:t>КАК ЧИТАТЬ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Это обзорная последовательность, а не упрощение полномочий. Реальные возвраты и параллельные связи показаны в матрице и в 175 паспортах передач.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900"/>
        <w:gridCol w:w="3600"/>
        <w:gridCol w:w="4860"/>
      </w:tblGrid>
      <w:tr>
        <w:trPr>
          <w:trHeight w:hRule="atLeast"/>
          <w:tblHeader w:val="true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Кабинеты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Проверяемый результат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01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Управление объектом; Кабинет технического заказчика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Цели, пределы полномочий, требования заказчика, решения и эскалации.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02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Проектный отдел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Действующая РД, проектные решения, журнал авторского надзора и управляемые изменения.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03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Производственно-технический отдел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Производственный пакет, готовность фронта, контроль комплектности и исполнительный комплект.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04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Персонал, допуски, ОТ и ТБ; Снабжение, склад и ресурсы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Допущенные люди, обеспеченные материалы, техника, оснастка и документы качества.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05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ИТР / Комплекс производителя работ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Принятый фронт, сменное задание, ежедневный факт, вызовы контроля и результат работ.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06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Геодезическая служба; Строительная лаборатория; Внутренний и внешний строительный контроль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Независимые измерения, испытания, замечания, приёмка либо сохранённый технический стоп.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07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Сметный отдел; Договорный и правовой контур; Финансы и учет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Подтверждённый объём, применимое основание, стоимость, обязательство и готовность КС.</w:t>
            </w:r>
          </w:p>
        </w:tc>
      </w:tr>
      <w:tr>
        <w:trPr>
          <w:cantSplit/>
          <w:trHeight w:hRule="atLeast"/>
        </w:trPr>
        <w:tc>
          <w:tcPr>
            <w:tcW w:type="dxa" w:w="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8"/>
              </w:rPr>
              <w:t>08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Сдача, передача и гарантия</w:t>
            </w:r>
          </w:p>
        </w:tc>
        <w:tc>
          <w:tcPr>
            <w:tcW w:type="dxa" w:w="4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Зарегистрированная передача результата, архивный снимок и гарантийный контекст.</w:t>
            </w:r>
          </w:p>
        </w:tc>
      </w:tr>
    </w:tbl>
    <w:p>
      <w:pPr>
        <w:pStyle w:val="Heading1"/>
        <w:pageBreakBefore/>
      </w:pPr>
      <w:r>
        <w:t>Предметная модель и паспорт записи</w:t>
      </w:r>
    </w:p>
    <w:p>
      <w:pPr>
        <w:pStyle w:val="Heading2"/>
      </w:pPr>
      <w:r>
        <w:t>Обязательные поля паспорта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1. Объект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4. Работа позиция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6.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7. Направление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8. Зона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9. Основание редакция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10. Договор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11. Договор редакция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12.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13.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14. Автор сотрудник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15. Автор роль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16. Автор назначение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17. Полномочие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18.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19.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20. Доказательство пакет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21.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22.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23. структурированное поле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24. Предыдущая редакция идентификатор записи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25. структурированное поле записи</w:t>
      </w:r>
    </w:p>
    <w:p>
      <w:pPr>
        <w:pStyle w:val="Heading2"/>
      </w:pPr>
      <w:r>
        <w:t>Контракты записей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00"/>
        <w:gridCol w:w="3560"/>
        <w:gridCol w:w="3600"/>
      </w:tblGrid>
      <w:tr>
        <w:trPr>
          <w:trHeight w:hRule="atLeast"/>
          <w:tblHeader w:val="true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Запись и состояния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Смысловые поля и доказательства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Действия и независимость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 и версия приложений</w:t>
              <w:br/>
              <w:t>Состояния: Договор и версия приложений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номер; Договор вид; Договор редакция; структурированное поле записи; Область применения; График редакция идентификатор записи</w:t>
              <w:br/>
              <w:t>Доказательства: подписанный договор или его версия; реестр приложений; полномочия подписантов; решение об изменении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черновик; проверить комплектность; зарегистрировать подписанную версию; активировать применимость; заменить редакцией; закрыть</w:t>
              <w:br/>
              <w:t>Независимость: Договорный менеджер регистрирует и маршрутизирует документ, но не подменяет подпись стороны, техническую приёмку, объём, стоимость или платеж.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Строка разграничения обязательств</w:t>
              <w:br/>
              <w:t>Состояния: Строка разграничения обязательств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структурированное поле записи; Работа позиция связанные записи; Направление идентификатор записи; Зона связанные записи; Допуск состояние; Изменение правило</w:t>
              <w:br/>
              <w:t>Доказательства: подписанное приложение или утверждённая матрица; ссылка на работу и зону; матрица доказательств; решение об изменении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из версии договора; проверить владельцев; связать с работой; активировать; вернуть на уточнение; изменить новой версией; закрыть</w:t>
              <w:br/>
              <w:t>Независимость: Строка не назначает полномочия сама по себе: право действия подтверждается назначением на объект и отдельной матрицей полномочий.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Применимость стандарта или регламента заказчика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структурированное поле записи</w:t>
              <w:br/>
              <w:t>Доказательства: документ стандарта и редакция; договорное основание; решение о применимости; подтверждение ознакомления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зарегистрировать документ; определить применимость; передать на ознакомление; зафиксировать исключение; проверить исполнение; заменить редакцией</w:t>
              <w:br/>
              <w:t>Независимость: ПТО, договорный менеджер и ОТ/ТБ фиксируют свою применимость, но не объявляют частный стандарт обязательным вне договора и объекта.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Производственный пакет</w:t>
              <w:br/>
              <w:t>Состояния: Производственный пакет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Пакет область применения; Рабочая документация редакция связанные записи; Метод связанные записи; Допуск пакет идентификатор записи; Ресурс потребность связанные записи; Фронт работ передача идентификатор записи; Контроль точка связанные записи</w:t>
              <w:br/>
              <w:t>Доказательства: реестр комплекта; решения согласующих; решение о выпуске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черновик; передать на проверку; вернуть; согласовать; выпустить; приостановить; заменить</w:t>
              <w:br/>
              <w:t>Независимость: Автор пакета не утверждает собственную версию, если матрица требует независимого утверждения.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допуска подрядчика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Подрядчик идентификатор записи; Работа позиция связанные записи; Зона связанные записи; структурированное поле записи; Ответственные</w:t>
              <w:br/>
              <w:t>Доказательства: документы допуска; приказы; удостоверения; акты; план мобилизации; подтверждение применимости стандартов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настроить применимость; проверить позицию; вернуть позицию; принять пакет; приостановить; продлить новой проверкой</w:t>
              <w:br/>
              <w:t>Независимость: Подрядчик предоставляет доказательства, но не принимает свой допуск; допуск не разрешает работу при открытом техническом, контрольном или ОТ/ТБ стопе.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Передача площадки или фронта</w:t>
              <w:br/>
              <w:t>Состояния: Фронт работ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структурированное поле записи; Передача вид; Границы; Состояние до изменения; Дефекты; Ограничения; Состояние после изменения</w:t>
              <w:br/>
              <w:t>Доказательства: фото; измерения; двусторонний акт; ссылка на договорную строку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заявить; осмотреть; вернуть; подтвердить готовность; передать; приостановить; вернуть владельцу</w:t>
              <w:br/>
              <w:t>Независимость: Передающая сторона не подтверждает прием за принимающую; передача фронта не расширяет договорную границу.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Ревизия рабочей документации</w:t>
              <w:br/>
              <w:t>Состояния: Версия документа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Документ номер; Редакция; структурированное поле записи; Заменённая редакция идентификатор записи</w:t>
              <w:br/>
              <w:t>Доказательства: файл РД; ведомость изменений; решение о выпуске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зарегистрировать; проверить; согласовать; выпустить; заменить; архивировать</w:t>
              <w:br/>
              <w:t>Независимость: Документный контролер регистрирует, но не утверждает техническое содержание.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График производства работ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Работа позиции; Зоны; структурированное поле записи; Плановые даты; Контроль окна</w:t>
              <w:br/>
              <w:t>Доказательства: подписанный договор; утвержденный график; приложение со стоимостью; решение об изменении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версию; согласовать; утвердить; связать работу; сформировать потребность; заменить версией</w:t>
              <w:br/>
              <w:t>Независимость: График не заменяет договор, ППР или физическое подтверждение ресурса; изменение сроков и ресурсов создаёт новую версию с основанием.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Проект производства работ</w:t>
              <w:br/>
              <w:t>Состояния: Версия документа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Метод область применения; Рабочая документация редакция связанные записи; структурированное поле записи; ПТО проверка лист идентификатор записи; Направление проверка связанные записи; Технический директор решение идентификатор записи</w:t>
              <w:br/>
              <w:t>Доказательства: файл ППР; лист проверки ПТО; профильные заключения; решение технического директора; расчеты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создать; проверить ПТО; запросить профильное заключение; вернуть; согласовать; утвердить; заменить</w:t>
              <w:br/>
              <w:t>Независимость: Автор ППР не утверждает собственный ППР; технический директор получает только проверенную ПТО версию.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Лист проверки ППР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Проект производства работ редакция идентификатор записи; структурированное поле записи; Проверка позиции; Закрытие замечания; Готовность для технический директор дата и время</w:t>
              <w:br/>
              <w:t>Доказательства: построчная проверка ПТО; авторские ответы профильных ролей; снимок проверяемой версии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проверку ПТО; добавить замечание; направить профильный вопрос; получить ответ; закрыть позицию; передать техническому директору</w:t>
              <w:br/>
              <w:t>Независимость: Прораб направления отвечает только на конкретный профильный вопрос и не подменяет общую проверку ПТО или утверждение технического директора.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Технологическая карта</w:t>
              <w:br/>
              <w:t>Состояния: Версия документа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Эксплуатация; структурированное поле записи; Качество критерии</w:t>
              <w:br/>
              <w:t>Доказательства: файл карты; проверки; решение о выпуске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создать; проверить; согласовать; выпустить; заменить</w:t>
              <w:br/>
              <w:t>Независимость: Выпуск выполняется в заданном объектом полномочии.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Потребность в ресурсе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Инициатор назначение идентификатор записи; Производство график идентификатор записи; График редакция идентификатор записи; График позиция идентификатор записи; Договор идентификатор записи; структурированное поле записи; Ресурс вид; Позиция; Количество; Единица измерения; Расчёт источник; Работа позиция идентификатор записи; Зона идентификатор записи; Обязательные дата и время; Предоставляющая сторона ответственный назначение идентификатор записи</w:t>
              <w:br/>
              <w:t>Доказательства: утвержденный график производства работ; договор и приложение со стоимостью; расчет потребности; подтверждение владельца ресурса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инициировать; проверить ПТО; запросить; подтвердить; вернуть; заменить</w:t>
              <w:br/>
              <w:t>Независимость: Исполнитель инициирует потребность; ПТО проверяет основание; расчет ПТО не подтверждает физическую готовность ресурса за его владельца.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Заявка на обеспечивающий ресурс или независимую проверку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Заявка вид; Инициатор назначение идентификатор записи; Производство график идентификатор записи; График редакция идентификатор записи; График позиция идентификатор записи; Договор идентификатор записи; Работа позиция идентификатор записи; Направление идентификатор записи; Зона идентификатор записи; структурированное поле записи; Получатель назначение идентификатор записи</w:t>
              <w:br/>
              <w:t>Доказательства: утвержденный график производства работ; ППР или план контроля; договорное основание; зарегистрированная заявка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инициировать; проверить ПТО; передать; принять; вернуть; подтвердить готовность; выпустить независимый результат</w:t>
              <w:br/>
              <w:t>Независимость: Исполнитель или ответственный по направлению инициирует заявку; ПТО не выпускает за геодезию, лабораторию, механика или иного владельца их независимый результат.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Партия материала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структурированное поле записи; Материал идентификатор записи; Партия номер; Количество; Качество документ связанные записи; Приложение зоны</w:t>
              <w:br/>
              <w:t>Доказательства: УПД или товарная накладная; паспорт качества; сертификат или декларация; входной контроль; акт передачи при смене хранения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зарегистрировать; проверить; карантин; разрешить; передать хранение; выдать; вернуть</w:t>
              <w:br/>
              <w:t>Независимость: Поставщик не выполняет входной контроль за генподрядчика; смена хранения или передачи не меняет владельца поставки без договорного основания.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Первичный производственный факт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Эксплуатация; Начало дата и время; Завершение дата и время; структурированное поле записи; Материал партия связанные записи; Журнал запись связанные записи</w:t>
              <w:br/>
              <w:t>Доказательства: фото до и после; записи журналов; подтверждение мастера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начать; остановить; завершить; передать мастеру; вернуть связанной записью</w:t>
              <w:br/>
              <w:t>Независимость: Факт не является измерением, приемкой или принятым объемом.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Измерение или исполнительная схема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Измерение вид; Метод; структурированное поле записи; Фактические значения</w:t>
              <w:br/>
              <w:t>Доказательства: полевые данные; исполнительная схема; подпись геодезиста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принять заявку; выполнить измерение; вернуть заявку; выпустить схему; заменить версией</w:t>
              <w:br/>
              <w:t>Независимость: Производитель работ не редактирует независимый результат измерения.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Лабораторный результат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Партия идентификатор записи; Метод; Значения</w:t>
              <w:br/>
              <w:t>Доказательства: акт отбора; журнал образца; протокол испытания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принять заявку; зарегистрировать пробу; выполнить испытание; выпустить протокол; заменить версией</w:t>
              <w:br/>
              <w:t>Независимость: Производство и ПТО не меняют лабораторный вывод.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Контрольная точка</w:t>
              <w:br/>
              <w:t>Состояния: Контрольная точка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Эксплуатация до изменения; Эксплуатация после изменения; структурированное поле записи; Обязательные доказательство; Обязательные подписанты</w:t>
              <w:br/>
              <w:t>Доказательства: матрица контроля; первичный факт; решение контроля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запланировать; достичь; предъявить; принять; отклонить; повторно предъявить; закрыть</w:t>
              <w:br/>
              <w:t>Независимость: Роль, выполняющая операцию, не принимает собственную контрольную точку за независимый контроль.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Вызов контроля</w:t>
              <w:br/>
              <w:t>Состояния: Вызов контроля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Получатель назначение идентификатор записи; Освидетельствование вид; структурированное поле записи; Пакет состав; Получение дата и время; Согласование дата и время</w:t>
              <w:br/>
              <w:t>Доказательства: зарегистрированное сообщение; квитанция получения; ответ адресата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создать; отправить; подтвердить получение; согласовать время; перенести; просрочить; отменить с основанием</w:t>
              <w:br/>
              <w:t>Независимость: Отсутствие ответа не является приемкой.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по предъявлению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Освидетельствование вызов идентификатор записи; Проверяющий назначение идентификатор записи; структурированное поле записи; Участники; Критерии; Решение; Замечания</w:t>
              <w:br/>
              <w:t>Доказательства: протокол осмотра; фото; замечания; полномочие инспектора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принять; принять с условиями; отклонить; назначить повторное предъявление</w:t>
              <w:br/>
              <w:t>Независимость: Решение создает только назначенная контролирующая роль.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Технический стоп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Освидетельствование решение идентификатор записи; Выдавшая сторона назначение идентификатор записи; Работа позиция идентификатор записи; Направление идентификатор записи; Зона идентификатор записи; Контрольная точка идентификатор записи; структурированное поле записи; Критерий; Исправление ответственный назначение идентификатор записи; Крайний срок дата и время; Закрытие ответственное назначение назначение идентификатор записи</w:t>
              <w:br/>
              <w:t>Доказательства: подписанное замечание или отрицательное решение; фото и измерения; полномочие автора; повторный осмотр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выпустить; адресовать исполнителю; добавить доказательство устранения; повторно проверить; закрыть тем же назначением</w:t>
              <w:br/>
              <w:t>Независимость: Стоп закрывает только то же объектное назначение, которое выпустило замечание; администратор, руководитель проекта и агент не имеют обхода.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Акт</w:t>
              <w:br/>
              <w:t>Состояния: Акт и пакет подписания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Акт вид; структурированное поле записи; Участники; Приложение связанные записи; Подписание пакет идентификатор записи</w:t>
              <w:br/>
              <w:t>Доказательства: форма акта; опись приложений; журнал подписания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создать; скомплектовать; проверить; направить на подпись; вернуть; аннулировать новой версией</w:t>
              <w:br/>
              <w:t>Независимость: Каждый участник подписывает только свое поле и полномочие.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Запись журнала</w:t>
              <w:br/>
              <w:t>Состояния: Запись журнала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Журнал вид; Запись номер; Запись дата; структурированное поле записи; Эксплуатация</w:t>
              <w:br/>
              <w:t>Доказательства: снимок записи; приложения; событие подписи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создать; зарегистрировать; исправить связанной записью; подписать; закрыть период</w:t>
              <w:br/>
              <w:t>Независимость: Первичная запись не удаляется и не переписывается.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Доказательный пакет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Обязательные позиции</w:t>
              <w:br/>
              <w:t>Доказательства: файлы и записи по описи; контрольные суммы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собрать; проверить; вернуть построчно; принять; заморозить снимок</w:t>
              <w:br/>
              <w:t>Независимость: Владелец результата отвечает за комплект, но не создает независимые доказательства за другие роли.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Финальный комплект исполнительной документации для передачи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структурированное поле записи; Исполнительная документация реестр идентификатор записи; Реестр редакция идентификатор записи; Работа позиция связанные записи; Зона связанные записи; Документ редакция связанные записи; Подписание пакет связанные записи; Получатель организации; Получатель назначение связанные записи</w:t>
              <w:br/>
              <w:t>Доказательства: Реестр исполнительной документации; канонический электронный комплект; реестр физических экземпляров; подписи сторон; подтверждения получения; ссылка на договорные строки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сформировать; проверить ПТО; зарегистрировать; выпустить экземпляры; передать; принять; вернуть единым реестром</w:t>
              <w:br/>
              <w:t>Независимость: Физические экземпляры являются учтенными представлениями одного канонического комплекта; получатель не меняет документы отправителя и не закрывает договорную строку без отдельного решения.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Закрывающая проверка договорных обязательств</w:t>
              <w:br/>
              <w:t>Состояния: Закрывающая проверка договорных обязательств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структурированное поле записи; Исполнительная документация передача пакет связанные записи</w:t>
              <w:br/>
              <w:t>Доказательства: реестр закрытия обязательств; технические решения; исполнительные комплекты; материальная сверка; реестр дефектов и гарантий; решение договорного владельца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собрать статусы; вернуть дефицит владельцу; подтвердить готовность к расчётам; зафиксировать спор; закрыть обязательство; открыть гарантийное дело</w:t>
              <w:br/>
              <w:t>Независимость: Договорный менеджер не подтверждает качество, объём или оплату за профильные роли; закрывающая проверка только связывает уже принятые независимые статусы и не создаёт платёж.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Общая очередь результатов ПТО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Ответственный назначение идентификатор записи; Ответственный паспорт роль идентификатор записи; Крайний срок дата и время; Дефицит; Доказательство связанные записи</w:t>
              <w:br/>
              <w:t>Доказательства: исходная запись результата; назначение автора; критерий внутренней приемки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поставить в очередь; назначить; принять; вернуть; перераспределить</w:t>
              <w:br/>
              <w:t>Независимость: Один кабинет ПТО хранит одну очередь; совмещение профилей не объединяет авторство и независимые решения.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Внутренняя эскалация ПТО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Инициатор назначение идентификатор записи; Затронутые работы; Затронутые зоны; Крайний срок дата и время</w:t>
              <w:br/>
              <w:t>Доказательства: исходные записи; доказательство предела полномочия; расчет влияния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создать; принять начальником ПТО; вернуть; эскалировать выше; закрыть связанным решением</w:t>
              <w:br/>
              <w:t>Независимость: Эскалация не создаёт копию исходного результата и не позволяет начальнику ПТО подменить профильное решение.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на разъяснение / технический вопрос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Инициатор назначение идентификатор записи; структурированное поле записи; Рабочая документация редакция идентификатор записи; Работа позиция идентификатор записи; Направление идентификатор записи; Зона идентификатор записи; Фактические состояние; Получатель назначение идентификатор записи</w:t>
              <w:br/>
              <w:t>Доказательства: исходная РД; фото или измерение; позиции авторов; зарегистрированная отправка; связанный ответ или новая РД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инициировать; локализовать ПТО; добавить позицию технадзора; определить маршрут; зарегистрировать; ответить; закрыть связанным решением</w:t>
              <w:br/>
              <w:t>Независимость: ПТО оформляет запрос и маршрут, но не создаёт проектную коллизию и не выпускает проектное решение за проектировщика.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Состояние объема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Количество; Единица измерения; Основание идентификатор записи; Измерение идентификатор записи</w:t>
              <w:br/>
              <w:t>Доказательства: ВОР; первичный факт; измерение; решение приемки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зарегистрировать состояние; сопоставить; исключить; открыть спор; передать следующему владельцу</w:t>
              <w:br/>
              <w:t>Независимость: Новое состояние не перезаписывает предыдущее и имеет собственного владельца.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Материальное движение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Договор идентификатор записи; Договор редакция идентификатор записи; структурированное поле записи; Материал идентификатор записи; Партия идентификатор записи; Количество; Единица измерения; Норма</w:t>
              <w:br/>
              <w:t>Доказательства: накладная или УПД; акт передачи хранения; первичный расход; акт возврата; расчет нормы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зарегистрировать; выдать; передать хранение; списать; вернуть; открыть дельту; заблокировать</w:t>
              <w:br/>
              <w:t>Независимость: Сверхнормативный расход не списывается автоматически и не назначает виновного; давальческий материал сохраняет договорного владельца и цепочку хранения.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Проектное или договорное изменение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Событие вид; Событие основание идентификатор записи; Затронутые работа связанные записи; структурированное поле записи; Новая редакция связанные записи</w:t>
              <w:br/>
              <w:t>Доказательства: исходное событие; проектное решение; расчет влияния; договорный документ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зарегистрировать; локализовать; направить проектировщику; оценить; согласовать; выпустить изменение; закрыть</w:t>
              <w:br/>
              <w:t>Независимость: ПТО не согласовывает проектное решение за ГИП или технического заказчика.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Межролевая передача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Отправитель назначение идентификатор записи; Получатель назначение идентификатор записи; Назначение; Состояние; Крайний срок дата и время</w:t>
              <w:br/>
              <w:t>Доказательства: снимок пакета; квитанция приема или возврат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собрать; отправить; принять; принять частично; вернуть; повторно отправить</w:t>
              <w:br/>
              <w:t>Независимость: Получатель не меняет исходные записи отправителя.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человека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Решение ответственный назначение идентификатор записи; Полномочие идентификатор записи; Крайний срок дата и время</w:t>
              <w:br/>
              <w:t>Доказательства: полномочие; использованные доказательства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запросить; делегировать в пределах полномочия; принять решение; отклонить вопрос; эскалировать</w:t>
              <w:br/>
              <w:t>Независимость: Агент не является владельцем решения.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подписания</w:t>
              <w:br/>
              <w:t>Состояния: Акт и пакет подписания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Документ редакция идентификатор записи; Подписание матрица версия; Подписанты; структурированное поле записи; Крайний срок даты; Замечания</w:t>
              <w:br/>
              <w:t>Доказательства: события подписания; сертификаты подписи при подключении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маршрут; направить; подписать свое поле; вернуть; завершить</w:t>
              <w:br/>
              <w:t>Независимость: Подпись не имитируется и не создается за другого участника.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Коммуникация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структурированное поле записи; Отправитель; Вложение редакция связанные записи; Отправка дата и время; Получение дата и время</w:t>
              <w:br/>
              <w:t>Доказательства: оригинал сообщения; метаданные доставки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создать; отправить; связать; зафиксировать получение</w:t>
              <w:br/>
              <w:t>Независимость: Сообщение не меняет состояние процесса без отдельного уполномоченного действия.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Версия документа</w:t>
              <w:br/>
              <w:t>Состояния: Версия документа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Документ вид; Номер; Редакция; структурированное поле записи; Авторы; Заменяет редакция идентификатор записи</w:t>
              <w:br/>
              <w:t>Доказательства: файл; метаданные; решение о выпуске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загрузить; проверить; согласовать; выпустить; заменить; архивировать</w:t>
              <w:br/>
              <w:t>Независимость: Редактирование создает новую версию, а не меняет подписанную.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Событие журнала действий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Событие вид; Исполнитель действия назначение идентификатор записи; Объект вид; Объект идентификатор записи; До изменения контрольная сумма; После изменения контрольная сумма; Возникновение дата и время; структурированное поле записи</w:t>
              <w:br/>
              <w:t>Доказательства: системная подпись события; связанный хэш предыдущего события; снимок измененной записи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автоматически; просмотреть; выгрузить</w:t>
              <w:br/>
              <w:t>Независимость: Пользователь не удаляет и не изменяет событие аудита.</w:t>
            </w:r>
          </w:p>
        </w:tc>
      </w:tr>
      <w:tr>
        <w:trPr>
          <w:trHeight w:hRule="atLeast"/>
        </w:trPr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Черновик агента</w:t>
              <w:br/>
              <w:t>Состояния: определяются применимой карточкой</w:t>
            </w:r>
          </w:p>
        </w:tc>
        <w:tc>
          <w:tcPr>
            <w:tcW w:type="dxa" w:w="3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Поля: Агент задача; Контекст набор идентификатор записи; структурированное поле записи; Ограничения; Подтверждающее назначение идентификатор записи</w:t>
              <w:br/>
              <w:t>Доказательства: список источников; снимок контекста</w:t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Действия: создать черновик; проверить источники; принять человеком; отклонить человеком; пересобрать</w:t>
              <w:br/>
              <w:t>Независимость: Агент не подписывает, не принимает, не согласовывает и не снимает стоп.</w:t>
            </w:r>
          </w:p>
        </w:tc>
      </w:tr>
    </w:tbl>
    <w:p>
      <w:pPr>
        <w:pStyle w:val="Heading1"/>
        <w:pageBreakBefore/>
      </w:pPr>
      <w:r>
        <w:t>Объектная матрица контроля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FF3E6"/>
          <w:left w:val="single" w:sz="4" w:space="0" w:color="FFF3E6"/>
          <w:bottom w:val="single" w:sz="4" w:space="0" w:color="FFF3E6"/>
          <w:right w:val="single" w:sz="4" w:space="0" w:color="FFF3E6"/>
          <w:insideH w:val="single" w:sz="4" w:space="0" w:color="FFF3E6"/>
          <w:insideV w:val="single" w:sz="4" w:space="0" w:color="FFF3E6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3E6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A66519"/>
                <w:sz w:val="17"/>
              </w:rPr>
              <w:t>ОГРАНИЧЕНИЕ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Шаблоны не заменяют проверку действующих норм, РД, ППР, договора и назначений конкретного объекта. Числовые критерии и подписи не выдумываются.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Каталог официальных форм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860"/>
        <w:gridCol w:w="1900"/>
        <w:gridCol w:w="2680"/>
        <w:gridCol w:w="1920"/>
      </w:tblGrid>
      <w:tr>
        <w:trPr>
          <w:trHeight w:hRule="atLeast"/>
          <w:tblHeader w:val="true"/>
        </w:trPr>
        <w:tc>
          <w:tcPr>
            <w:tcW w:type="dxa" w:w="2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Форма</w:t>
            </w:r>
          </w:p>
        </w:tc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Семья</w:t>
            </w:r>
          </w:p>
        </w:tc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Источник / редакция</w:t>
            </w:r>
          </w:p>
        </w:tc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Статус</w:t>
            </w:r>
          </w:p>
        </w:tc>
      </w:tr>
      <w:tr>
        <w:trPr>
          <w:trHeight w:hRule="atLeast"/>
        </w:trPr>
        <w:tc>
          <w:tcPr>
            <w:tcW w:type="dxa" w:w="2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геодезическая основа</w:t>
            </w:r>
          </w:p>
        </w:tc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Приказ Минстроя России от 16.05.2023 № 344/пр, приложение № 1 к составу исполнительной документации</w:t>
              <w:br/>
              <w:t>Приказ Минстроя России от 23.06.2025 № 369/пр, действует с 01.03.2026 в применимой части порядка ведения</w:t>
            </w:r>
          </w:p>
        </w:tc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рекомендуемый образец; применимость и редакция проверяются перед созданием документа</w:t>
            </w:r>
          </w:p>
        </w:tc>
      </w:tr>
      <w:tr>
        <w:trPr>
          <w:trHeight w:hRule="atLeast"/>
        </w:trPr>
        <w:tc>
          <w:tcPr>
            <w:tcW w:type="dxa" w:w="2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Акт разбивки осей объекта капитального строительства на местности</w:t>
            </w:r>
          </w:p>
        </w:tc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разбивка осей</w:t>
            </w:r>
          </w:p>
        </w:tc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Приказ Минстроя России от 16.05.2023 № 344/пр, приложение № 2 к составу исполнительной документации</w:t>
              <w:br/>
              <w:t>Редакция с учетом приказа № 369/пр</w:t>
            </w:r>
          </w:p>
        </w:tc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рекомендуемый образец; применимость и редакция проверяются перед созданием документа</w:t>
            </w:r>
          </w:p>
        </w:tc>
      </w:tr>
      <w:tr>
        <w:trPr>
          <w:trHeight w:hRule="atLeast"/>
        </w:trPr>
        <w:tc>
          <w:tcPr>
            <w:tcW w:type="dxa" w:w="2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Акт освидетельствования скрытых работ</w:t>
            </w:r>
          </w:p>
        </w:tc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скрытые работы</w:t>
            </w:r>
          </w:p>
        </w:tc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Приказ Минстроя России от 16.05.2023 № 344/пр, приложение № 3 к составу исполнительной документации</w:t>
              <w:br/>
              <w:t>Редакция с учетом приказа № 369/пр</w:t>
            </w:r>
          </w:p>
        </w:tc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рекомендуемый образец; перечень освидетельствуемых работ задается проектом и объектной матрицей</w:t>
            </w:r>
          </w:p>
        </w:tc>
      </w:tr>
      <w:tr>
        <w:trPr>
          <w:trHeight w:hRule="atLeast"/>
        </w:trPr>
        <w:tc>
          <w:tcPr>
            <w:tcW w:type="dxa" w:w="2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Акт освидетельствования ответственных конструкций</w:t>
            </w:r>
          </w:p>
        </w:tc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ответственные конструкции</w:t>
            </w:r>
          </w:p>
        </w:tc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Приказ Минстроя России от 16.05.2023 № 344/пр, приложение № 4 к составу исполнительной документации</w:t>
              <w:br/>
              <w:t>Редакция с учетом приказа № 369/пр</w:t>
            </w:r>
          </w:p>
        </w:tc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рекомендуемый образец; применяется к конструкциям и участкам сетей по объектной матрице</w:t>
            </w:r>
          </w:p>
        </w:tc>
      </w:tr>
      <w:tr>
        <w:trPr>
          <w:trHeight w:hRule="atLeast"/>
        </w:trPr>
        <w:tc>
          <w:tcPr>
            <w:tcW w:type="dxa" w:w="2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Акт освидетельствования участков сетей инженерно-технического обеспечения</w:t>
            </w:r>
          </w:p>
        </w:tc>
        <w:tc>
          <w:tcPr>
            <w:tcW w:type="dxa" w:w="1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участки инженерных сетей</w:t>
            </w:r>
          </w:p>
        </w:tc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Приказ Минстроя России от 16.05.2023 № 344/пр, приложение № 5 к составу исполнительной документации</w:t>
              <w:br/>
              <w:t>Редакция с учетом приказа № 369/пр</w:t>
            </w:r>
          </w:p>
        </w:tc>
        <w:tc>
          <w:tcPr>
            <w:tcW w:type="dxa" w:w="19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рекомендуемый образец; применяется к конкретному участку и испытаниям по проекту</w:t>
            </w:r>
          </w:p>
        </w:tc>
      </w:tr>
    </w:tbl>
    <w:p>
      <w:pPr>
        <w:pStyle w:val="Heading2"/>
      </w:pPr>
      <w:r>
        <w:t>Шаблоны контроля по видам работ</w:t>
      </w:r>
    </w:p>
    <w:p>
      <w:pPr>
        <w:pStyle w:val="Heading3"/>
        <w:keepNext/>
      </w:pPr>
      <w:r>
        <w:t>Монолитная железобетонная плита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Опалубка, армирование, закладные, бетонирование, распалубка и приемка плиты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ответственная конструкция с прослеживаемым комплектом и разрешением следующего этапа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Готовность основания, фронта и осей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передачи фронта; паспорт состояния; геодезическая разбивка; действующая РД; ППР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монтаж опалубки и армирование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Приемка опалубки и геометрии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чек-лист опалубки; геодезический контроль; фото; состояние оснастки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армирование или бетонирование при критическом отклонении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Освидетельствование армирования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привязка; документы качества арматуры; сварочные или иные применимые протоколы; фото; акт скрытых работ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бетонирование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Закладные, выпуски и отверстия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паспорта изделий; результат осмотра; акт скрытых работ при применимости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бетонирование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5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Предбетонная контрольная точка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закрытые акты; разрешенный состав смены; допуск ОТ/ТБ; готовность техники; план отбора образцов; подтверждение бетонной смеси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бетонирование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6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Входной контроль бетонной смеси и отбор образцов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паспорт смеси; товарная накладная или УПД; входной контроль; акт отбора; маркировка образцов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укладка неподтвержденной смеси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7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Бетонирование и уход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первичный факт; общий журнал; журнал бетонных работ; погода и условия; фото; фактический объем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преждевременная распалубка при открытом стопе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8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Прочность, распалубка и визуальная проверка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лабораторный протокол; решение о распалубке; фото поверхности; реестр дефектов; решения по раковинам, выбоинам и иным отклонениям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нагружение или закрытие дефектной конструкции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9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Исполнительная геометрия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геодезическая схема; оси; отметки; ведомость отклонений; поверка прибора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нагружение и зависимые работы при неподтвержденной геометрии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10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Освидетельствование ответственной конструкции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ответственной конструкции; исполнительная схема; лабораторные протоколы; документы партий; закрытые замечания; опись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нагружение плиты, перегородки, металлоконструкции и иные зависимые работы</w:t>
            </w:r>
          </w:p>
        </w:tc>
      </w:tr>
    </w:tbl>
    <w:p>
      <w:pPr>
        <w:pStyle w:val="Heading3"/>
        <w:keepNext/>
      </w:pPr>
      <w:r>
        <w:t>Земляные работы и основание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Разработка, подготовка основания, обратная засыпка и уплотнение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Принятое основание или земляное сооружение с подтвержденными отметками и свойствами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Разбивка и готовность зоны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передачи; разбивка; РД; ППР; данные о существующих сетях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разработка грунта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Освидетельствование основания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отметка; характеристика грунта; осмотр; акт скрытых работ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подбетонка, фундамент или следующий слой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Послойное уплотнение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журнал; протокол плотности при применимости; исполнительные отметки; акт скрытых работ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следующий слой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Исполнительная приемка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протоколы; закрытые замечания; итоговый реестр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зависимые конструктивные работы</w:t>
            </w:r>
          </w:p>
        </w:tc>
      </w:tr>
    </w:tbl>
    <w:p>
      <w:pPr>
        <w:pStyle w:val="Heading3"/>
        <w:keepNext/>
      </w:pPr>
      <w:r>
        <w:t>Свайные работы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Погружение, устройство, испытание и приемка свайного поля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Принятое свайное поле с прослеживаемостью каждого элемента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Разбивка свайного поля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разбивки; схема; РД; ППР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устройство свай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Первичный факт устройства каждой сваи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журнал; параметры процесса; материалы и партии; фото; исполнительная координата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скрытие неподтвержденного элемента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Испытания и контроль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программа испытаний; протокол; идентификаторы свай; вывод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ростверк или нагружение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Приемка свайного поля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журнал; протоколы; акт ответственной конструкции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ростверк и зависимые конструкции</w:t>
            </w:r>
          </w:p>
        </w:tc>
      </w:tr>
    </w:tbl>
    <w:p>
      <w:pPr>
        <w:pStyle w:val="Heading3"/>
        <w:keepNext/>
      </w:pPr>
      <w:r>
        <w:t>Каменные и кладочные работы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Кладка стен, перегородок, армирование и связи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участок кладки с подтвержденными связями и геометрией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Основание и разбивка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исполнительные отметки; разбивка; РД; ППР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кладка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Скрываемые армирование и связи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фото; документы материалов; акт скрытых работ; журнал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следующими рядами или отделкой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Геометрия и проемы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измерения; исполнительная привязка; ведомость отклонений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монтаж зависимых элементов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Итоговая приемка участка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акт; исполнительная схема; документы качества; реестр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отделка и нагружение закрепляемыми элементами</w:t>
            </w:r>
          </w:p>
        </w:tc>
      </w:tr>
    </w:tbl>
    <w:p>
      <w:pPr>
        <w:pStyle w:val="Heading3"/>
        <w:keepNext/>
      </w:pPr>
      <w:r>
        <w:t>Металлические конструкции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Монтаж, соединения, сварка, антикоррозионная защита и приемка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металлическая конструкция с подтвержденными соединениями и геометрией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Основания, анкеры и геодезия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документы анкеров; акт основания; РД; ППР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монтаж металлоконструкций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Входной контроль элементов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УПД; накладная; паспорта; сертификаты; маркировка; входной контроль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монтаж неподтвержденных элементов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Монтажные соединения и сварка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журнал сварочных работ; исполнительная привязка; документы сварщиков; протоколы контроля швов при применимости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соединения или нагружение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Защитные покрытия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журнал; материалы и партии; измерения покрытия при применимости; акт скрытых работ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покрытия последующими слоями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5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Приемка ответственной конструкции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протоколы швов; документы качества; акт ответственной конструкции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нагружение и зависимые работы</w:t>
            </w:r>
          </w:p>
        </w:tc>
      </w:tr>
    </w:tbl>
    <w:p>
      <w:pPr>
        <w:pStyle w:val="Heading3"/>
        <w:keepNext/>
      </w:pPr>
      <w:r>
        <w:t>Фасадные системы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Кронштейны, утепление, мембраны, подсистема, облицовка и испытания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участок фасада с прослеживаемыми скрытыми слоями и креплениями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Основание и геодезическая съемка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съемка основания; акт передачи фронта; РД; ППР; пробные испытания при применимости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монтаж кронштейнов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Крепления и подсистема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документы анкеров; результаты испытаний при применимости; исполнительная схема; акт скрытых работ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утепление и облицовка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Утепление, мембраны и противопожарные элементы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документы качества; фото; акт скрытых работ; узлы и привязки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облицовкой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Геометрия и итоговая приемка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ведомость отклонений; испытания при применимости; закрытые замечания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сдача участка и зависимые работы</w:t>
            </w:r>
          </w:p>
        </w:tc>
      </w:tr>
    </w:tbl>
    <w:p>
      <w:pPr>
        <w:pStyle w:val="Heading3"/>
        <w:keepNext/>
      </w:pPr>
      <w:r>
        <w:t>Кровля и гидроизоляция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Основание, уклоны, пароизоляция, утепление, мембраны и испытания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кровельная или гидроизоляционная система с доказанными скрытыми слоями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Приемка основания и уклонов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основания; исполнительные отметки; влажность или иные проверки при применимости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устройство слоев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Послойное освидетельствование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документы материалов; фото; акт скрытых работ; журнал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следующий слой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Узлы и примыкания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детальные фото; привязки; акт скрытых работ; контроль швов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узлов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Испытание и итоговая приемка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протокол испытания при применимости; исполнительная схема; акт; закрытые замечания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эксплуатация и передача участка</w:t>
            </w:r>
          </w:p>
        </w:tc>
      </w:tr>
    </w:tbl>
    <w:p>
      <w:pPr>
        <w:pStyle w:val="Heading3"/>
        <w:keepNext/>
      </w:pPr>
      <w:r>
        <w:t>Внутренние инженерные сети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Трассы, крепления, соединения, изоляция, испытания и передача участков сетей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Принятый участок инженерной сети с испытаниями и исполнительной схемой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Координация трасс и отверстий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РД; координационная модель при наличии; разбивка; ППР; согласованные отверстия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монтаж трассы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Скрываемые участки и крепления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документы материалов; фото; акт скрытых работ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зашивка или изоляция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Испытания участка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программа и метод; протокол; прибор и поверка; идентификатор участка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и подключение участка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Освидетельствование участка сети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участка сети; исполнительная схема; протоколы; паспорта оборудования; закрытые замечания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пусконаладка и эксплуатационное подключение</w:t>
            </w:r>
          </w:p>
        </w:tc>
      </w:tr>
    </w:tbl>
    <w:p>
      <w:pPr>
        <w:pStyle w:val="Heading3"/>
        <w:keepNext/>
      </w:pPr>
      <w:r>
        <w:t>Электромонтажные и слаботочные системы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Трассы, кабели, соединения, маркировка, измерения и функциональная проверка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электрическая или слаботочная система с измерениями и исполнительной документацией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Готовность трасс и оборудования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РД; ППР; акт передачи; документы оборудования; координация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монтаж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Скрываемые трассы и кабели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маркировка; документы кабеля; акт скрытых работ; фото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зашивка и отделка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Измерения и проверки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протоколы измерений; прибор и поверка; схема; ведомость цепей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подача напряжения или функциональный пуск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Функциональная приемка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протоколы; исполнительные схемы; паспорта; программа проверки; акт участка сети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эксплуатация и сдача</w:t>
            </w:r>
          </w:p>
        </w:tc>
      </w:tr>
    </w:tbl>
    <w:p>
      <w:pPr>
        <w:pStyle w:val="Heading3"/>
        <w:keepNext/>
      </w:pPr>
      <w:r>
        <w:t>Отделочные работы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Основание, образец, скрытые слои, качество поверхности и итоговая приемка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отделка зоны с закрытыми блокирующими замечаниями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Приемка основания и образца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основания; измерения; согласованный образец; материалы и документы качества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массовое выполнение отделки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Скрываемые подготовительные слои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фото; измерения при применимости; акт скрытых работ; журнал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следующий слой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Итоговая приемка помещения или зоны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чек-лист; ведомость замечаний; исполнительная привязка при необходимости; закрытие дефектов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передача следующему исполнителю или заказчику</w:t>
            </w:r>
          </w:p>
        </w:tc>
      </w:tr>
    </w:tbl>
    <w:p>
      <w:pPr>
        <w:pStyle w:val="Heading3"/>
        <w:keepNext/>
      </w:pPr>
      <w:r>
        <w:t>Противопожарные системы и огнезащита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Материалы, скрытые работы, покрытия, испытания и функциональная приемка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Принятая противопожарная система или огнезащитный контур с применимыми доказательствами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Входной контроль материалов и решений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РД; ППР; документы качества; пожарные документы при применимости; партии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применение материала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Скрываемые элементы и подготовка поверхности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скрытых работ; фото; журнал; партии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или следующий слой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Измерения и испытания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протокол; метод; прибор; привязка к зоне и партии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сдача системы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Функциональная и документальная приемка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исполнительная схема; протоколы; паспорта; акты; закрытые замечания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ввод и эксплуатация</w:t>
            </w:r>
          </w:p>
        </w:tc>
      </w:tr>
    </w:tbl>
    <w:p>
      <w:pPr>
        <w:pStyle w:val="Heading3"/>
        <w:keepNext/>
      </w:pPr>
      <w:r>
        <w:t>Пусконаладка и передача системы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Готовность монтажа, индивидуальные испытания, комплексная проверка и передача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типовой шаблон для объектной настройки и профильной проверки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Конечный результат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Переданная система с зарегистрированным комплектом и архивным снимком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редакции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Новая версия применяется вперед; завершенные записи сохраняют исходную версию шаблона.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00"/>
        <w:gridCol w:w="2100"/>
        <w:gridCol w:w="2480"/>
        <w:gridCol w:w="2020"/>
        <w:gridCol w:w="2160"/>
      </w:tblGrid>
      <w:tr>
        <w:trPr>
          <w:trHeight w:hRule="atLeast"/>
          <w:tblHeader w:val="true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Событие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Доказательства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Участники / решение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Блокируемая операция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1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Готовность к пусконаладке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акт готовности; исполнительные схемы; паспорта; протоколы монтажа; программа ПНР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пусконаладочные работы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2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Индивидуальные испытания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протоколы; параметры; исполнители; средства измерения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комплексная проверка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3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Комплексная проверка системы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программа; протокол; режимы; дефекты; повторная проверка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передача в эксплуатацию</w:t>
            </w:r>
          </w:p>
        </w:tc>
      </w:tr>
      <w:tr>
        <w:trPr>
          <w:trHeight w:hRule="atLeast"/>
        </w:trPr>
        <w:tc>
          <w:tcPr>
            <w:tcW w:type="dxa" w:w="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4"/>
              </w:rPr>
              <w:t>4</w:t>
            </w:r>
          </w:p>
        </w:tc>
        <w:tc>
          <w:tcPr>
            <w:tcW w:type="dxa" w:w="2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Передача и архивный снимок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передаточный реестр; эксплуатационные документы; исполнительный комплект; решение приемки; архивный снимок</w:t>
            </w:r>
          </w:p>
        </w:tc>
        <w:tc>
          <w:tcPr>
            <w:tcW w:type="dxa" w:w="20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этапа и гарантийный период</w:t>
            </w:r>
          </w:p>
        </w:tc>
      </w:tr>
    </w:tbl>
    <w:p>
      <w:pPr>
        <w:pStyle w:val="Heading1"/>
        <w:pageBreakBefore/>
      </w:pPr>
      <w:r>
        <w:t>Общие инструменты, подключения и агентская помощь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FF3E6"/>
          <w:left w:val="single" w:sz="4" w:space="0" w:color="FFF3E6"/>
          <w:bottom w:val="single" w:sz="4" w:space="0" w:color="FFF3E6"/>
          <w:right w:val="single" w:sz="4" w:space="0" w:color="FFF3E6"/>
          <w:insideH w:val="single" w:sz="4" w:space="0" w:color="FFF3E6"/>
          <w:insideV w:val="single" w:sz="4" w:space="0" w:color="FFF3E6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3E6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A66519"/>
                <w:sz w:val="17"/>
              </w:rPr>
              <w:t>ГРАНИЦА ИНТЕРФЕЙСА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Технические требования надёжности остаются внутренним слоем. Они не являются отдельными пользовательскими функциями или экранами.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Общие рабочие инструменты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750"/>
        <w:gridCol w:w="3370"/>
        <w:gridCol w:w="3240"/>
      </w:tblGrid>
      <w:tr>
        <w:trPr>
          <w:trHeight w:hRule="atLeast"/>
          <w:tblHeader w:val="true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Инструмент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Вход, действие, результат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Статус и граница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Моя рабочая очередь</w:t>
              <w:br/>
              <w:t>Собрать задания сотрудника из всех его назначений без копирования процессных записей.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действующие назначения; передачи, ожидающие действия; сроки; стопы; приоритет</w:t>
              <w:br/>
              <w:t>Действия: открыть исходную запись; принять пакет; вернуть мотивированно; создать результат; передать следующей роли</w:t>
              <w:br/>
              <w:t>Результат: очередь обязательных действий с источником, сроком и следующим шагом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данных подготовлен</w:t>
              <w:br/>
              <w:t>Очередь не создает новые функции роли и не объединяет полномочия совмещенных назначений.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— ответ</w:t>
              <w:br/>
              <w:t>Вести адресные вопросы, разъяснения, вызовы, замечания и ответы как связанные процессные записи.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отправитель и назначение; адресат; предмет; связанные записи; срок ответа; требуемое действие</w:t>
              <w:br/>
              <w:t>Действия: создать запрос; подтвердить получение; дать ответ; запросить уточнение; закрыть ответом</w:t>
              <w:br/>
              <w:t>Результат: ответ, связанный с исходным вопросом, документом и дальнейшим действием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данных подготовлен</w:t>
              <w:br/>
              <w:t>Ответ не меняет статус работы автоматически и не заменяет проектное решение или подпись.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Коммуникации и почта</w:t>
              <w:br/>
              <w:t>Связать переписку с объектом, работой, документом и решением, сохранив каноническую версию в документном контуре.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канал; участники; тема; сообщение; вложения; связанные записи; время</w:t>
              <w:br/>
              <w:t>Действия: написать; ответить; связать с процессом; зафиксировать вложение; передать в запрос — ответ</w:t>
              <w:br/>
              <w:t>Результат: прослеживаемая коммуникация без превращения почты в главное хранилище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Письмо и вложение не являются принятой версией документа и не дают полномочия.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Документы, файлы и версии</w:t>
              <w:br/>
              <w:t>Хранить единственную каноническую редакцию с метаданными, заменой, областью применения и историей передачи.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файл; тип документа; версия; работа и зона; основание; владелец; статус; заменяемая редакция</w:t>
              <w:br/>
              <w:t>Действия: загрузить редакцию; сравнить версии; связать с записью; отправить на проверку; включить в комплект</w:t>
              <w:br/>
              <w:t>Результат: версионированный документ, доступный связанным ролям по правам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данных подготовлен</w:t>
              <w:br/>
              <w:t>Подписанная версия неизменяема; передача создает ссылку и событие, а не копию файла.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Поиск по объекту</w:t>
              <w:br/>
              <w:t>Находить роли, работы, документы, решения, передачи и события по сквозной идентичности.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строка поиска; объект; права назначения; типы записей; период</w:t>
              <w:br/>
              <w:t>Действия: найти; отфильтровать; открыть источник; перейти к связанным записям</w:t>
              <w:br/>
              <w:t>Результат: список результатов с типом, версией, владельцем, статусом и источником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локальный прототип</w:t>
              <w:br/>
              <w:t>Поиск не показывает записи вне прав назначения и не меняет их состояние.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Сроки, календарь и контрольные окна</w:t>
              <w:br/>
              <w:t>Показывать сроки передач, ответов, поставок, освидетельствований, испытаний и решений в одном календарном представлении.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событие; владелец; начало; срок; зависимость; критичность; статус</w:t>
              <w:br/>
              <w:t>Действия: создать срок; перенести с основанием; подтвердить окно; эскалировать просрочку; открыть источник</w:t>
              <w:br/>
              <w:t>Результат: календарная запись, всегда связанная с процессной записью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данных подготовлен</w:t>
              <w:br/>
              <w:t>Календарь не заменяет производственный график и не меняет базовый срок без решения владельца.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Уведомления и эскалации</w:t>
              <w:br/>
              <w:t>Доставлять назначенному сотруднику событие, требуемое действие и срок без потери первичного источника.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событие; получатель; канал; приоритет; срок; ссылка на источник</w:t>
              <w:br/>
              <w:t>Действия: прочитать; открыть источник; отложить в пределах правила; эскалировать</w:t>
              <w:br/>
              <w:t>Результат: подтверждение доставки и открытия; решение остается отдельным действием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данных подготовлен</w:t>
              <w:br/>
              <w:t>Уведомление не означает получение, принятие результата или согласование.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Маршрут проверки и подписи</w:t>
              <w:br/>
              <w:t>Показывать применимых подписантов, порядок, полномочия, замечания и неизменяемое событие подписи.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документ; матрица подписантов; порядок; полномочия; срок; замечания</w:t>
              <w:br/>
              <w:t>Действия: отправить на подпись; подписать после подключения; отклонить; вернуть с замечанием; проверить сертификат после подключения</w:t>
              <w:br/>
              <w:t>Результат: пакет подписания и доказательство каждого действия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заблокировано до правовой проверки</w:t>
              <w:br/>
              <w:t>Локальный интерфейс не имитирует юридически значимую электронную подпись.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Неизменяемый журнал действий</w:t>
              <w:br/>
              <w:t>Фиксировать создание, изменение, возврат, подпись, замену и удаление пользовательской ссылки.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вид события; назначение автора; объект; до и после; причина; время; предыдущий хэш</w:t>
              <w:br/>
              <w:t>Действия: просмотреть; отфильтровать; выгрузить; перейти к снимку записи</w:t>
              <w:br/>
              <w:t>Результат: последовательность доказательных событий без пользовательского удаления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данных подготовлен</w:t>
              <w:br/>
              <w:t>Даже администратор не удаляет событие аудита через пользовательский интерфейс.</w:t>
            </w:r>
          </w:p>
        </w:tc>
      </w:tr>
      <w:tr>
        <w:trPr>
          <w:trHeight w:hRule="atLeast"/>
        </w:trPr>
        <w:tc>
          <w:tcPr>
            <w:tcW w:type="dxa" w:w="27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Открытие во внешнем рабочем инструменте</w:t>
              <w:br/>
              <w:t>Передавать выбранную редакцию в согласованный редактор, планировщик или САПР и принимать новую редакцию обратно по контракту данных.</w:t>
            </w:r>
          </w:p>
        </w:tc>
        <w:tc>
          <w:tcPr>
            <w:tcW w:type="dxa" w:w="337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инструмент; документ и версия; формат; права; обратный маршрут; проверка результата</w:t>
              <w:br/>
              <w:t>Действия: открыть после подключения; получить новую редакцию; сравнить; принять в канон; вернуть с ошибкой</w:t>
              <w:br/>
              <w:t>Результат: новая редакция или связанный результат с доказанным происхождением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ERP не разрабатывает собственные аналоги текстового редактора, таблиц, планировщика, базы знаний или САПР.</w:t>
            </w:r>
          </w:p>
        </w:tc>
      </w:tr>
    </w:tbl>
    <w:p>
      <w:pPr>
        <w:pStyle w:val="Heading2"/>
      </w:pPr>
      <w:r>
        <w:t>Реестр подключений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680"/>
        <w:gridCol w:w="3550"/>
        <w:gridCol w:w="3130"/>
      </w:tblGrid>
      <w:tr>
        <w:trPr>
          <w:trHeight w:hRule="atLeast"/>
          <w:tblHeader w:val="true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Подключение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Данные и требования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Статус, риск и граница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Текстовые документы и таблицы</w:t>
              <w:br/>
              <w:t>Открывать и возвращать документы и ведомости без копирования редакторов внутри ERP.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документ; версия; таблица; права</w:t>
              <w:br/>
              <w:t>Выход: новая редакция; ведомость; комментарии</w:t>
              <w:br/>
              <w:t>Требования: выбрать допустимый офисный пакет; описать форматы; настроить права и обратную загрузку; проверить сравнение версий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потеря формул; макросы; конфликт версий</w:t>
              <w:br/>
              <w:t>Локально доступна выгрузка в текстовый документ и таблицу; совместное редактирование не подключено.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Календарно-сетевое планирование</w:t>
              <w:br/>
              <w:t>Обменивать пакеты работ, зависимости, базовый план, факт и прогноз с выбранной системой планирования.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работа; даты; зависимости; базовый план</w:t>
              <w:br/>
              <w:t>Выход: актуальный план; критический путь; прогноз</w:t>
              <w:br/>
              <w:t>Требования: единый код и полное наименование работы; владелец изменения; контроль базового плана; сверка обратной загрузки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перезапись базового плана; разные календари</w:t>
              <w:br/>
              <w:t>ERP не становится заменой профессиональной системе календарно-сетевого планирования.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Корпоративная почта</w:t>
              <w:br/>
              <w:t>Получать и отправлять связанную переписку, сохраняя канонические документы отдельно.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участники; тема; сообщение; вложения</w:t>
              <w:br/>
              <w:t>Выход: идентификатор письма; доставка; ответ</w:t>
              <w:br/>
              <w:t>Требования: выбрать почтовую систему; настроить сервисную учетную запись; правила хранения; защита персональных данных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утечка данных; дубли вложений; ложное принятие письма за решение</w:t>
              <w:br/>
              <w:t>Почта не является главным хранилищем и не меняет статус процесса.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Просмотр и измерение DWG/DXF</w:t>
              <w:br/>
              <w:t>Открывать слои, масштаб, координаты, измерения и область чертежа из конкретной редакции.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исходный файл; зависимости; система координат; редакция</w:t>
              <w:br/>
              <w:t>Выход: измерение; отметка; снимок области; ссылка на примитив</w:t>
              <w:br/>
              <w:t>Требования: выбрать лицензированный модуль; проверить точность измерений; защищенное размещение; версионность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ошибка масштаба; потеря зависимостей; лицензионные ограничения</w:t>
              <w:br/>
              <w:t>Число из чертежа не становится принятым объемом без профильной проверки.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Модели и замечания IFC/BCF</w:t>
              <w:br/>
              <w:t>Связывать модель, элементы, коллизии и замечания с работой, зоной и редакцией.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модель; элемент; координаты; версия</w:t>
              <w:br/>
              <w:t>Выход: замечание; снимок; связь с работой</w:t>
              <w:br/>
              <w:t>Требования: единые координаты; правила идентификаторов; проверка версий; права доступа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несовпадение координат; устаревшая модель</w:t>
              <w:br/>
              <w:t>Модель не заменяет утвержденную РД и исполнительное принятие.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Юридически значимая электронная подпись</w:t>
              <w:br/>
              <w:t>Подписывать документы по проверенной матрице и хранить доказательства подписи.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документ; хэш; подписант; полномочие</w:t>
              <w:br/>
              <w:t>Выход: подпись; сертификат; метка времени; результат проверки</w:t>
              <w:br/>
              <w:t>Требования: выбрать оператора; проверить применимое право и формы; проверить сертификаты; определить архив доказательств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заблокировано до правовой проверки</w:t>
              <w:br/>
              <w:t>Риски: недействительная подпись; просроченный сертификат; неверное полномочие</w:t>
              <w:br/>
              <w:t>До профильной проверки кнопка подписи не исполняет юридическое действие.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Финансовая и учетная система</w:t>
              <w:br/>
              <w:t>Получать договоры, счета, статусы КС, платежей и учета без подмены финансовых владельцев.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договор; техническое основание; сметный расчет</w:t>
              <w:br/>
              <w:t>Выход: статус обязательства; платеж; проводка</w:t>
              <w:br/>
              <w:t>Требования: единые справочники; разделение технического и финансового состояния; идемпотентный обмен; сверка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двойной платеж; несовпадение аналитик</w:t>
              <w:br/>
              <w:t>ERP строительства передает основание, но не инициирует платеж без финансового решения.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Закупки и склад</w:t>
              <w:br/>
              <w:t>Связать потребность, запрос цен, заказ, поставку, партию, выдачу, возврат и остаток.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потребность; номенклатура; срок; бюджет</w:t>
              <w:br/>
              <w:t>Выход: заказ; поставка; партия; движение</w:t>
              <w:br/>
              <w:t>Требования: единая номенклатура; карточки поставщиков и заводов; партии; права МОЛ; договорные основания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данных подготовлен</w:t>
              <w:br/>
              <w:t>Риски: дубли заказа; подмена партии; сверхнормативное списание</w:t>
              <w:br/>
              <w:t>Контракт процесса готов, но промышленный складской и закупочный бэкенд не подключен.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Проверка документов изготовителя</w:t>
              <w:br/>
              <w:t>Проверять происхождение паспорта, сертификата или декларации по партии и изготовителю.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изготовитель; партия; документ; номер; дата</w:t>
              <w:br/>
              <w:t>Выход: ответ источника; статус проверки; ограничение применимости</w:t>
              <w:br/>
              <w:t>Требования: определить официальные источники; правила запросов; хранение ответа; маршрут исключения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ложноположительная проверка; недоступный источник</w:t>
              <w:br/>
              <w:t>Отсутствие ответа не означает подлинность документа.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Геодезические приборы и лаборатория</w:t>
              <w:br/>
              <w:t>Получать подписанные измерения, поверку прибора, пробу, метод и протокол.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заявка; работа; зона; метод</w:t>
              <w:br/>
              <w:t>Выход: измерение; схема; протокол; прибор и поверка</w:t>
              <w:br/>
              <w:t>Требования: согласовать форматы; идентифицировать приборы и пробы; проверить подписи; связать координаты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подмена результата; неверная зона; просроченная поверка</w:t>
              <w:br/>
              <w:t>Производство и ПТО не создают результат геодезии или лаборатории за владельца.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Система технического заказчика</w:t>
              <w:br/>
              <w:t>Передавать комплекты, вызовы и позиции КС и получать адресные решения и замечания.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реестр передачи; комплект; вызов; объем</w:t>
              <w:br/>
              <w:t>Выход: получение; решение; замечание; внешнее принятие</w:t>
              <w:br/>
              <w:t>Требования: согласовать API или регламент обмена; матрица подписантов; идентификаторы документов; безопасный канал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потеря юридического статуса; дубли комплектов</w:t>
              <w:br/>
              <w:t>Внешняя приемка не имитируется локальной отметкой.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Мессенджер и мобильные уведомления</w:t>
              <w:br/>
              <w:t>Доставлять уведомления и принимать ответ только через связанную запись.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уведомление; ссылка; получатель</w:t>
              <w:br/>
              <w:t>Выход: доставка; открытие; ответ</w:t>
              <w:br/>
              <w:t>Требования: выбрать разрешенный канал; идентификация пользователя; защита вложений; архивирование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подключения</w:t>
              <w:br/>
              <w:t>Риски: утечка; ответ неуполномоченного лица</w:t>
              <w:br/>
              <w:t>Сообщение не становится решением или подписью.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Aiterus</w:t>
              <w:br/>
              <w:t>Оставить точку подключения; назначение и состав данных должны быть отдельно подтверждены владельцем.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 xml:space="preserve">Вход: </w:t>
              <w:br/>
              <w:t xml:space="preserve">Выход: </w:t>
              <w:br/>
              <w:t>Требования: описать пользовательский сценарий; подтвердить источник данных; определить вход и выход; согласовать права и приемку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решения владельца</w:t>
              <w:br/>
              <w:t>Риски: превращение презентации в ложную готовность; неподтвержденный состав данных</w:t>
              <w:br/>
              <w:t>Название не означает работающую функцию; адаптер отсутствует.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WorkWatch</w:t>
              <w:br/>
              <w:t>Оставить точку подключения; назначение и состав данных должны быть отдельно подтверждены владельцем.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 xml:space="preserve">Вход: </w:t>
              <w:br/>
              <w:t xml:space="preserve">Выход: </w:t>
              <w:br/>
              <w:t>Требования: описать пользовательский сценарий; подтвердить источник данных; определить вход и выход; согласовать права и приемку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решения владельца</w:t>
              <w:br/>
              <w:t>Риски: превращение презентации в ложную готовность; неподтвержденный состав данных</w:t>
              <w:br/>
              <w:t>Название не означает работающую функцию; адаптер отсутствует.</w:t>
            </w:r>
          </w:p>
        </w:tc>
      </w:tr>
      <w:tr>
        <w:trPr>
          <w:trHeight w:hRule="atLeast"/>
        </w:trPr>
        <w:tc>
          <w:tcPr>
            <w:tcW w:type="dxa" w:w="2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Тендерный контур</w:t>
              <w:br/>
              <w:t>Связать потребность, лот, участников, предложения, сравнение и решение комиссии.</w:t>
            </w:r>
          </w:p>
        </w:tc>
        <w:tc>
          <w:tcPr>
            <w:tcW w:type="dxa" w:w="35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Вход: потребность; лот; требования; срок</w:t>
              <w:br/>
              <w:t>Выход: предложения; сравнение; протокол решения</w:t>
              <w:br/>
              <w:t>Требования: утвердить процесс тендера; роли комиссии; критерии сравнения; договорный переход</w:t>
            </w:r>
          </w:p>
        </w:tc>
        <w:tc>
          <w:tcPr>
            <w:tcW w:type="dxa" w:w="313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требует решения владельца</w:t>
              <w:br/>
              <w:t>Риски: конфликт интересов; неполное сравнение</w:t>
              <w:br/>
              <w:t>До утверждения процесса отображается только точка подключения.</w:t>
            </w:r>
          </w:p>
        </w:tc>
      </w:tr>
    </w:tbl>
    <w:p>
      <w:pPr>
        <w:pStyle w:val="Heading2"/>
      </w:pPr>
      <w:r>
        <w:t>Внутренние требования к серверному слою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3150"/>
        <w:gridCol w:w="6210"/>
      </w:tblGrid>
      <w:tr>
        <w:trPr>
          <w:trHeight w:hRule="atLeast"/>
          <w:tblHeader w:val="true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Требование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Критерий приёмки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Надежное состояние длинных процессов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Перезапуск не теряет этап, срок, ожидание, повтор и компенсационное действие.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Идемпотентность обмена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Повтор доставки не создает второй документ, заказ, факт или платежное основание.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Неизменяемый аудит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Каждое критичное действие имеет автора, назначение, время, причину, снимок до и после и цепочку целостности.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Версионность и блокировки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Подписанная версия неизменяема; конфликт одновременного редактирования видим и разрешается новой редакцией.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Ролевые и объектные права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Доступ определяется назначением, объектом, направлением, зоной, сроком и действием.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Файловое хранение и контроль целостности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Файл имеет хэш, версию, владельца, проверку загрузки, резервную копию и маршрут восстановления.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Поиск и ограниченные индексы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Результаты поиска соответствуют правам, версиям и сквозным идентификаторам.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Наблюдаемость интеграций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Видны доставка, ошибка, повтор, карантин, последняя успешная сверка и владелец инцидента.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Изоляция объектов и организаций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Данные одного объекта или арендатора не доступны другому без явного полномочия.</w:t>
            </w:r>
          </w:p>
        </w:tc>
      </w:tr>
      <w:tr>
        <w:trPr>
          <w:trHeight w:hRule="atLeast"/>
        </w:trPr>
        <w:tc>
          <w:tcPr>
            <w:tcW w:type="dxa" w:w="31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Резервное копирование и восстановление</w:t>
            </w:r>
          </w:p>
        </w:tc>
        <w:tc>
          <w:tcPr>
            <w:tcW w:type="dxa" w:w="62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5"/>
              </w:rPr>
              <w:t>Периодически доказывается восстановление записей, файлов, аудита и конфигурации на контрольной копии.</w:t>
            </w:r>
          </w:p>
        </w:tc>
      </w:tr>
    </w:tbl>
    <w:p>
      <w:pPr>
        <w:pStyle w:val="Heading2"/>
      </w:pPr>
      <w:r>
        <w:t>Агентское сопровождение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8F5F1"/>
          <w:left w:val="single" w:sz="4" w:space="0" w:color="E8F5F1"/>
          <w:bottom w:val="single" w:sz="4" w:space="0" w:color="E8F5F1"/>
          <w:right w:val="single" w:sz="4" w:space="0" w:color="E8F5F1"/>
          <w:insideH w:val="single" w:sz="4" w:space="0" w:color="E8F5F1"/>
          <w:insideV w:val="single" w:sz="4" w:space="0" w:color="E8F5F1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F5F1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16836D"/>
                <w:sz w:val="17"/>
              </w:rPr>
              <w:t>ОГРАНИЧЕННЫЙ КОНТЕКСТ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Объект → направление → работа и зона → конкретная задача → разрешённые доказательства. Агент готовит черновик и дефицит, но не подписывает, не принимает объём и не снимает блокировку.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3"/>
      </w:pPr>
      <w:r>
        <w:t>Универсальные запреты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1. подписывать документ или акт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2. принимать работу, объем, качество, партию или комплект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3. согласовывать проектное решение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4. изменять первичный производственный факт, измерение или лабораторный результат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5. снимать технический стоп или разрешать следующую операцию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6. назначать виновного или ответственность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7. создавать финансовое обязательство, платеж или бухгалтерскую запись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8. использовать запись без объекта, версии, источника и права доступа</w:t>
      </w:r>
    </w:p>
    <w:p>
      <w:pPr>
        <w:spacing w:after="60"/>
        <w:ind w:left="340" w:hanging="340"/>
      </w:pPr>
      <w:r>
        <w:rPr>
          <w:rFonts w:ascii="Arial" w:hAnsi="Arial" w:eastAsia="Arial"/>
          <w:color w:val="17191F"/>
          <w:sz w:val="18"/>
        </w:rPr>
        <w:t>9. выдавать исследование, похожий фрагмент или технический паттерн за нормативное основание</w:t>
      </w:r>
    </w:p>
    <w:p>
      <w:pPr>
        <w:pStyle w:val="Heading1"/>
        <w:pageBreakBefore/>
      </w:pPr>
      <w:r>
        <w:t>Карта 15 рабочих пространств участников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720"/>
        <w:gridCol w:w="2480"/>
        <w:gridCol w:w="3880"/>
        <w:gridCol w:w="2280"/>
      </w:tblGrid>
      <w:tr>
        <w:trPr>
          <w:trHeight w:hRule="atLeast"/>
          <w:tblHeader w:val="true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Рабочее пространство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Назначение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Профили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Управление объектом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Держать состояние объекта, решения, риски, обязательства и ответственность руководителей без подмены профильных проверок.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Собственник / генеральный директор</w:t>
              <w:br/>
              <w:t>Директор по строительству</w:t>
              <w:br/>
              <w:t>Директор проекта</w:t>
              <w:br/>
              <w:t>Руководитель проекта</w:t>
              <w:br/>
              <w:t>Технический директор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Интерфейс технического заказчика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Переводить требования заказчика в проверяемые проектные и строительные условия, удерживать соответствие концепции и координировать внешние решения.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Технический заказчик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Интерфейс проектирования и авторского надзора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Выпускать и сопровождать действующие проектные основания, изменения, авторский надзор и цифровую координацию.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Проектировщик</w:t>
              <w:br/>
              <w:t>Главный инженер проекта</w:t>
              <w:br/>
              <w:t>Главный архитектор проекта</w:t>
              <w:br/>
              <w:t>Авторский надзор</w:t>
              <w:br/>
              <w:t>ТИМ-координатор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4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Производственно-технический отдел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Обеспечивать производство действующими основаниями, сопровождать этапы работ и собирать доказанный технический результат.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Начальник ПТО</w:t>
              <w:br/>
              <w:t>Инженер подготовки производства</w:t>
              <w:br/>
              <w:t>Инженер ПТО по направлению</w:t>
              <w:br/>
              <w:t>Инженер по объемам</w:t>
              <w:br/>
              <w:t>Инженер исполнительной документации</w:t>
              <w:br/>
              <w:t>Техник ПТО</w:t>
              <w:br/>
              <w:t>Документный контролер</w:t>
              <w:br/>
              <w:t>Архивариус ПТО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5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ИТР / Комплекс производителя работ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Преобразовывать разрешенный фронт в выполненный, предъявленный и доказанный строительный результат по направлениям и зонам.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Начальник участка</w:t>
              <w:br/>
              <w:t>Старший прораб</w:t>
              <w:br/>
              <w:t>Прораб по направлению</w:t>
              <w:br/>
              <w:t>Мастер</w:t>
              <w:br/>
              <w:t>Бригада / исполнитель</w:t>
              <w:br/>
              <w:t>Уполномоченный представитель субподрядной организации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6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Внутренний строительный контроль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Проверять качество внутри генерального подрядчика до внешнего предъявления и сохранять независимость приемки.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Инженер внутреннего строительного контроля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7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Интерфейс строительного контроля заказчика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Проверять соответствие работ проекту и обязательным требованиям со стороны заказчика; принимать только в пределах полномочий.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Представитель внешнего строительного контроля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8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Геодезическая служба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Выполнять разбивку, измерения, проект-факт и исполнительные схемы по зарегистрированным заявкам.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Геодезист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9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Строительная лаборатория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Планировать отбор и выдавать независимые результаты испытаний по технологии, партии, работе и зоне.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Специалист строительной лаборатории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10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Персонал, допуски, ОТ и ТБ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Параллельно проверять персональные документы, допуски и охрану труда до назначения людей на работы.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Кадровый специалист / персонал и допуски</w:t>
              <w:br/>
              <w:t>Инженер по охране труда и технике безопасности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11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Снабжение, склад и ресурсы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Обеспечивать работы материалами, партиями, документами качества, инструментом, оснасткой и техникой с прослеживаемым движением.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Снабженец / закупщик</w:t>
              <w:br/>
              <w:t>Кладовщик</w:t>
              <w:br/>
              <w:t>Материально ответственное лицо</w:t>
              <w:br/>
              <w:t>Механик / ответственный за технику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12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Сметный отдел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Связывать принятые технические объемы с расценками, сметными основаниями, изменениями и подготовкой стоимости.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Сметчик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13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Договорный и правовой контур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Фиксировать обязательства, изменения, претензии и правовые основания без подмены технического или сметного результата.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Договорный менеджер</w:t>
              <w:br/>
              <w:t>Юрист проекта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14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Финансы и учет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Проверять финансовую готовность, исполнять разрешенные платежи и формировать учетный факт по подтвержденным основаниям.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Финансовый контролер</w:t>
              <w:br/>
              <w:t>Казначейство</w:t>
              <w:br/>
              <w:t>Бухгалтерия / учет</w:t>
            </w:r>
          </w:p>
        </w:tc>
      </w:tr>
      <w:tr>
        <w:trPr>
          <w:cantSplit/>
          <w:trHeight w:hRule="atLeast"/>
        </w:trPr>
        <w:tc>
          <w:tcPr>
            <w:tcW w:type="dxa" w:w="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15</w:t>
            </w:r>
          </w:p>
        </w:tc>
        <w:tc>
          <w:tcPr>
            <w:tcW w:type="dxa" w:w="24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Сдача, передача и гарантия</w:t>
            </w:r>
          </w:p>
        </w:tc>
        <w:tc>
          <w:tcPr>
            <w:tcW w:type="dxa" w:w="3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Собирать готовность к передаче, вести внешний маршрут приемки и обрабатывать гарантийные обращения после сдачи.</w:t>
            </w:r>
          </w:p>
        </w:tc>
        <w:tc>
          <w:tcPr>
            <w:tcW w:type="dxa" w:w="22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Руководитель ввода / сдачи</w:t>
              <w:br/>
              <w:t>Инженер передачи</w:t>
              <w:br/>
              <w:t>Представитель заказчика по приемке</w:t>
              <w:br/>
              <w:t>Гарантийный менеджер</w:t>
            </w:r>
          </w:p>
        </w:tc>
      </w:tr>
    </w:tbl>
    <w:p>
      <w:pPr>
        <w:pStyle w:val="Heading1"/>
        <w:pageBreakBefore/>
      </w:pPr>
      <w:r>
        <w:t>Графическая матрица всех межкабинетных связей</w:t>
      </w:r>
    </w:p>
    <w:p>
      <w:r>
        <w:drawing>
          <wp:inline xmlns:a="http://schemas.openxmlformats.org/drawingml/2006/main" xmlns:pic="http://schemas.openxmlformats.org/drawingml/2006/picture">
            <wp:extent cx="5806440" cy="58064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BINET_CONNECTION_MATRIX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5806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40" w:line="276" w:lineRule="auto"/>
        <w:jc w:val="left"/>
      </w:pPr>
      <w:r>
        <w:rPr>
          <w:rFonts w:ascii="Arial" w:hAnsi="Arial" w:eastAsia="Arial"/>
          <w:b w:val="0"/>
          <w:i/>
          <w:color w:val="667085"/>
          <w:sz w:val="17"/>
        </w:rPr>
        <w:t>Пустая ячейка означает отсутствие прямой передачи в текущей модели. Внутрикабинетные передачи остаются в диагонали и не считаются отдельными кабинетами.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940"/>
        <w:gridCol w:w="460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Кабинет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Роли / профили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Управление объектом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Собственник / генеральный директор; Директор по строительству; Директор проекта; Руководитель проекта; Технический директор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Интерфейс технического заказчика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Технический заказчик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Интерфейс проектирования и авторского надзора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Проектировщик; Главный инженер проекта; Главный архитектор проекта; Авторский надзор; ТИМ-координатор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4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Производственно-технический отдел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Начальник ПТО; Инженер подготовки производства; Инженер ПТО по направлению; Инженер по объемам; Инженер исполнительной документации; Техник ПТО; Документный контролер; Архивариус ПТО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5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ИТР / Комплекс производителя работ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Начальник участка; Старший прораб; Прораб по направлению; Мастер; Бригада / исполнитель; Уполномоченный представитель субподрядной организации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6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Внутренний строительный контроль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Инженер внутреннего строительного контроля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7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Интерфейс строительного контроля заказчика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Представитель внешнего строительного контроля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8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Геодезическая служба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Геодезист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9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Строительная лаборатория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Специалист строительной лаборатории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10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Персонал, допуски, ОТ и ТБ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Кадровый специалист / персонал и допуски; Инженер по охране труда и технике безопасности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11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Снабжение, склад и ресурсы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Снабженец / закупщик; Кладовщик; Материально ответственное лицо; Механик / ответственный за технику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12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Сметный отдел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Сметчик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13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Договорный и правовой контур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Договорный менеджер; Юрист проекта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14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Финансы и учет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Финансовый контролер; Казначейство; Бухгалтерия / учет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15</w:t>
            </w:r>
          </w:p>
        </w:tc>
        <w:tc>
          <w:tcPr>
            <w:tcW w:type="dxa" w:w="3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Сдача, передача и гарантия</w:t>
            </w:r>
          </w:p>
        </w:tc>
        <w:tc>
          <w:tcPr>
            <w:tcW w:type="dxa" w:w="4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6"/>
              </w:rPr>
              <w:t>Руководитель ввода / сдачи; Инженер передачи; Представитель заказчика по приемке; Гарантийный менеджер</w:t>
            </w:r>
          </w:p>
        </w:tc>
      </w:tr>
    </w:tbl>
    <w:p>
      <w:pPr>
        <w:pStyle w:val="Heading1"/>
        <w:pageBreakBefore/>
      </w:pPr>
      <w:r>
        <w:t>Рабочее пространство 1 · Управление объектом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Держать состояние объекта, решения, риски, обязательства и ответственность руководителей без подмены профильных проверок.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Решение руководителя содержит основание, последствия, владельца исполнения, срок и проверяемый результат.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Собственник / генеральный директор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Портфель, предельные решения и контроль результата.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Директор по строительству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Производственная политика, ресурсы и исполнение портфеля.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Директор проекта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Контрактный и управленческий результат проекта.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4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Руководитель проекта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Ежедневная координация объекта, сроков, стоимости и решений.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5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Технический директор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Технический арбитраж, методы производства и сложные решения.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2 передач</w:t>
              <w:br/>
              <w:t>ИТР / Комплекс производителя работ — 1 передач</w:t>
              <w:br/>
              <w:t>Интерфейс проектирования и авторского надзора — 1 передач</w:t>
              <w:br/>
              <w:t>Интерфейс технического заказчика — 1 передач</w:t>
              <w:br/>
              <w:t>Производственно-технический отдел — 2 передач</w:t>
              <w:br/>
              <w:t>Сдача, передача и гарантия — 1 передач</w:t>
              <w:br/>
              <w:t>Сметный отдел — 1 передач</w:t>
              <w:br/>
              <w:t>Снабжение, склад и ресурсы — 3 передач</w:t>
              <w:br/>
              <w:t>Управление объектом — 8 передач</w:t>
              <w:br/>
              <w:t>Финансы и учет — 3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1 передач</w:t>
              <w:br/>
              <w:t>ИТР / Комплекс производителя работ — 2 передач</w:t>
              <w:br/>
              <w:t>Интерфейс проектирования и авторского надзора — 1 передач</w:t>
              <w:br/>
              <w:t>Персонал, допуски, ОТ и ТБ — 1 передач</w:t>
              <w:br/>
              <w:t>Производственно-технический отдел — 2 передач</w:t>
              <w:br/>
              <w:t>Снабжение, склад и ресурсы — 1 передач</w:t>
              <w:br/>
              <w:t>Управление объектом — 8 передач</w:t>
              <w:br/>
              <w:t>Финансы и учет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 · Собственник / генеральный директор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Принимать подтвержденные исключения выше делегированных лимитов и задавать портфельные приоритеты без подмены технической, договорной или финансовой проверки.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Управление объектом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Собственник / генеральный директор: Портфель, предельные решения и контроль результата.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Утверждать исключения по бюджету, сроку и портфельному ресурсу только в пределах корпоративных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Выбирать вариант решения после сопоставления последствий, рисков и обратимости.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Назначать владельца исполнения и контрольную дату управленческого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Подтверждать изменение лимита либо сохранять запрет до устранения дефицита.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Контролировать исполнение решения по результату, а не по факту поручения.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ППР, РД, качество, исполнительную документацию или объем КС вместо профильных ролей.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разрешает оплату без технической, договорной и финансовой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снимает независимый стоп охраны труда или строительного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назначает виновного без расследования причины и подтвержденных доказательств.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Карточка критического исключения ← Директор проекта. Поля: объект; процесс; причина; деньги; дни; варианты; последствия; предел полномочия. Приём: Есть минимум два исполнимых варианта либо обоснована их невозможность. Возврат: Вернуть директору проекта с перечнем недостающих вариантов и доказательств.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Портфельный дефицит ресурса ← Директор по строительству. Поля: объекты; ресурс; период; критический путь; доступность; стоимость перемещения; последствия. Приём: Конфликт между объектами доказан календарем и ресурсной ведомостью. Возврат: Вернуть для проверки доступности и влияния на остальные объекты.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Финансовое отклонение ← Финансовый контролер. Поля: бюджет; факт; прогноз; лимит; обязательства; удержания; кассовое влияние. Приём: Суммы связаны с договорными и техническими основаниями. Возврат: Вернуть при отсутствии расшифровки либо независимых статусов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Правовой и репутационный риск ← Юрист проекта. Поля: договор; событие; доказательства; срок уведомления; позиция сторон; сценарии; вероятные последствия. Приём: Юридическое заключение отделено от бизнес-решения. Возврат: Вернуть юристу для фиксации источника, срока и допустимых действий.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Проверить, действительно ли вопрос превышает лимит нижестоящих ролей.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Сопоставить вариант, стоимость, срок, риск безопасности и обратимость.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наличие технического, договорного, финансового и правового заключения по применимости.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Исключить решение, отменяющее обязательный контроль или доказательство.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Определить измеримый результат, владельца и дату повторного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Зафиксировать условия автоматической утраты силы решения.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Сводит независимые заключения в карточку управленческого выбора.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Разделяет решение, условия, запреты и действия исполнителей.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Привязывает лимит к объекту, периоду и конкретному обязательству.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контроль исполнения и маршрут повторной эскалации.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Решение по исключению (конечный). Поля: вариант; основание; лимит; условия; запреты; владелец; срок; критерий исполнения. Доказательства: подписанная карточка решения; пакет заключений.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Портфельный приоритет (промежуточный). Поля: объект; ресурс; период; очередность; ограничения; владелец. Доказательства: сводный ресурсный план.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Контроль исполнения решения (промежуточный). Поля: решение; контрольная дата; фактический результат; отклонение; следующий шаг. Доказательства: подтверждение владельца результата.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Матрица полномочий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Портфельный план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Финансовый прогноз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Технические и правовые заключения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Журнал решений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предела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Представлен один безальтернативный вариант без обоснования.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определены последствия для других объектов.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Отсутствует профильное заключение.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Решение требует обхода обязательного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владельца или срока исполнения.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Запрашивать альтернативный сценарий.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неполное исключение.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Устанавливать лимит и условия.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Назначать повторный контроль исполнения.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превращать устное поручение в разрешение производства или платеж.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Управленческое исключение выше делегированного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Портфельное перераспределение ресурса.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Решения с полным пакетом. Формула: полные решения / все решения. Цель: 100%. Защита от неверного применения: Нельзя улучшать показатель за счет снятия обязательных заключений..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Просроченные решения. Формула: решения после срока / открытые решения. Цель: 0%. Защита от неверного применения: Срок считается от подтвержденного поступления..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Исполненные решения. Формула: решения с принятым результатом / утвержденные решения. Цель: не ниже 95%. Защита от неверного применения: Поручение без результата не считается исполнением..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Повторные эскалации по той же причине. Формула: повторные случаи / закрытые решения. Цель: снижение по периоду. Защита от неверного применения: Причины классифицируются до оценки..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Портфель объектов: Видеть отклонения и конфликт ресурсов между объектами. Действия: открыть объект; сравнить прогноз; проверить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Очередь исключений: Принимать только вопросы выше лимита. Действия: открыть пакет; вернуть; назначить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Сравнение вариантов: Сопоставить деньги, срок, риск и обратимость. Действия: сравнить; запросить вариант; выбрать.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Карточка решения: Зафиксировать условия, запреты и владельца. Действия: утвердить; вернуть; установить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Исполнение решений: Контролировать фактический результат. Действия: принять отчет; эскалировать; закрыть.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Исполнение решения подтверждено владельцем результата и независимым источником применимого статуса.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Исключение без альтернатив. Обнаружение: В пакете один вариант. Реакция: Вернуть на подготовку вариантов. Владелец: Директор проекта.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Решение отменяет технический стоп. Обнаружение: Есть действующий стоп профильной роли. Реакция: Сохранить стоп и запросить устранение. Владелец: Технический директор.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Лимит без периода. Обнаружение: Не указаны даты действия. Реакция: Не регистрировать лимит. Владелец: Финансовый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Нет владельца исполнения. Обнаружение: Результат никому не назначен. Реакция: Вернуть решение до назначения. Владелец: Директор проекта.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Поручение отмечено выполненным без доказательства. Обнаружение: Нет карточки результата. Реакция: Переоткрыть контроль. Владелец: Собственник.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лимиты закреплены за собственником?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решения требуют коллегиального подтверждения?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фиксируется утрата силы решения?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Какие показатели портфеля используются?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подтверждает исполнение решения?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9 · Директор проекта → Собственник / генеральный директор: Эскалировать исключение выше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157 · Бухгалтерия / учет → Собственник / генеральный директор: Передать агрегированную проверенную учетную отчетность.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 · Собственник / генеральный директор → Директор по строительству: Установить портфельный приоритет ресурсов.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 · Собственник / генеральный директор → Директор проекта: Исполнить решение по объекту.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 · Собственник / генеральный директор → Финансовый контролер: Обновить финансовый лимит и контроль.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 · Директор по строительству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Балансировать производственные мощности и критические ресурсы портфеля объектов, сохраняя договорные и технические ограничения каждого проекта.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Управление объектом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Директор по строительству: Производственная политика, ресурсы и исполнение портфеля.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4;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портфельный план ключевых этапов.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Выявлять конфликт людей, техники и подрядчиков.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Определять приоритет ресурса в своем лимите.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Эскалировать дефицит выше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Контролировать восстановление критического пути.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меняет РД 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выполненные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стоимость или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снимает стопы качества и безопасности.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Свод критического пути ← Руководитель проекта. Поля: объект; этап; работа; план; факт; отклонение; причина; владелец. Приём: Отклонение связано с конкретной работой и зависимостью. Возврат: Вернуть РП при отсутствии причины и варианта восстановления.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Ресурсная потребность ← Руководитель строительства. Поля: люди; профессии; техника; подрядчик; период; объем; производительность. Приём: Потребность подтверждена производственным планом. Возврат: Вернуть при отсутствии объема и норматива производительности.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Статус поставок критического пути ← Снабженец / закупщик. Поля: материал; партия; поставщик; дата; риск; альтернатива; влияние. Приём: Материал связан с работой и датой потребности. Возврат: Вернуть для привязки к этапу и варианту замены.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 собственника ← Собственник / генеральный директор. Поля: приоритет; ресурс; объекты; период; лимит; условия; контроль. Приём: Полномочие и срок действия подтверждены. Возврат: Вернуть при конфликте с действующим ограничением.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Сопоставить критические пути объектов.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физическую доступность ресурса.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Оценить стоимость и срок перемещения.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договорные ограничения 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влияние на безопасность и технологию.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Назначить контроль восстановления.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портфельную карту дефицита.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Собирает варианты перераспределения.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Фиксирует решение по ресурсу.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Обновляет прогноз критического пути.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Портфельный ресурсный план (конечный). Поля: объект; ресурс; период; приоритет; источник; ограничение; владелец. Доказательства: подтверждения владельцев ресурсов.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Решение по дефициту (промежуточный). Поля: дефицит; вариант; влияние; срок; владелец. Доказательства: свод расчетов.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Прогноз восстановления (промежуточный). Поля: этап; новая дата; условия; риски. Доказательства: обновленный график.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Календарные планы объектов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Ресурсная ведомость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Статус поставок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техники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Договоры подрядчиков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единого календарного среза.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Ресурс уже закреплен неотменяемым обязательством.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подтверждена производительность.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Техника несовместима с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Персонал не имеет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Решение выше лимита.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Запрашивать ресурсные варианты.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Перераспределять ресурс в лимите.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портфельный конфликт.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непроверенную потребность.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назначение ресурса подтверждением его готовности.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Портфельный ресурсный план.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Перераспределение ресурсов в установленном лимите.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Покрытие критической потребности. Формула: подтвержденный ресурс / критическая потребность. Цель: 100%. Защита от неверного применения: Только ресурсы с подтвержденной готовностью..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Портфельные конфликты без решения. Формула: открытые конфликты. Цель: 0. Защита от неверного применения: Не закрывать переносом риска..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Восстановленные вехи. Формула: вехи в прогнозе / сорванные вехи. Цель: рост. Защита от неверного применения: Считать после контрольной даты..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Повторные дефициты. Формула: повторные дефициты / назначения. Цель: снижение. Защита от неверного применения: Разделять внешние и внутренние причины..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Портфельный график: Сравнивать критические пути. Действия: фильтровать объекты; открыть отклонение; сравнить даты.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Карта ресурсов: Видеть доступность людей и техники. Действия: проверить ресурс; назначить;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Конфликты: Разбирать конкурирующие потребности. Действия: сравнить; запросить вариант; принять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 по ресурсу: Зафиксировать назначение и ограничения. Действия: утвердить; вернуть; назначить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Восстановление графика: Контролировать эффект решения. Действия: принять прогноз; зафиксировать срыв; эскалировать.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Владельцы людей, техники и объекта подтвердили исполнимость назначения.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Двойное назначение ресурса. Обнаружение: Пересечение периодов. Реакция: Сохранить конфликт и запретить подтверждение. Владелец: Директор по строительству.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Неподтвержденная техника. Обнаружение: Нет статуса механика. Реакция: Вернуть назначение. Владелец: Механик.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Люди без допуска. Обнаружение: Нет действующих документов. Реакция: Заменить состав. Владелец: Персонал и 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Ресурс не восстанавливает веху. Обнаружение: Прогноз не меняется. Реакция: Запросить другой вариант. Владелец: РП.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Решение выше лимита. Обнаружение: Стоимость превышает полномочие. Реакция: Эскалировать собственнику. Владелец: Директор по строительству.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ресурсы управляются портфельно?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лимиты перераспределения действуют?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подтверждается доступность подрядчика?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Кто утверждает изменение критического пути?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измеряется эффект решения?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 · Собственник / генеральный директор → Директор по строительству: Установить портфельный приоритет ресурсов.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 · Директор проекта → Директор по строительству: Запросить портфельный ресурс.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4 · Директор по строительству → Директор проекта: Передать подтвержденный приоритет объекта.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 · Директор по строительству → Руководитель проекта: Установить ресурсное решение для исполнения.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 · Директор по строительству → Механик / ответственный за технику: Переназначить критическую технику.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 · Директор по строительству → Персонал и допуски: Подтвердить кадровое перераспределение.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 · Директор проекта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Принимать межфункциональные решения объекта в своем лимите и обеспечивать их исполнение без подмены владельцев технического, договорного и финансового результата.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Управление объектом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Директор проекта: Контрактный и управленческий результат проекта.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3;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Управлять целями объекта по сроку, бюджету и результату.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Разрешать межфункциональные конфликты в лимите.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Назначать владельцев решений.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Эскалировать исключения собственнику.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Контролировать исполнение через доказанный результат.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выпускает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утверждает ППР без технического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работы за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проводит платеж за казначейство.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Свод объекта ← Руководитель проекта. Поля: вехи; бюджет; риски; решения; владельцы; сроки; доказательства. Приём: Все критические отклонения имеют владельца и причину. Возврат: Вернуть РП на структурирование исключений.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Производственное отклонение ← Руководитель строительства. Поля: работа; зона; план; факт; ресурс; простой; варианты. Приём: Отклонение связано с критическим путем. Возврат: Вернуть при отсутствии влияния и вариантов.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Коммерческое отклонение ← Сметчик / договорный менеджер. Поля: объем; стоимость; договорная позиция; изменение; срок уведомления; риск. Приём: Технический и договорный статусы разделены. Возврат: Вернуть при смешении принятого и заявленного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Технический стоп ← Технический директор / контроль. Поля: основание; работа; зона; критичность; условие снятия; владелец; срок. Приём: Стоп выдан уполномоченной ролью. Возврат: Вернуть для уточнения области и условия снятия.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Определить владельца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лимит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Сопоставить техническое, сроковое и денежное влияние.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договорный срок действия.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Сохранить независимые стопы.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Определить критерий исполнения.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карточку межфункционального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Разбивает решение на поручения владельцам.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Устанавливает контрольные даты.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Эскалирует превышение лимита.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Решение директора проекта (конечный). Поля: решение; основание; полномочие; условия; владельцы; сроки; критерии. Доказательства: карточка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План исполнения решения (промежуточный). Поля: действия; владельцы; сроки; зависимости; контроль. Доказательства: подтверждения владельцев.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Эскалационный пакет (промежуточный). Поля: вопрос; предел лимита; варианты; последствия; рекомендация. Доказательства: заключения.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Цели и лимиты проекта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Свод РП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Производственный план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Бюджет и договоры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Технические статусы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определено влияние.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Технический стоп не имеет маршрута снятия.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Пропущен договорный срок.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альтернативы.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Принимать межфункциональные решения в лимите.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Назначать владельцев.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неполные пакеты.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собственнику.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превращать управленческое решение в техническую приемку.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Межфункциональное решение объекта.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 исполнения в своем лимите.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Решения в срок. Формула: решения в срок / все решения. Цель: не ниже 95%. Защита от неверного применения: Отсчет от подтвержденного поступления..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Решения без владельца. Формула: открытые без владельца. Цель: 0. Защита от неверного применения: Совместный владелец не допускается без ведущего..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Повторные эскалации. Формула: повторные / закрытые. Цель: снижение. Защита от неверного применения: Причина должна совпадать..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Исполнение решений. Формула: принятые результаты / утвержденные решения. Цель: не ниже 95%. Защита от неверного применения: Статус поручения не равен результату..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Свод проекта: Видеть срок, бюджет, риски и решения. Действия: открыть риск; проверить владельца; сравнить прогноз.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Очередь решений: Разбирать вопросы выше уровня РП. Действия: принять; вернуть;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Конфликты функций: Сопоставлять позиции ролей. Действия: открыть заключения; назначить совещание; зафиксировать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Исполнение: Контролировать результат решений. Действия: проверить доказательство; просрочить; закрыть.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Эскалации: Передавать только полные исключения. Действия: сформировать пакет; направить; получить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Каждый владелец подтвердил принятое действие и срок.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Решение без лимита. Обнаружение: Нет матрицы полномочий. Реакция: Вернуть или эскалировать. Владелец: Директор проекта.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Подмена технического решения. Обнаружение: Решение меняет технологию. Реакция: Направить техническому директору. Владелец: Технический директор.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Нет владельца. Обнаружение: Действие не назначено. Реакция: Не утверждать решение. Владелец: Директор проекта.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Пропущен срок уведомления. Обнаружение: Юрист фиксирует риск. Реакция: Открыть правовой маршрут. Владелец: Юрист проекта.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Результат не подтвержден. Обнаружение: Нет доказательства. Реакция: Переоткрыть исполнение. Владелец: РП.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Каковы лимиты директора проекта?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вопросы обязательны для собственника?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подтверждает исполнение?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Какие решения требуют технического заключения?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фиксируются совмещенные полномочия?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2 · Собственник / генеральный директор → Директор проекта: Исполнить решение по объекту.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 · Директор по строительству → Директор проекта: Передать подтвержденный приоритет объекта.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 · Руководитель проекта → Директор проекта: Эскалировать межфункциональное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8 · Директор проекта → Руководитель проекта: Разложить решение на операционный маршрут.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 · Директор проекта → Собственник / генеральный директор: Эскалировать исключение выше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 · Директор проекта → Директор по строительству: Запросить портфельный ресурс.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4 · Руководитель проекта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Оркестрировать обязательства, решения, сроки и межролевые зависимости объекта, не создавая результат за профильного владельца.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Управление объектом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Руководитель проекта: Ежедневная координация объекта, сроков, стоимости и решений.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3; входящих передач: 15; исходящих передач: 4;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интегрированный план объекта.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Назначать владельца каждого разрыва.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Собирать решения и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Эскалировать превышение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Контролировать прохождение межролевых передач.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РД 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смету вместо сметчика.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первоначальный допуск и не разрешает следующий технологический этап.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снимает техническую блокировку управленческой отметкой.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Статус производственного контура ← Руководитель строительства / прораб. Поля: работа; зона; план; факт; ресурс; блокировка; владелец. Приём: Статус связан с планом и доказательством. Возврат: Вернуть при общей формулировке без работы и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Первоначальный допуск исполнителя и фронта ← Система. Поля: работа; направление; зона; следующая операция; действующая РД; ППР и технологические карты; фронт; персонал; ОТ и ТБ; комплектность ПТО; блокирующие требования; владельцы; сроки; доказательства и версии. Приём: Статус вычислен системой из последних событий обязательных проверок по конкретной работе и зоне. Возврат: Руководитель проекта видит дефицит и назначает маршрут устранения, но не подтверждает проверку и не открывает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Разрешение следующего технологического этапа ← Система. Поля: работа; направление; зона; контрольная точка; следующая операция; предъявление производителя работ; исполнительная схема; лабораторный результат; комплектность ПТО; внутренний контроль при применимости; внешний строительный контроль; запись Реестра исполнительной документации; блокирующие требования; владельцы; сроки. Приём: Статус вычислен системой; ручной обход и подмена отсутствующего решения не допускаются. Возврат: Руководитель проекта видит влияние на график и эскалирует просрочку фактическому владельцу проверки.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Коммерческий статус ← Сметчик / договорный менеджер / финансы. Поля: объем; стоимость; обязательство; лимит; платежный статус; исключение. Приём: Статусы независимых контуров разделены. Возврат: Вернуть при отсутствии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Контроль и приемка ← Качество / внешний контроль. Поля: предъявление; решение; замечание; зона; срок; полномочие; доказательство. Приём: Решение выдано уполномоченной ролью. Возврат: Вернуть при отсутствии области и критерия закрытия.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Сопоставить событие с планом и обязательством.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Назначить одного ведущего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зависимые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Определить срок и уровень эскалации.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комплект доказательств.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Разделить решение и исполнительское действие.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Обновляет интегрированный план.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Создает маршрут межролевого разрыва.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пакет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Контролирует прием результата получателем.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Интегрированный план объекта (конечный). Поля: этапы; зависимости; владельцы; сроки; статусы; критический путь. Доказательства: подтверждения ролей.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Карточка разрыва (промежуточный). Поля: событие; причина; влияние; владелец; срок; маршрут. Доказательства: первичные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Пакет управленческого решения (промежуточный). Поля: вопрос; варианты; заключения; последствия; рекомендация. Доказательства: заключения ролей.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Календарный план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ролей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решений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рисков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Два вычисляемых допуска работ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Статусы технического и коммерческого контуров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срока.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указан следующий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Конфликт версий.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Вопрос выше полномочия и не эскалирован.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Получатель не подтвердил пакет.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Назначать владельцев действия.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статус.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Менять приоритет в пределах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Просматривать состав и доказательства двух вычисляемых допусков.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закрывать процесс управленческой отметкой вместо результата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подтверждать проверку, не открывать работу и не снимать блокировку вместо профильной роли или системы.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Интегрированный план.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Приоритет и маршрут межролевого действия.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Разрывы с владельцем и сроком. Формула: полные разрывы / все открытые. Цель: 100%. Защита от неверного применения: Формальный владелец без полномочия не засчитывается..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Просроченные межролевые передачи. Формула: просроченные передачи. Цель: 0. Защита от неверного применения: Срок начинается после приемки пакета..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Решения, исполненные в срок. Формула: исполненные / утвержденные. Цель: не ниже 95%. Защита от неверного применения: Только с принятым результатом..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Повторные блокировки. Формула: повторные причины / закрытые разрывы. Цель: снижение. Защита от неверного применения: Причины классифицируются..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Состояние объекта: Видеть интегрированный план и отклонения. Действия: открыть веху; назначить владельца; перейти к доказательству.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Очередь разрывов: Управлять межролевыми блокировками. Действия: назначить; вернуть;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Зависимости: Проверять, что ожидает каждая работа. Действия: открыть связь; изменить приоритет; уведомить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Решения: Собирать доказательный пакет. Действия: добавить заключение; сравнить вариант; направить.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Контроль исполнения: Принимать результаты поручений. Действия: проверить; вернуть; закрыть.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Интегрированный план обновлен фактическим принятым результатом роли.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Общий статус без работы. Обнаружение: Нет идентификатора и зоны. Реакция: Вернуть источнику. Владелец: РП.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Два владельца. Обнаружение: Нет ведущего. Реакция: Назначить одного ответственного. Владелец: РП.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Переход без приемки пакета. Обнаружение: Нет подтверждения получателя. Реакция: Сохранить ожидание. Владелец: РП.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 выше лимита. Обнаружение: Матрица полномочий. Реакция: Эскалировать. Владелец: Директор проекта.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Закрыто поручение, не результат. Обнаружение: Нет доказательства. Реакция: Переоткрыть. Владелец: РП.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Какая система календарного планирования используется?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 назначается ведущий владелец?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уровни эскалации действуют?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подтверждается прием пакета?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статусы видит заказчик?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5 · Директор по строительству → Руководитель проекта: Установить ресурсное решение для исполнения.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 · Директор проекта → Руководитель проекта: Разложить решение на операционный маршрут.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21 · Технический заказчик → Руководитель проекта: Сообщить внешнее требование с влиянием.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32 · ТИМ-координатор → Руководитель проекта: Эскалировать критическую коллизию.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35 · Начальник ПТО → Руководитель проекта: Эскалировать техническую блокировку.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69 · Сметчик → Руководитель проекта: Эскалировать сметный разрыв или превышение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73 · Снабженец / закупщик → Руководитель проекта: Эскалировать срыв поставки или превышение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82 · Материально ответственное лицо → Руководитель проекта: Эскалировать сверхнормативное списание.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85 · Начальник участка → Руководитель проекта: Эскалировать отклонение срока, ресурса или договорной границы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137 · Механик / ответственный за технику → Руководитель проекта: Эскалировать простой критичной техники.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141 · Договорный менеджер → Руководитель проекта: Передать решение по изменению и превышению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143 · Юрист проекта → Руководитель проекта: Передать варианты решения и правовой риск.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149 · Финансовый контролер → Руководитель проекта: Эскалировать лимит/прогноз/приоритет.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153 · Казначейство → Руководитель проекта: Эскалировать дефицит ликвидности/приоритета.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160 · Руководитель ввода / сдачи → Руководитель проекта: Эскалировать критический разрыв сдачи.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11 · Руководитель проекта → Прораб генподрядчика по направлению: Передать приоритет и срок производственного результата.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 · Руководитель проекта → Начальник ПТО: Назначить устранение технического разрыва.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 · Руководитель проекта → Договорный менеджер: Открыть договорный маршрут изменения.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 · Руководитель проекта → Директор проекта: Эскалировать межфункциональное решение.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5 · Технический директор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Утверждать техническую допустимость ППР, технологических карт и сложных решений в пределах полномочий, сохраняя проектные, контрольные и безопасностные границы.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Управление объектом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Технический директор: Технический арбитраж, методы производства и сложные решения.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Проверять технические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Утверждать или возвращать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Разрешать технические конфликты в полномочии.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Фиксировать условия действия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Эскалировать необходимость проектного изменения.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выпускает РД вместо проектировщика.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согласует за технического заказчика.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вместо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утверждает КС и платеж.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ППР или технологическая карта ← Инженер подготовки производства ПТО. Поля: работа; зона; РД; версия; технология; ресурсы; опасности; контрольные точки; лист проверки ПТО. Приём: ПТО завершило проверку; обязательные исходные данные и применимые профильные заключения приложены. Возврат: Вернуть инженеру подготовки ПТО с единым измеримым листом замечаний.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Лист проверок ППР ← ОТ / качество / геодезия / производство. Поля: проверяющий; назначение; раздел; критерий; замечание; критичность; условие закрытия; срок. Приём: ПТО проверило ППР; прораб направления отвечает только на переданные ему вопросы технологии производства, остальные проверяющие — в пределах собственного полномочия. Возврат: Вернуть инженеру подготовки ПТО для уточнения или доработки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Запрос на разъяснение / технический вопрос ← ПТО / ТИМ / прораб. Поля: инициатор; РД; версия; лист/узел; работа; зона; элементы/координаты при наличии; факт; фото/измерение; вопрос; влияние; позиция технадзора при применимости; срок. Приём: Проблема локализована; инженер ПТО оформил запрос, а технический надзор добавил контрольную позицию при применимости. ТИМ-коллизия остаётся отдельным типом результата ТИМ. Возврат: Определить маршрут разъяснения, проектного решения или новой РД; не возвращать ПТО задачу «создать коллизию».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Запрос технического арбитража ← РП / начальник ПТО. Поля: предмет; позиции сторон; основания; риски; срок; полномочия. Приём: Есть документированные позиции. Возврат: Вернуть для сбора оснований.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действующую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полноту технологии.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расчеты и ресурсы.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контрольные точки.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безопасность и совместимость.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Определить область и срок действия.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техническое заключение.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Объединяет замечания без подмены авторов.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Фиксирует условия утверждения.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Определяет маршрут разъяснения, проектного решения или новой РД при необходимости.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Решение по ППР (конечный). Поля: документ; версия; область; проверка ПТО; профильные заключения; утверждено/возвращено; условия; ограничения; подписант; дата действия. Доказательства: подписанное решение; лист проверки ПТО; применимые профильные заключения.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Техническое заключение (промежуточный). Поля: вопрос; основания; вывод; условия; маршрут. Доказательства: расчеты и ссылки на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Маршрут технического вопроса (промежуточный). Поля: тип вопроса; запрос на разъяснение или ТИМ-коллизия; затронутые разделы; действующий стоп; получатель; срок. Доказательства: карточка запроса на разъяснение или карточка ТИМ-коллизии.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проверок ППР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Расчеты технологии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 контроля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полномочий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Устаревшая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закрыто критическое замечание.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расчета.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определены контрольные точки.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согласованы безопасностные меры.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 подписанта.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Утверждать ППР в полномочии.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технологию.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Ставить технический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Направлять на проектное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техническое заключение как новую РД.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ППР и технологическая карта.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Техническое заключение в полномочии.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ППР с закрытыми проверками. Формула: утвержденные с полным листом / утвержденные. Цель: 100%. Защита от неверного применения: Закрытие подтверждает автор замечания..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Возвраты по неполным исходным данным. Формула: возвраты / поступившие. Цель: снижение. Защита от неверного применения: Не снижать за счет пропуска проверок..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Просроченные технические решения. Формула: просроченные. Цель: 0. Защита от неверного применения: Срок от полного пакета..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Отозванные решения из-за версии РД. Формула: отозванные. Цель: минимум. Защита от неверного применения: Отзыв при новой РД обязателен..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Очередь технических решений: Принимать проверенные ПТО ППР, технические вопросы и арбитражи. Действия: открыть; назначить профильное заключение;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Проверка ППР: Сопоставлять проверку ПТО, профильные позиции и условия утверждения. Действия: проверить лист ПТО; открыть профильное заключение; закрыть замечание; утвердить.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Технические вопросы и ТИМ-коллизии: Разделять запрос на разъяснение, проектное изменение и воспроизводимую ТИМ-коллизию. Действия: открыть запрос; определить маршрут; направить проектировщику; зафиксировать запрет.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Действующие решения: Контролировать область и срок действия. Действия: отозвать; продлить по основанию; проверить ознакомление.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Контроль исполнения условий: Проверять соблюдение технических условий. Действия: открыть факт; поставить стоп; направить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ППР содержит результаты всех применимых независимых проверок.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ППР по устаревшей РД. Обнаружение: Версия не действующая. Реакция: Вернуть и заблокировать выпуск. Владелец: Технический директор.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Критическое замечание закрыто не автором. Обнаружение: Нет подтверждения проверяющего. Реакция: Переоткрыть. Владелец: Проверяющая 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Коллизия выдана как РД. Обнаружение: Нет выпуска проектировщика. Реакция: Сохранить стоп. Владелец: Проектировщик.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Нет области действия. Обнаружение: Не указаны работы и зоны. Реакция: Не выпускать.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Истек срок решения. Обнаружение: Дата действия прошла. Реакция: Отозвать и перепроверить. Владелец: Технический директор.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утверждает виды ППР?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расчеты обязательны?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закрывает замечания проверяющих?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оформляется отзыв решения?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вопросы идут ГИП?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39 · Инженер подготовки производства ПТО → Технический директор: Передать проверенный ПТО ППР или технологическую карту на утверждение.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15 · Технический директор → Инженер подготовки производства ПТО: Вернуть утвержденный либо доработочный статус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 · Технический директор → Прораб генподрядчика по направлению: Передать действующие технические условия производства.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 · Технический директор → Генеральный проектировщик / ГИП: Запросить проектное решение.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2 · Интерфейс технического заказчика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Переводить требования заказчика в проверяемые проектные и строительные условия, удерживать соответствие концепции и координировать внешние решения.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Подтвержденное требование или решение связано с заказчиком, проектным основанием, объектом, сроком и затронутыми работами.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6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Технический заказчик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Требования заказчика, проектные условия, согласования и координация сторон.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проектирования и авторского надзора — 1 передач</w:t>
              <w:br/>
              <w:t>Интерфейс строительного контроля заказчика — 1 передач</w:t>
              <w:br/>
              <w:t>Производственно-технический отдел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проектирования и авторского надзора — 2 передач</w:t>
              <w:br/>
              <w:t>Производственно-технический отдел — 1 передач</w:t>
              <w:br/>
              <w:t>Управление объектом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6 · Технический заказчик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Переводить намерения заказчика в проверяемые технические требования, удерживать соответствие проекту и согласованный замысел, связывая заказчика, проектировщика и генерального подрядчика в пределах договора и полномочий.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технического заказчика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Технический заказчик: Требования заказчика, проектные условия, согласования и координация сторон.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4; исходящих передач: 4;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Формулировать и регистрировать технические требования заказчика.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Проверять, что проектные и строительные решения не уходят от согласованного замысла.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Принимать предъявления по установленному маршруту.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Направлять вопросы проектировщику и контролировать получение применимого ответа.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Фиксировать замечания, решения, сроки и собственное полномочие.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заменяет проектировщика, ГИП, ГАП или авторский надзор.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превращает устное пожелание заказчика в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работу вне полномочия и объектной матрицы подписей.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становится универсальным финальным подписантом.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оплату.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Предъявление генподрядчика ← ПТО / инженер передачи. Поля: объект; этап; работа; зона; Реестр исполнительной документации; финальный комплект; канонический электронный комплект; реестр физических экземпляров; получатели копий; подписи; исключения; требуемое решение; срок. Приём: ПТО зарегистрировало комплект и опись; электронная версия и учтенные экземпляры для исполнителя, генподрядчика, заказчика и технического заказчика связаны с одним каноническим пакетом. Возврат: Вернуть ПТО единым реестром с точным перечнем дефицита и владельцем каждой позиции.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Запрос на разъяснение ← ПТО / прораб. Поля: инициатор; РД; версия; лист; узел; работа; зона; вопрос; факт; фото/измерение; позиция ПТО; позиция технадзора при применимости; влияние; срок. Приём: Вопрос локализован, зарегистрирован ПТО и не содержит готового неподтвержденного решения. Возврат: Вернуть ПТО для уточнения либо направить проектировщику по зарегистрированному маршруту.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Проектное решение ← Проектировщик / ГИП. Поля: ответ; РД; версия; измененные листы; область; условия; подписант. Приём: Решение выпущено уполномоченным проектировщиком. Возврат: Вернуть проектировщику при неопределенной применимости.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 внешнего контроля ← Внешний строительный контроль. Поля: предъявление; принято/замечание/отказ; критерий; зона; срок; подписант; полномочие. Приём: Решение связано с предъявлением и областью. Возврат: Вернуть для уточнения полномочия или зоны.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договорное полномочие.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комплектность предъявления.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Различить требование и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актуальность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Зафиксировать замечание и срок.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Определить дальнейший маршрут.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Регистрирует внешнее требование.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Маршрутизирует проектный вопрос.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решение по предъявлению.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Сохраняет исключения и условия.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Требование технического заказчика (промежуточный). Поля: предмет; основание; зона; срок; полномочие; требуемый результат. Доказательства: зарегистрированное требование.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Решение по предъявлению (конечный). Поля: предъявление; принято/возврат; замечания; исключения; подпись; дата; срок. Доказательства: подписанное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Маршрут проектного вопроса (промежуточный). Поля: вопрос; проектировщик; срок; статус; затронутые работы. Доказательства: квитанция передачи.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Договор и матрица полномочий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предъявлений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Опись комплектов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Канал официальной передачи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Устное требование.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Неполный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указана зона.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Неактуальная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подтверждения получения.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неполное предъявление.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замечание.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Принимать результат в полномочии.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требование как рабочую документацию.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Решение по внешнему предъявлению.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Требование в пределах полномочия.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Предъявления в срок. Формула: решения в срок / полные предъявления. Цель: не ниже 95%. Защита от неверного применения: Срок от подтвержденного полного пакета..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Возвраты из-за комплектности. Формула: возвраты / предъявления. Цель: снижение. Защита от неверного применения: Не снижать пропуском требований..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Требования с полномочием. Формула: требования с основанием / все требования. Цель: 100%. Защита от неверного применения: Устные требования не учитываются как решения..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Открытые замечания без владельца. Формула: количество. Цель: 0. Защита от неверного применения: У каждого замечания один ведущий владелец..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Входящие предъявления: Рассматривать зарегистрированные комплекты. Действия: открыть опись; вернуть; назначить осмотр.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Требования: Вести официальные требования. Действия: создать; отозвать; проверить исполнение.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Проектные вопросы: Контролировать разъяснения и РД. Действия: направить; получить ответ; связать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Осмотры и решения: Фиксировать внешний результат. Действия: принять; вернуть; добавить замечание.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Исключения и сроки: Не скрывать открытые условия. Действия: назначить владельца; эскалировать; закрыть доказательством.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Решение содержит подписанта, полномочие и точную область применимости.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Устное требование. Обнаружение: Нет зарегистрированного источника. Реакция: Не менять РД; зарегистрировать. Владелец: Технический заказчик.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Неполное предъявление. Обнаружение: Опись не сходится. Реакция: Вернуть с дефицитом.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Нет полномочия. Обнаружение: Роль подписанта не подтверждена. Реакция: Эскалировать уполномоченному лицу. Владелец: Технический заказчик.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Проектный вопрос без ответа. Обнаружение: Срок истек. Реакция: Эскалировать РП и проектировщику. Владелец: Технический заказчик.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Замечание закрыто без доказательства. Обнаружение: Нет повторного осмотра. Реакция: Переоткрыть. Владелец: Внешний контроль.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полномочия закреплены договором?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направляет официальный вызов?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сроки рассмотрения?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подтверждается получение?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решения подписывает технический заказчик?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25 · Генеральный проектировщик / ГИП → Технический заказчик: Передать проектное решение по запросу.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61 · Документный контролер ПТО → Технический заказчик: Направить официальный зарегистрированный комплект исполнительной документации.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118 · Внешний строительный контроль → Технический заказчик: Передать результат в заказной контур.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167 · Архивариус ПТО → Технический заказчик: Выдать подтвержденную копию по правам.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18 · Технический заказчик → Генеральный проектировщик / ГИП: Получить проектное решение по зарегистрированному вопросу.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19 · Технический заказчик → Авторский надзор: Направить заявку на авторский осмотр.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20 · Технический заказчик → Начальник ПТО: Вернуть решение или замечания по предъявлению.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21 · Технический заказчик → Руководитель проекта: Сообщить внешнее требование с влиянием.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3 · Интерфейс проектирования и авторского надзора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Выпускать и сопровождать действующие проектные основания, изменения, авторский надзор и цифровую координацию.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Действующая ревизия или проектное решение имеют область применения, автора, согласование, дату и список затронутых работ.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7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Проектировщик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Раздел, зона и право выпуска определяются назначением.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7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Главный инженер проекта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Координация инженерных решений и подпись по матрице документа.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7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Главный архитектор проекта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Архитектурная концепция и решения по подтвержденному назначению.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8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Авторский надзор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Наблюдения, замечания, ответы и закрытие записей авторского надзора.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9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ТИМ-координатор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Координация моделей, коллизий и версий цифровых оснований.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проектирования и авторского надзора — 4 передач</w:t>
              <w:br/>
              <w:t>Интерфейс технического заказчика — 2 передач</w:t>
              <w:br/>
              <w:t>Производственно-технический отдел — 2 передач</w:t>
              <w:br/>
              <w:t>Управление объектом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проектирования и авторского надзора — 4 передач</w:t>
              <w:br/>
              <w:t>Интерфейс технического заказчика — 1 передач</w:t>
              <w:br/>
              <w:t>Производственно-технический отдел — 5 передач</w:t>
              <w:br/>
              <w:t>Управление объектом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7 · Генеральный проектировщик / ГИП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Выпускать координированное проектное решение и действующую рабочую документацию, отделяя запрос, техническое решение и новую версию РД.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проектирования и авторского надзора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Проектировщик: Раздел, зона и право выпуска определяются назначением.</w:t>
              <w:br/>
              <w:t>Главный инженер проекта: Координация инженерных решений и подпись по матрице документа.</w:t>
              <w:br/>
              <w:t>Главный архитектор проекта: Архитектурная концепция и решения по подтвержденному назначению.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5; исходящих передач: 5;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Рассматривать запросы на разъяснение.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Координировать затронутые разделы.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Выпускать технические решения и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Фиксировать заменяемые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Определять область применимости и получателей.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подтверждает производственный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стоимость.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подменяет авторский надзор или ТИМ.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Запрос на разъяснение ← ПТО / технический заказчик. Поля: инициатор; РД; версия; лист; узел; работа; зона; вопрос; фактическое состояние; фото/замер; позиция ПТО; позиция технадзора при применимости; влияние; полномочие маршрута; срок. Приём: Вопрос локализован, содержит исходную версию и зарегистрированный маршрут; запрос ПТО не выдается за проектную коллизию или готовое решение. Возврат: Вернуть ПТО единым перечнем недостающих данных.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Карточка коллизии ← ТИМ-координатор. Поля: модель; версия; элементы; координаты; разделы; критичность; затронутые работы. Приём: Коллизия воспроизводима в указанной версии. Возврат: Вернуть при отсутствии координат или затронутых разделов.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Запись авторского надзора ← Авторский надзор. Поля: журнал; номер; дата; предмет; зона; РД; вывод; требуемое действие. Приём: Запись имеет автора и полномочие. Возврат: Вернуть при отсутствии связи с РД или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Запрос аналога / изменения ← Снабженец / РП / ПТО. Поля: материал/решение; проектное требование; причина; аналог; характеристики; влияние; срок. Приём: Проверены исходные характеристики и причина. Возврат: Вернуть коммерческое предложение без технического сопоставления.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исходную версию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Определить затронутые разделы.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междисциплинарные коллизии.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соответствие исходным требованиям.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Определить необходимость новой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Определить получателей и запрет старой версии.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Координирует разделы через ГИП.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Выпускает ведомость изменений.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новую версию РД и область действия.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Действующая версия РД (конечный). Поля: выпуск; версия; листы; зоны; изменения; заменяемая версия; автор; подписант. Доказательства: файлы РД; ведомость изменений.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Ответ на запрос (промежуточный). Поля: запрос; вывод; условия; затронутые разделы; следующий шаг. Доказательства: подписанный ответ.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Решение по аналогу (промежуточный). Поля: материал; требования; допустим/отказ; условия; версия. Доказательства: сравнительная ведомость.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Исходные требования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Координационная модель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Журнал авторского надзора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согласований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исходной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указана зона.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скоординированы разделы.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Критическая ТИМ-коллизия открыта.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 подписанта.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Получатели не определены.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запрос.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Выпускать РД в полномочии.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Запрещать старую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междисциплинарную проверку.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направлять РД напрямую в производство без регистрации и оценки влияния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Проектное решение и РД в полномочии ГИП.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Техническая допустимость аналога.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Запросы в срок. Формула: ответы в срок / полные запросы. Цель: не ниже 95%. Защита от неверного применения: Срок от полного запроса..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Выпуски без возврата. Формула: принятые / выпуски. Цель: не ниже 95%. Защита от неверного применения: Возврат из-за нового требования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Работы по старой версии. Формула: подтвержденные случаи. Цель: 0. Защита от неверного применения: Проверяется через ознакомление..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Критические коллизии перед выпуском. Формула: открытые. Цель: 0. Защита от неверного применения: Критичность определяет ТИМ/ГИП..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Запросы: Рассматривать вопросы с площадки. Действия: принять; вернуть; назначить раздел.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РД и версии: Управлять выпусками. Действия: создать выпуск; сравнить; отозвать.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Координация разделов: Собирать решения ГИП. Действия: назначить согласующего; проверить коллизию; зафиксировать.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Изменения: Фиксировать область и последствия. Действия: сопоставить листы; назначить получателей; выпустить.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Аналоги: Рассматривать технические замены. Действия: сравнить; согласовать; отказать.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Новый выпуск зарегистрирован, старая версия запрещена, получатели подтвердили ознакомление.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Запрос без зоны. Обнаружение: Нет привязки. Реакция: Вернуть.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Несогласованный раздел. Обнаружение: Нет решения владельца. Реакция: Сохранить выпуск в проверке. Владелец: ГИП.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Критическая коллизия. Обнаружение: Открыта карточка ТИМ. Реакция: Не выпускать в производство. Владелец: ТИМ.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Старая версия доступна как действующая. Обнаружение: Два активных выпуска. Реакция: Заблокировать старую.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Прямой выпуск прорабу. Обнаружение: Нет регистрации ПТО. Реакция: Не разрешать работу. Владелец: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подписывает разделы и сводный выпуск?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Каков срок ответа на запрос?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Какая матрица рассылки?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утверждаются аналоги?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фиксируется ознакомление?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17 · Технический директор → Генеральный проектировщик / ГИП: Запросить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18 · Технический заказчик → Генеральный проектировщик / ГИП: Получить проектное решение по зарегистрированному вопросу.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28 · Авторский надзор → Генеральный проектировщик / ГИП: Получить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30 · ТИМ-координатор → Генеральный проектировщик / ГИП: Получить проектное решение по коллизии.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65 · Инженер ПТО по направлению → Генеральный проектировщик / ГИП: Открыть проектный вопрос по разделу.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22 · Генеральный проектировщик / ГИП → Документный контролер ПТО: Передать новый выпуск РД в документный маршрут ПТО генподрядчика.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23 · Генеральный проектировщик / ГИП → Инженер ПТО по направлению: Оценить влияние новой РД на работы и документы.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24 · Генеральный проектировщик / ГИП → ТИМ-координатор: Обновить координационную модель и проверить коллизии.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25 · Генеральный проектировщик / ГИП → Технический заказчик: Передать проектное решение по запросу.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26 · Генеральный проектировщик / ГИП → Авторский надзор: Передать ответ на запись авторского надзора.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8 · Авторский надзор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Фиксировать авторскую позицию по наблюдаемому факту и требуемый проектный маршрут, не выпуская РД и не подменяя строительный контроль.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проектирования и авторского надзора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Авторский надзор: Наблюдения, замечания, ответы и закрытие записей авторского надзора.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3;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Проводить авторские осмотры.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Фиксировать записи журнала.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Локализовать отклонение.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Назначать требуемое проектное действие.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Проверять закрытие собственной записи.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выпускает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за строительный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закрывает запись без доказательства.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Заявка на авторский осмотр ← ПТО / технический заказчик. Поля: работа; зона; РД; версия; факт; фото; вопрос; срок. Приём: Есть доступ и точная область осмотра. Возврат: Вернуть при отсутствии факта или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Фактическое отклонение ← Прораб / ПТО. Поля: работа; зона; проект; факт; измерение; фото; влияние. Приём: Факт подтвержден источником, но не выдан как решение. Возврат: Запросить измерение или дополнительное доказательство.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Ответ проектировщика ← Проектировщик / ГИП. Поля: запись журнала; решение; РД; версия; область; условия; подписант. Приём: Ответ закрывает предмет записи. Возврат: Вернуть проектировщику при неполной области.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Пакет закрытия замечания ← ПТО. Поля: исходная запись; действующая РД; выполненное действие; фото/измерение; дата; подписанты. Приём: Доказательство относится к исходной зоне. Возврат: Вернуть на доработку.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полномочие автора.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версию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фактическое отклонение.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Определить необходимость проектного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область и срок действия.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закрытие исходного требования.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запись журнала авторского надзора.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маршрут проектировщику.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Создает запись закрытия.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Сохраняет историю версий записи.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Запись журнала авторского надзора (конечный). Поля: номер; дата; автор; полномочие; зона; РД; факт; вывод; действие; срок. Доказательства: подписанная запись; приложения.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Маршрут проектного решения (промежуточный). Поля: запись; затронутые разделы; получатель; срок; запрет. Доказательства: карточка маршрута.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Запись закрытия (промежуточный). Поля: исходная запись; доказательства; результат проверки; дата; подписант. Доказательства: фото/измерения/РД.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Журнал авторского надзора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График осмотров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Полномочия авторов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Доказательства с площадки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версии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Факт не доказан.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Требуется новая РД, но не выпущена.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Закрытие не относится к исходной записи.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Фиксировать авторскую позицию.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проектный маршрут.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закрытие.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Сохранять замечание открытым.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запись журнала как новую РД.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Авторская запись и ее закрытие в полномочии.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Записи без зоны/версии. Формула: количество. Цель: 0. Защита от неверного применения: Обязательные реквизиты..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Просроченные проектные маршруты. Формула: количество. Цель: 0. Защита от неверного применения: Срок по объектному регламенту..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Средний срок закрытия. Формула: дни от записи до закрытия. Цель: по регламенту. Защита от неверного применения: Не стимулировать необоснованное закрытие..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Повторные возвраты закрытия. Формула: возвраты / пакеты. Цель: снижение. Защита от неверного применения: Причина фиксируется..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План осмотров: Видеть назначенные зоны. Действия: подтвердить; перенести; открыть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Новые факты: Рассматривать отклонения. Действия: проверить; запросить измерение; создать запись.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Журнал: Вести записи и версии. Действия: подписать; направить; открыть историю.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Проектные маршруты: Контролировать ответы. Действия: направить; напомнить; связать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Закрытие замечаний: Проверять доказательства. Действия: принять; вернуть; закрыть.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Запись или ее закрытие зарегистрированы и связаны с точной версией РД и зоной.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Запись без полномочия. Обнаружение: Нет назначения автора. Реакция: Не регистрировать как решение.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Запись трактуется как РД. Обнаружение: Работу выпускают без проектировщика. Реакция: Сохранить стоп.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Нет доказательства факта. Обнаружение: Только устное сообщение. Реакция: Запросить осмотр. Владелец: Авторский надзор.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Закрытие не той зоны. Обнаружение: Зоны не совпадают. Реакция: Вернуть. Владелец: Авторский надзор.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Ответ проектировщика не зарегистрирован. Обнаружение: Нет версии в реестре. Реакция: Не снимать стоп. Владелец: Документный контролер.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назначен авторским надзором?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Каков срок ответа?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направляет официальный журнал?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Какие записи требуют новой РД?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подтверждается закрытие?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19 · Технический заказчик → Авторский надзор: Направить заявку на авторский осмотр.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26 · Генеральный проектировщик / ГИП → Авторский надзор: Передать ответ на запись авторского надзора.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164 · Архивариус ПТО → Авторский надзор: Передать по реестру пакет закрытия записи авторского надзора.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27 · Авторский надзор → Документный контролер ПТО: Зарегистрировать запись журнала.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28 · Авторский надзор → Генеральный проектировщик / ГИП: Получить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29 · Авторский надзор → Инженер ПТО по направлению: Передать авторскую позицию и условия.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9 · ТИМ-координатор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Координировать версии информационной модели и выявлять коллизии как отдельные объекты решения, не превращая модель в неподтвержденную РД.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проектирования и авторского надзора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ТИМ-координатор: Координация моделей, коллизий и версий цифровых оснований.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реестр моделей.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координаты и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Выявлять коллизии.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Назначать владельцев разделов.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Контролировать закрытие на новой версии.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выпускает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редактирует авторскую модель без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снимает производственный стоп без новой версии решения.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Координационный выпуск модели ← Проектировщик. Поля: модель; версия; раздел; координаты; дата; автор; область. Приём: Версия и система координат определены. Возврат: Вернуть при отсутствии реквизитов.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Запрос проверки зоны ← ПТО. Поля: работа; зона; РД; версия; разделы; критические элементы; срок. Приём: Зона и критерий проверки определены. Возврат: Вернуть общий запрос без элементов.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Фактическое отклонение ← Прораб / геодезист. Поля: зона; элемент; координаты; проект; факт; измерение; фото. Приём: Факт связан с моделью и РД. Возврат: Запросить точное измерение.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Проектное решение ← Проектировщик / ГИП. Поля: коллизия; решение; модель/РД; версия; затронутые элементы; дата. Приём: Решение закрывает исходную коллизию. Возврат: Вернуть при отсутствии новой версии.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версию модели.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координатную систему.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Сопоставить модель и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Классифицировать коллизию.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Определить затронутые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закрытие на новой версии.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карточку коллизии.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координационный отчет.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Маршрутизирует владельцам разделов.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Фиксирует доказательство закрытия.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Карточка коллизии (конечный). Поля: элементы; координаты; версии; критичность; работы; владельцы; срок; маршрут. Доказательства: снимок модели; отчет.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Координационный отчет (промежуточный). Поля: модели; версии; проверки; коллизии; исключения. Доказательства: файл отчета.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Подтверждение закрытия (промежуточный). Поля: коллизия; новая версия; проверка; дата; автор. Доказательства: снимок новой модели.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моделей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Система координат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Классификатор коллизий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разделов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Модель без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координат.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 владелец.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Критическая коллизия открыта.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новой версии для закрытия.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Модель и РД расходятся.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Открывать коллизию.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новую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модель.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Ставить доказательную блокировку координации.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закрытие коллизии выпуском РД.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Координационный статус модели.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Закрытие коллизии на новой версии.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Открытые критические коллизии. Формула: количество. Цель: 0 перед выпуском. Защита от неверного применения: Критичность подтверждается..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Срок закрытия. Формула: дни. Цель: по графику выпуска. Защита от неверного применения: Отсчет от полного пакета..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Модели без версии/координат. Формула: количество. Цель: 0. Защита от неверного применения: Нельзя учитывать как действующие..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Повторно открытые коллизии. Формула: повторные / закрытые. Цель: снижение. Защита от неверного применения: Закрытие только на новой версии..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Модели и версии: Вести выпуски. Действия: загрузить; сравнить;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Коллизии: Классифицировать и назначать. Действия: открыть; назначить;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Координаты: Проверять основу. Действия: сопоставить; зафиксировать расхождение; подтвердить.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Решения: Связывать проектные ответы. Действия: открыть РД; связать версию; проверить.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Затронутые работы: Передавать блокировки ПТО. Действия: выбрать работу; создать передачу; снять после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Коллизия закрыта проверкой новой версии; связанное проектное решение зарегистрировано отдельно.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Модель без координат. Обнаружение: Нет системы координат. Реакция: Вернуть. Владелец: ТИМ.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Коллизия без владельца. Обнаружение: Нет раздела-ответственного. Реакция: Назначить через ГИП. Владелец: ГИП.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Закрытие без новой версии. Обнаружение: Версия прежняя. Реакция: Вернуть. Владелец: ТИМ.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Модель трактуется как РД. Обнаружение: Работа выпускается только по модели. Реакция: Сохранить стоп.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Расхождение модели и РД. Обнаружение: Версии не согласованы. Реакция: Открыть проектный вопрос. Владелец: Проектировщик.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форматы моделей?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Какая система координат?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владеет разделами?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классифицируется критичность?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модель связана с реестром РД?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24 · Генеральный проектировщик / ГИП → ТИМ-координатор: Обновить координационную модель и проверить коллизии.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30 · ТИМ-координатор → Генеральный проектировщик / ГИП: Получить проектное решение по коллизии.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31 · ТИМ-координатор → Инженер ПТО по направлению: Заблокировать или скорректировать затронутые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32 · ТИМ-координатор → Руководитель проекта: Эскалировать критическую коллизию.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4 · Производственно-технический отдел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Обеспечивать производство действующими основаниями, сопровождать этапы работ и собирать доказанный технический результат.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Каждая работа проходит стадии до начала, во время выполнения и после выполнения; комплектность определяется объектной матрицей.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ПТО открывается как один кабинет. Если сотрудник ПТО один, администратор назначает ему все необходимые профили и полномочие начальника ПТО, поэтому он видит общую очередь без отдельных карточек отдела. При появлении второго сотрудника начальником ПТО становится тот, кого явно назначил администратор; он распределяет записи, направления и очереди между профилями без копирования данных. Совмещение профилей не отменяет авторство, запрет самоприемки и необходимость внешнего подтверждения.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10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Начальник ПТО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Распределение владельцев, внутренняя приемка и выпуск результата отдела.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11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Инженер подготовки производства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ППР, технологические карты, допуск и готовность фронта.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40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Инженер ПТО по направлению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РД, технические проверки, факт и сопровождение направления.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12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Инженер по объемам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Накопительный план-факт, измерения и техническая готовность объема.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13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Инженер исполнительной документации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Матрица документов, акты, приложения и комплектность.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43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Техник ПТО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Черновики, описи, первичная комплектность и регистрация приложений.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14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Документный контролер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Ревизии, регистрация входящих и исходящих документов.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37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Архивариус ПТО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Передача по реестру, хранение и неизменяемый архивный снимок.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Внутренний строительный контроль — 2 передач</w:t>
              <w:br/>
              <w:t>Геодезическая служба — 3 передач</w:t>
              <w:br/>
              <w:t>Договорный и правовой контур — 1 передач</w:t>
              <w:br/>
              <w:t>ИТР / Комплекс производителя работ — 7 передач</w:t>
              <w:br/>
              <w:t>Интерфейс проектирования и авторского надзора — 5 передач</w:t>
              <w:br/>
              <w:t>Интерфейс строительного контроля заказчика — 1 передач</w:t>
              <w:br/>
              <w:t>Интерфейс технического заказчика — 1 передач</w:t>
              <w:br/>
              <w:t>Персонал, допуски, ОТ и ТБ — 1 передач</w:t>
              <w:br/>
              <w:t>Производственно-технический отдел — 17 передач</w:t>
              <w:br/>
              <w:t>Сдача, передача и гарантия — 6 передач</w:t>
              <w:br/>
              <w:t>Сметный отдел — 1 передач</w:t>
              <w:br/>
              <w:t>Снабжение, склад и ресурсы — 3 передач</w:t>
              <w:br/>
              <w:t>Строительная лаборатория — 2 передач</w:t>
              <w:br/>
              <w:t>Управление объектом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7 передач</w:t>
              <w:br/>
              <w:t>Интерфейс проектирования и авторского надзора — 2 передач</w:t>
              <w:br/>
              <w:t>Интерфейс строительного контроля заказчика — 1 передач</w:t>
              <w:br/>
              <w:t>Интерфейс технического заказчика — 2 передач</w:t>
              <w:br/>
              <w:t>Персонал, допуски, ОТ и ТБ — 1 передач</w:t>
              <w:br/>
              <w:t>Производственно-технический отдел — 17 передач</w:t>
              <w:br/>
              <w:t>Сдача, передача и гарантия — 2 передач</w:t>
              <w:br/>
              <w:t>Сметный отдел — 2 передач</w:t>
              <w:br/>
              <w:t>Снабжение, склад и ресурсы — 2 передач</w:t>
              <w:br/>
              <w:t>Управление объектом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10 · Начальник ПТО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Управлять внутренними результатами ПТО, принимать их комплектность, назначать владельцев и эскалировать разрывы, не подменяя внешние решения.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Начальник ПТО: Распределение владельцев, внутренняя приемка и выпуск результата отдела.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10; исходящих передач: 5;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Распределять работу внутри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Принимать внутреннюю комплектность.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Управлять версиями и разрывами.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Контролировать выпуск РД и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Формировать техническое основание КС.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стоимость.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подписывает за внешнего получателя.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Очередь результатов ПТО ← Инженеры ПТО. Поля: результат; работа; зона; статус; дефицит; владелец; срок; доказательства. Приём: Результат имеет автора и критерий приемки. Возврат: Вернуть конкретному внутреннему владельцу.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Изменение РД ← Документный контролер / инженер по направлению. Поля: выпуск; версия; затронутые работы; ППР; объемы; ИД; риски. Приём: Влияние оценено по всем контурам. Возврат: Вернуть инженеру по направлению на оценку.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Возврат внешнего пакета ← Технический заказчик / контроль. Поля: пакет; позиции; замечания; критерии; срок; подписант. Приём: Каждое замечание связано с позицией. Возврат: Запросить конкретизацию общего возврата.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Эскалация ПТО ← Внутренняя роль ПТО. Поля: разрыв; основание; работы; зоны; влияние; варианты; срок. Приём: Внутренний исполнитель исчерпал полномочие. Возврат: Вернуть при отсутствии вариантов или доказательств.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владельца результата.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комплектность.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актуальность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независимые подтверждения.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внешний маршрут.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основание КС и исключения.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Назначает внутреннего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Принимает или возвращает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свод блокировок.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Собирает техническое основание КС.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Внутренне принятый результат ПТО (конечный). Поля: результат; работа; зона; версия; комплектность; исключения; принимающий. Доказательства: карточка результата.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Свод технических блокировок (промежуточный). Поля: разрыв; работы; влияние; владелец; срок; маршрут. Доказательства: первичные пакеты.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Техническое основание КС (промежуточный). Поля: принятый объем; ИД; внешняя приемка; исключения; период. Доказательства: реестры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Назначения внутри ПТО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результатов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версий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передач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Основание КС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Конфликт версий.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независимого подтверждения.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Неполный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Самосогласование.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внешнего маршрута.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Назначать владельцев.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Принимать внутреннюю комплектность.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блокировку.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принимать собственный результат при совмещении без независимой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Внутренняя комплектность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Техническая готовность пакета к следующему маршруту.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Принятие с первой подачи. Формула: принятые / поступившие. Цель: не ниже 90%. Защита от неверного применения: Возврат по новой версии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Просроченные результаты ПТО. Формула: количество. Цель: 0 критических. Защита от неверного применения: Срок после полного входа..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Срок снятия блокировок. Формула: среднее время. Цель: по критическому пути. Защита от неверного применения: Не снимать без доказательства..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Объем и стоимость под стопом. Формула: сумма/объем. Цель: снижение. Защита от неверного применения: Сохранять истинный стоп..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Сегодня ПТО: Видеть приоритеты и стопы. Действия: назначить; вернуть;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Нагрузка: Распределять роли сотрудников. Действия: назначить роль; перенести; проверить конфликт.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РД и изменения: Контролировать влияние. Действия: открыть выпуск; назначить оценку; заблокировать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Результаты отдела: Принимать внутренние пакеты. Действия: проверить; принять;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Основание КС: Собирать независимые статусы. Действия: проверить объем; проверить ИД; передать.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Эскалации: Передавать разрывы РП. Действия: собрать пакет; направить; контролировать.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Внутренне принятый результат имеет автора, независимые подтверждения и точного следующего получателя.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без владельца. Обнаружение: Нет назначения. Реакция: Назначить или вернуть. Владелец: Начальник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Самосогласование. Обнаружение: Автор и принимающий совпадают. Реакция: Назначить независимого проверяющего. Владелец: Начальник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Конфликт версии. Обнаружение: Основания разных редакций. Реакция: Заблокировать.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Наружу уходит неполный пакет. Обнаружение: Опись не сходится. Реакция: Отозвать передачу. Владелец: Начальник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Основание КС без принятого объема. Обнаружение: Статус объема не принят. Реакция: Сохранить стоп. Владелец: Инженер объемов.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внутренние роли совмещаются?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принимает результаты начальника ПТО?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лимиты эскалации?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определяется комплектность?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подписывает внешние пакеты?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12 · Руководитель проекта → Начальник ПТО: Назначить устранение технического разрыва.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20 · Технический заказчик → Начальник ПТО: Вернуть решение или замечания по предъявлению.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48 · Инженер по объемам ПТО → Начальник ПТО: Передать накопительный результат и спорные дельты.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52 · Инженер исполнительной документации ПТО → Начальник ПТО: Принять внутреннюю комплектность исполнительного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66 · Инженер ПТО по направлению → Начальник ПТО: Эскалировать блокировку раздела.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84 · Начальник участка → Начальник ПТО: Передать фактический разрыв производства для технического маршрута.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159 · Руководитель ввода / сдачи → Начальник ПТО: Устранить документальный или технический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166 · Архивариус ПТО → Начальник ПТО: Предоставить подтвержденную копию исполнительного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168 · Гарантийный менеджер → Начальник ПТО: Организовать техническое обследование.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172 · Представитель заказчика по приемке → Начальник ПТО: Вернуть техническое решение и замечания.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33 · Начальник ПТО → Документный контролер ПТО: Зарегистрировать и направить принятый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34 · Начальник ПТО → Начальник участка: Передать начальнику участка технические блокировки и ограничения производства.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35 · Начальник ПТО → Руководитель проекта: Эскалировать техническую блокировку.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36 · Начальник ПТО → Сметчик: Передать технически подтвержденный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37 · Начальник ПТО → Руководитель ввода / сдачи: Передать готовность исполнительного контура.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11 · Инженер подготовки производства ПТО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Собирать полный разрешенный пакет производства до выхода на фронт: РД, технология, подрядчик, люди, ресурсы, контроль и условия площадки.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подготовки производства: ППР, технологические карты, допуск и готовность фронта.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6; результатов: 4; входящих передач: 4; исходящих передач: 7;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Готовить и до передачи техническому директору проверять ППР и технологические карты.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Передавать прорабу направления только вопросы, требующие знания конкретной технологии производства.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Проверять допуск 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Формировать и проверять потребность ресурсов по графику производства работ и договорным основаниям.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Фиксировать готовность фронта.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Собирать независимые проверки и ознакомление.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собственный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заменяет инженера ПТО по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выпускает фронт без подтвержденных ресурсов.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Действующая РД ← Документный контролер / инженер по направлению. Поля: выпуск; версия; работа; зона; ограничения; изменения; дата. Приём: Версия зарегистрирована и применима. Возврат: Вернуть при неопределенной зоне.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Пакет подрядчика ← Субподрядчик. Поля: организация; договор; работы; ответственные; приказы; полномочия; люди; допуски; журналы. Приём: Состав соответствует объектной матрице допуска. Возврат: Вернуть перечень недостающих позиций.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Паспорт фронта ← Руководитель строительства / прораб. Поля: границы; состояние; предшественники; дефекты; доступ; фото; акт передачи. Приём: Состояние зафиксировано обеими сторонами. Возврат: Вернуть при общей формулировке «готово».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График производства работ и договорные основания ← Планирование / договоры. Поля: договор; версия; график производства работ; работы; зоны; последовательность; сроки; движение рабочей силы; движение техники; движение материалов; приложение со стоимостью. Приём: График и приложения утверждены при подписании договора либо изменены зарегистрированным основанием. Возврат: Вернуть при отсутствии связи работы, срока, ресурса и договорной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Ресурсные подтверждения ← Снабжение / склад / персонал / механик. Поля: материал; партия; люди; квалификация; техника; оператор; даты; ограничения. Приём: Каждый ресурс подтвержден профильным владельцем. Возврат: Вернуть неподтвержденный ресурс.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План контроля ← Качество / геодезия / лаборатория / ОТ. Поля: этапы; критерии; точки; методы; доказательства; участники; сроки. Приём: Все скрываемые и ответственные операции покрыты. Возврат: Вернуть неполный план.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РД и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технологию и полноту ППР до технического директора.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Передать прорабу направления вопросы технологии, которые требуют производственной специализации, и сохранить его авторскую позицию.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договор, график производства работ и приложение со стоимостью.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подрядчика и ответственных.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людей и допуски.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Проверить фронт и предшественников.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8. Проверить материалы, технику, геодезию, лабораторию и контрольные точки по срокам графика.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9. Проверить ознакомление исполнителей.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ППР/технологическую карту и лист проверки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Собирает профильные ответы прораба направления без передачи ему общей проверки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Преобразует график производства работ в адресные потребности людей, материалов, техники, оснастки, геодезии и лаборатории.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паспорт готовности фронта.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Формирует предложение о выпуске пакета.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ППР / технологическая карта (промежуточный). Поля: работа; зона; РД; последовательность; ресурсы; опасности; контрольные точки; версия; лист проверки ПТО; профильные ответы прораба при применимости. Доказательства: файл ППР; лист проверки ПТО; применимые профильные заключения.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План ресурсных потребностей (промежуточный). Поля: договор; график; работа; зона; срок; люди; материалы; техника; оснастка; геодезия; лаборатория; расчет; стоимостное основание. Доказательства: утвержденный график производства работ; договор; приложение со стоимостью; расчеты потребности.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Паспорт готовности фронта (промежуточный). Поля: границы; состояние; предшественники; ресурсы; дефекты; ограничения; подписи. Доказательства: акт и фото.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Разрешенный пакет производства (конечный). Поля: работа; зона; РД; ППР; допуски; ресурсы; контроль; срок; запреты. Доказательства: утвержденные основания; ознакомление.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Библиотека ППР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График производства работ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 и приложение со стоимостью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допуска подрядчика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Паспорт фронта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Ресурсные подтверждения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Планы контроля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актуальной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утвержден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Подрядчик не допущен.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Фронт не готов.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людей/материала/техники.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контрольной точки.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Исполнители не ознакомлены.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пакет 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ресурсы.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Блокировать выпуск.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Готовить ППР и пакет.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объединять акт передачи площадки с паспортом конкретного фронта.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Внутренняя готовность пакета к утверждению.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Предложение о выпуске фронта.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Готовность горизонта 3–6 недель. Формула: готовые пакеты / плановые работы. Цель: не ниже 90%. Защита от неверного применения: Готовность только при всех независимых статусах..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ППР без возврата. Формула: принятые с первой подачи / ППР. Цель: рост. Защита от неверного применения: Не снижать проверку..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Полнота допуска. Формула: полные пакеты подрядчиков / активные. Цель: 100%. Защита от неверного применения: Неприменимые позиции имеют основание..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Фронты готовые к сроку. Формула: готовые / запланированные. Цель: не ниже 95%. Защита от неверного применения: Состояние фиксируется паспортом..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Горизонт подготовки: Видеть работы на 3–6 недель. Действия: открыть работу; назначить дефицит; изменить приоритет.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ППР и карты: Готовить и проверять технологию. Действия: создать; направить на проверку; выпустить.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Допуск подрядчика: Проверять организацию и людей. Действия: проверить позицию; вернуть; принять.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Готовность фронта: Фиксировать состояние площадки. Действия: сравнить фото; добавить дефект; подписать паспорт.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Ресурсы: Собирать подтверждения. Действия: запросить; принять;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Выпуск в производство: Разрешать только полный пакет. Действия: проверить матрицу; выпустить; отозвать.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Разрешенный пакет содержит актуальные версии, подтвержденные ресурсы, паспорт фронта, контрольные точки и ознакомление.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ППР по старой РД. Обнаружение: Версия заменена. Реакция: Отозвать пакет. Владелец: Инженер подготовки.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Фронт передан без состояния. Обнаружение: Нет паспорта и фото. Реакция: Не выпускать. Владелец: Руководитель строительства.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Подрядчик без назначения. Обнаружение: Нет приказа. Реакция: Вернуть. Владелец: Подрядчик.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Ресурс заявлен, но не подтвержден. Обнаружение: Нет статуса владельца. Реакция: Сохранить стоп. Владелец: Профильная 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Скрытая операция без контрольной точки. Обнаружение: Матрица не содержит проверки. Реакция: Дополнить ППР. Владелец: Качество.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Каков объектный пакет допуска?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утверждает виды ППР?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фиксируется передача фронта?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Какой горизонт подготовки?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ведет библиотеку ППР?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15 · Технический директор → Инженер подготовки производства ПТО: Вернуть утвержденный либо доработочный статус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89 · Старший прораб → Инженер подготовки производства ПТО: Вернуть изменение фактической готовности фронта.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93 · Прораб генподрядчика по направлению → Инженер подготовки производства ПТО: Передать потребность в ресурсах и независимых проверках из графика производства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130 · Инженер по охране труда и технике безопасности → Инженер подготовки производства ПТО: Вернуть технологический пакет на доработку безопасности.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38 · Инженер подготовки производства ПТО → Прораб генподрядчика по направлению: Получить профильное заключение по вопросам технологии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39 · Инженер подготовки производства ПТО → Технический директор: Передать проверенный ПТО ППР или технологическую карту на утверждение.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40 · Инженер подготовки производства ПТО → Инженер по охране труда и технике безопасности: Проверить безопасный метод и допуск.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41 · Инженер подготовки производства ПТО → Снабженец / закупщик: Передать подтвержденную потребность в материале из графика производства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42 · Инженер подготовки производства ПТО → Механик / ответственный за технику: Передать заявку на технику, инструмент и оснастку из графика производства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43 · Инженер подготовки производства ПТО → Начальник участка: Передать разрешенный пакет производства начальнику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44 · Инженер подготовки производства ПТО → Инженер ПТО по направлению: Передать действующие основания и матрицу контроля.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40 · Инженер ПТО по направлению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Вести техническую непрерывность конкретного раздела от действующей РД через производственный факт и контрольные точки до доказательств для объемов и исполнительной документации.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ПТО по направлению: РД, технические проверки, факт и сопровождение направления.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3; входящих передач: 12; исходящих передач: 5;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РД и изменения по разделу.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Оценивать влияние новых версий.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Сопровождать производственный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Управлять контрольными точками.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Передавать доказательства инженеру объемов и инженеру ИД.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готовит общий допуск подрядчика вместо инженера подготовки.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измеряет вместо геодезиста.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комплектует финальный том вместо инженера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открывает следующую технологическую операцию вручную.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Зарегистрированный выпуск РД ← Документный контролер. Поля: раздел; выпуск; версия; листы; зоны; изменения; дата; получатели. Приём: Версия однозначна. Возврат: Вернуть при неопределенной области.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Разрешенный пакет производства ← Инженер подготовки ПТО. Поля: работа; зона; РД; ППР; этапы; контрольные точки; ИД; срок. Приём: Пакет разрешен и действует. Возврат: Вернуть при конфликте оснований.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Ежедневный производственный факт ← Прораб / субподрядчик. Поля: работа; этап; зона; операция; объем; люди; техника; материалы; фото; отклонение. Приём: Факт относится к разрешенной работе. Возврат: Вернуть прорабу при отсутствии этапа или доказательств.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Результаты контроля ← Качество / геодезия / лаборатория. Поля: контрольная точка; решение; измерение; протокол; зона; критерий; дефект; подписант. Приём: Каждый результат выдан профильным владельцем. Возврат: Вернуть владельцу при неполной области.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Запись авторского надзора / коллизия ← Авторский надзор / ТИМ. Поля: событие; РД; версия; зона; вывод; влияние; маршрут; срок. Приём: Событие зарегистрировано. Возврат: Открыть проектный маршрут или вернуть при отсутствии факта.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действующую РД по разделу.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Сопоставить изменение с работами 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факт по этапу и зоне.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прохождение контрольной точки.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связь материалов и партий.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Разделить заявленный и принятый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Определить доказательства для объемов и ИД.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карту влияния изменения.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Ведет журнал этапов раздела.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пакет доказательств принятого этапа.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Открывает вопрос или технический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Регистрирует собственную проверку комплектности; итоговый статус следующей операции вычисляет система.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Карта раздела и действующих оснований (промежуточный). Поля: раздел; работы; зоны; РД; ППР; версии; статусы; запреты. Доказательства: реестр РД и пакетов.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Принятый технологический этап раздела (конечный). Поля: работа; этап; зона; факт; контроль; геодезия; лаборатория; материалы; решение. Доказательства: доказательства профильных ролей.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Пакет доказательств раздела (промежуточный). Поля: этап; принятый объем; акты; схемы; протоколы; качество; дефицит. Доказательства: реестр связей.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РД раздела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Разрешенные пакеты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Производственный факт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Контрольные точки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ИД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Устаревшая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Изменение не оценено.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Факт вне разрешенной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Контрольная точка не пройдена.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Отрицательное измерение/испытание.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Материал без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Следующая операция скроет результат.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производственный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Открывать проектный вопрос.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Ставить технический стоп по разрыву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доказанный этап дальше.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Регистрировать собственную проверку комплектности по направлению.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объединять роль с инженером подготовки без отдельного назначения и сохранения двух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собственную проверку за системное разрешение следующей операции.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Техническая комплектность доказательств раздела.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Готовность пакета к передаче объемам и ИД.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Работы на действующей версии. Формула: работы с актуальным основанием / активные. Цель: 100%. Защита от неверного применения: Ознакомление подтверждено..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Факты без этапа/зоны. Формула: количество. Цель: 0. Защита от неверного применения: Нельзя принимать в реестр..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Контрольные точки до скрытия. Формула: своевременные / применимые. Цель: 100%. Защита от неверного применения: Следующая операция заблокирована..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Пакеты без возврата объемов/ИД. Формула: принятые / переданные. Цель: не ниже 95%. Защита от неверного применения: Возврат классифицируется..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Мой раздел: Видеть работы, зоны и основания. Действия: открыть работу; сравнить версии; поставить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Изменения РД: Оценивать влияние. Действия: открыть выпуск; связать работы; назначить действия.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Производственный факт: Проверять ежедневные записи. Действия: принять полноту; вернуть; открыть отклонение.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Контрольные точки: Маршрутизировать проверки и видеть вычисляемое разрешение. Действия: создать заявку; зарегистрировать проверку ПТО; открыть состав системного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Доказательства раздела: Собирать связи для объемов и ИД. Действия: проверить; передать объемам; передать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Вопросы и стопы: Управлять разрывами. Действия: открыть RFI; эскалировать; закрыть доказательством.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Принятый этап связан с РД, ППР, фактом, независимыми проверками, материалами и двумя точными передачами: объемы и ИД.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Новая РД не спущена в работы. Обнаружение: Версия изменилась. Реакция: Заблокировать затронутые работы. Владелец: Инженер по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Факт вне зоны. Обнаружение: Пакет и факт не совпадают. Реакция: Вернуть прорабу. Владелец: Инженер по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Контрольная точка пропущена. Обнаружение: Следующая операция начата. Реакция: Остановить и эскалировать. Владелец: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Материал без партии. Обнаружение: Нет связи склада. Реакция: Не закрывать этап. Владелец: Склад/МОЛ.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Пакет объемов и ИД расходится. Обнаружение: Разные зоны/этапы. Реакция: Вернуть оба пакета на сверку. Владелец: Начальник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направления выделяются отдельно?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назначает инженера?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журналы он ведет?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Какие контрольные точки маршрутизирует?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принимает его конечный результат?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23 · Генеральный проектировщик / ГИП → Инженер ПТО по направлению: Оценить влияние новой РД на работы и документы.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29 · Авторский надзор → Инженер ПТО по направлению: Передать авторскую позицию и условия.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31 · ТИМ-координатор → Инженер ПТО по направлению: Заблокировать или скорректировать затронутые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44 · Инженер подготовки производства ПТО → Инженер ПТО по направлению: Передать действующие основания и матрицу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57 · Техник ПТО → Инженер ПТО по направлению: Передать черновик технической записи по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59 · Документный контролер ПТО → Инженер ПТО по направлению: Передать зарегистрированную РД и изменение.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72 · Снабженец / закупщик → Инженер ПТО по направлению: Проверить соответствие поставки техническому основанию.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77 · Кладовщик → Инженер ПТО по направлению: Передать сведения о фактической партии, первичных и качественных документах.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94 · Прораб генподрядчика по направлению → Инженер ПТО по направлению: Передать ежедневный производственный факт инженеру ПТО по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115 · Внутренний строительный контроль → Инженер ПТО по направлению: Сообщить отклонение, требующее проектного/технологического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122 · Геодезист → Инженер ПТО по направлению: Открыть проектный маршрут по отклонению.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126 · Строительная лаборатория → Инженер ПТО по направлению: Открыть технический маршрут по отрицательному результату.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62 · Инженер ПТО по направлению → Инженер по объемам ПТО: Передать доказательства состояния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63 · Инженер ПТО по направлению → Инженер исполнительной документации ПТО: Передать доказательства для исполнительного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64 · Инженер ПТО по направлению → Прораб генподрядчика по направлению: Передать зарегистрированный технический результат или стоп для вычисляемого разрешения.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65 · Инженер ПТО по направлению → Генеральный проектировщик / ГИП: Открыть проектный вопрос по разделу.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66 · Инженер ПТО по направлению → Начальник ПТО: Эскалировать блокировку раздела.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12 · Инженер по объемам ПТО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Вести раздельные состояния объемов и формировать доказанный накопительный результат без подмены измерения, приемки, сметного расчета или договора.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по объемам: Накопительный план-факт, измерения и техническая готовность объема.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3; входящих передач: 6;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ВОР и накопительную ведомость.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Разделять состояния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Связывать объем с источником.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Выявлять двойной счет и повторные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Передавать принятый объем сметчику.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измеряет вместо геодезиста.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стоимость.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включает объем в КС без оснований.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Базовый ВОР ← Проектирование / смета. Поля: работа; наименование; зона; единица; проектный объем; РД; версия; источник. Приём: Каждая позиция прослеживается до основания. Возврат: Вернуть позиции без источника.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Заявленный производственный факт ← Прораб / субподрядчик. Поля: работа; зона; объем; единица; дата; исполнитель; фото; материал. Приём: Факт не выдан как принятый объем. Возврат: Вернуть при отсутствии зоны или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Измерение ← Геодезист / иной уполномоченный измеритель. Поля: зона; метод; проект; факт; единица; схема; прибор; поверка; подпись. Приём: Метод и область измерения определены. Возврат: Вернуть измерителю при неполной зоне.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 приемки ← Контроль / технический заказчик. Поля: работа; зона; принято/исключено; объем; критерий; дефекты; подписант; дата. Приём: Решение находится в полномочии. Возврат: Вернуть при отсутствии связи с предъявлением.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Изменение / демонтаж / повтор ← ПТО / РП / проектировщик. Поля: событие; основание; работа; зона; объем; причина; версия; договорный статус. Приём: Состояния первоначального и повторного объема разделены. Возврат: Вернуть при попытке перезаписать исходный факт.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источник и единицу.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зону.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Разделить плановый, заявленный, измеренный и принятый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Выделить исключенный и повторный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двойной счет.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связь с договорной позицией.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Обновляет накопительную ведомость.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Регистрирует дельту.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Создает карточку спорного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технический пакет сметчику.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Накопительная ведомость объемов (конечный). Поля: работа; зона; единица; план; заявлено; измерено; принято; исключено; повтор; период. Доказательства: ВОР; схемы; решения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Карточка дельты (промежуточный). Поля: источник; план; факт; причина; влияние; маршрут. Доказательства: сравнение версий.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Технический пакет объема (промежуточный). Поля: работа; зона; принятый объем; единица; источник; период; исключения. Доказательства: схема; приемка.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работ и зон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Геодезия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Решения приемки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Договорные позиции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источника.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совпадает единица.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Зона неоднозначна.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измерения при применимости.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Двойной счет.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Дополнительный объем без основания.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Открывать спорный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Блокировать передачу сметчику.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Разделять состояния.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называть физический факт принятым объемом.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Корректность накопительного реестра.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Технический пакет принятого объема.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Объемы без источника. Формула: количество. Цель: 0. Защита от неверного применения: Источник обязателен..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Разрывы между состояниями. Формула: спорный объем / заявленный. Цель: снижение. Защита от неверного применения: Не скрывать истинные разрывы..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Двойной учет. Формула: подтвержденные случаи. Цель: 0. Защита от неверного применения: Повторная работа отдельна..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Срок передачи сметчику. Формула: дни после приемки. Цель: по графику закрытия. Защита от неверного применения: Только полный пакет..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ВОР: Вести базовые позиции. Действия: добавить источник; сопоставить РД;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План-факт: Сравнивать состояния. Действия: открыть дельту; классифицировать; связать доказательство.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Измерения: Проверять схемы и методы. Действия: открыть схему; вернуть; принять в реестр.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Приемка и исключения: Разделять принятый и спорный объем. Действия: связать решение; исключить; переоткрыть.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Демонтаж и повтор: Не терять исходный факт. Действия: создать итерацию; связать причину; передать в договоры.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Передача сметчику: Формировать точный пакет. Действия: проверить; направить; получить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Каждое состояние объема связано с источником, зоной, методом и владельцем подтверждения.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Факт принят как объем. Обнаружение: Нет решения контроля. Реакция: Сохранить «заявлено». Владелец: Инженер объемов.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Двойной счет. Обнаружение: Пересекаются зона и период. Реакция: Открыть конфликт. Владелец: Инженер объемов.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Повтор затер исходный факт. Обнаружение: Нет связанной итерации. Реакция: Восстановить историю.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Схема не покрывает зону. Обнаружение: Границы не совпадают. Реакция: Вернуть геодезисту. Владелец: Инженер объемов.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КС выше принятого. Обнаружение: Сравнение периодов. Реакция: Поставить стоп. Владелец: Начальник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состояния объема используются?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измеряет разные виды работ?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связаны ВОР и договорные позиции?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учитывается демонтаж?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принимает спорный объем?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51 · Инженер исполнительной документации ПТО → Инженер по объемам ПТО: Вернуть документальную комплектность по работе, зоне и периоду.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62 · Инженер ПТО по направлению → Инженер по объемам ПТО: Передать доказательства состояния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70 · Сметчик → Инженер по объемам ПТО: Вернуть объемный разрыв на уточнение.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80 · Материально ответственное лицо → Инженер по объемам ПТО: Передать материальный расход для план-факт проверки.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99 · Прораб генподрядчика по направлению → Инженер по объемам ПТО: Передать заявленный объем и источник измерения.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121 · Геодезист → Инженер по объемам ПТО: Передать измеряемые величины как источник объема.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45 · Инженер по объемам ПТО → Сметчик: Рассчитать стоимость принятого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46 · Инженер по объемам ПТО → Инженер исполнительной документации ПТО: Сопоставить объем с исполнительным комплектом.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47 · Инженер по объемам ПТО → Прораб генподрядчика по направлению: Вернуть разрыв объема или запрос дополнительного измерения.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48 · Инженер по объемам ПТО → Начальник ПТО: Передать накопительный результат и спорные дельты.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13 · Инженер исполнительной документации ПТО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Комплектовать доказательства принятого результата по объектной матрице вида работ, не подменяя контроль, измерение, испытание или автора документа.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исполнительной документации: Матрица документов, акты, приложения и комплектность.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6; результатов: 4; входящих передач: 9; исходящих передач: 6; экранов: 7.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матрицу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Определять применимые формы.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Собирать акты, схемы, журналы и протоколы.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Контролировать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Формировать комплект по работе и этапу.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Регистрировать принятый подписанный пакет в Реестре исполнительной документации.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Формировать канонический электронный комплект и реестр физических экземпляров для каждой стороны передачи.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подтверждает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измерение.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подписывает за участников.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закрывает отсутствующий документ галочкой.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Принятый технологический этап ← Контроль / инженер по направлению. Поля: работа; этап; зона; решение; объем; дата; подписант; контрольная точка. Приём: Решение находится в полномочии. Возврат: Вернуть при отсутствии точной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Подписанный результат внешнего строительного контроля ← Внешний строительный контроль. Поля: уведомление; работа; этап; зона; решение; подписанный акт или протокол; замечания; исключения; подписант; полномочие; дата. Приём: Результат связан с зарегистрированным предъявлением и подписан уполномоченным представителем. Возврат: Не регистрировать пакет; вернуть внешнему контролю при конфликте реквизитов или отсутствующей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Исполнительная схема ← Геодезист. Поля: работа; зона; оси; отметки; проект/факт; допуск; прибор; поверка; подпись. Приём: Схема связана с этапом. Возврат: Вернуть при неполной области.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Протокол испытания ← Лаборатория. Поля: проба; партия; работа; зона; метод; результат; вывод; подписант. Приём: Проба прослеживается до партии и работы. Возврат: Вернуть при разрыве прослеживаемости.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Журнал и акт ← Прораб / контроль / субподрядчик. Поля: документ; форма; записи; работа; зона; версии; подписи; приложения. Приём: Каждый участник подписал свое поле. Возврат: Вернуть конкретному владельцу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Карточка партии с первичными и качественными документами ← Склад. Поля: материал; партия; поставщик; изготовитель; товарная накладная; УПД; паспорт качества; сертификаты и декларации; область; срок; канал проверки; место применения. Приём: Документы уже связаны складом с установленной партией; обязательные позиции матрицы доступны. Возврат: Заблокировать комплект и направить дефицит снабженцу и складу без повторного запроса существующих файлов.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применимую матрицу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форму и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приложения.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подписи и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связь с работой, зоной и объемом.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документы качества партии.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позицию матрицы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Комплектует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Маршрутизирует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опись этапа/раздела.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После внешней приемки создает неизменяемую запись Реестра исполнительной документации и связывает ее с вычисляемым разрешением следующего этапа.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Формирует один канонический электронный пакет и учитываемые физические экземпляры для исполнителя, генподрядчика, заказчика и технического заказчика по объектной матрице.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Исполнительный комплект по работе (конечный). Поля: работа; зона; акты; схемы; журналы; протоколы; качество; подписи; дефицит. Доказательства: файлы и Реестр исполнительной документации.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Запись Реестра исполнительной документации (конечный). Поля: регистрационный номер; работа; этап; зона; контрольная точка; акт; исполнительные схемы; лабораторные протоколы; журналы; документы качества; подписанты; замечания; версии файлов; канонический электронный комплект; реестр физических экземпляров; получатели копий; дата регистрации. Доказательства: подписанный внешний результат; опись; неизменяемые ссылки на файлы; подтверждения получения экземпляров.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Матрица ИД (промежуточный). Поля: вид работы; обязательные документы; формы; экземпляры; подписанты; получатели. Доказательства: объектное основание.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Маршрут подписи (промежуточный). Поля: документ; подписанты; очередность; срок; статус; возврат. Доказательства: журнал подписания.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Объектная матрица ИД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Принятые этапы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Геодезия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Лаборатория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Документы качества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подписей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исполнительной документации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обязательного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Неверная форма.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приложения.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 партии не подтвержден.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Объем не совпадает с принятым.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 внешний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документ владельцу.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Блокировать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подпись.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Формировать опись.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Регистрировать подписанный принятый пакет в Реестре исполнительной документации.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имитировать электронную подпись и не закрывать отсутствующий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регистрировать пакет как принятый до обязательного решения внешнего строительного контроля.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Внутренняя комплектность исполнительного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Регистрационная комплектность записи Реестра исполнительной документации после приемки.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Комплектность ИД. Формула: закрытые применимые позиции / все применимые. Цель: 100% к предъявлению. Защита от неверного применения: Неприменимость имеет основание..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Возврат первой подачи. Формула: возвращенные / предъявленные. Цель: снижение. Защита от неверного применения: Новые требования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Просроченные подписи. Формула: количество. Цель: 0 критических. Защита от неверного применения: Срок по матрице..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Документы без партии/зоны. Формула: количество. Цель: 0. Защита от неверного применения: Прослеживаемость обязательна..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Матрица ИД: Видеть применимый состав. Действия: настроить; открыть позицию; зафиксировать основание.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Комплекты: Собирать по работам и зонам. Действия: добавить документ; проверить; направить.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Акты: Вести формы и подписи. Действия: создать; связать приложение; направить.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Схемы и испытания: Связывать независимые доказательства. Действия: открыть схему; открыть протокол;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Документы качества: Проверять партии. Действия: сопоставить; запросить изготовителя; заблокировать.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Экземпляры и передача: Вести один электронный комплект и учёт экземпляров для сторон. Действия: сформировать электронный пакет; выпустить экземпляр; зарегистрировать получателя; зафиксировать получение.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Подписи и возвраты: Управлять маршрутом. Действия: напомнить; принять подпись; разобрать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Опись совпадает с файлами, принятым объемом, матрицей ИД и действующими подписями.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Документ без приложения. Обнаружение: Матрица требует приложение. Реакция: Вернуть. Владелец: Инженер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Схема другой зоны. Обнаружение: Зоны не совпадают. Реакция: Вернуть геодезисту. Владелец: Инженер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Сертификат другой партии. Обнаружение: Номера не совпадают. Реакция: Карантин документа. Владелец: Склад/снабжение.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Подпись за другую роль. Обнаружение: Авторизация не совпадает. Реакция: Отменить маршрут.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Комплект не покрывает принятый объем. Обнаружение: Сравнение зон. Реакция: Сохранить дефицит. Владелец: Инженер ИД.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Какая матрица ИД по видам работ?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формы и экземпляры?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подписывает?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подтверждается партия?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Какой внешний маршрут?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46 · Инженер по объемам ПТО → Инженер исполнительной документации ПТО: Сопоставить объем с исполнительным комплектом.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55 · Техник ПТО → Инженер исполнительной документации ПТО: Передать подготовленный черновик исполнительного документа профильному инженеру.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63 · Инженер ПТО по направлению → Инженер исполнительной документации ПТО: Передать доказательства для исполнительного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98 · Прораб генподрядчика по направлению → Инженер исполнительной документации ПТО: Передать доказательства для исполнительной документации.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109 · Уполномоченный представитель субподрядной организации → Инженер исполнительной документации ПТО: Передать исполнительный комплект 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113 · Внутренний строительный контроль → Инженер исполнительной документации ПТО: Передать контрольный результат в исполнительный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116 · Внешний строительный контроль → Инженер исполнительной документации ПТО: Вернуть подписанный контрольный результат для регистрации в Реестре исполнительной документации.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120 · Геодезист → Инженер исполнительной документации ПТО: Передать исполнительную схему в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124 · Строительная лаборатория → Инженер исполнительной документации ПТО: Включить протокол в исполнительный комплект.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49 · Инженер исполнительной документации ПТО → Техник ПТО: Назначить подготовку черновика и описи по конкретной позиции матрицы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50 · Инженер исполнительной документации ПТО → Прораб генподрядчика по направлению: Вернуть дефицит первичного производственного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51 · Инженер исполнительной документации ПТО → Инженер по объемам ПТО: Вернуть документальную комплектность по работе, зоне и периоду.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52 · Инженер исполнительной документации ПТО → Начальник ПТО: Принять внутреннюю комплектность исполнительного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53 · Инженер исполнительной документации ПТО → Документный контролер ПТО: Зарегистрировать документы и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54 · Инженер исполнительной документации ПТО → Внешний строительный контроль: Предъявить применимый исполнительный пакет.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43 · Техник ПТО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Подготавливать по назначению инженера проверяемые черновики журналов, актов, реестров и описей из первичных данных площадки, сохраняя автора каждого факта и не присваивая себе техническое решение или подпись.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Техник ПТО: Черновики, описи, первичная комплектность и регистрация приложений.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3; входящих передач: 1;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назначение с точной работой, зоной, документом и сроком.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Собирать первичные записи, фото и приложения по установленной форме.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Проверять обязательные реквизиты и связь с действующей версией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Готовить черновик документа или позицию реестра без изменения исходного факта.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Возвращать дефицит конкретному автору и передавать готовый черновик профильному инженеру.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определяет техническую применимость формы.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утверждает ППР, акт, схему или протокол.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качество, объем и приемку.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подписывает документ за прораба, инженера или контролирующую сторону.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первичную запись после передачи.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Назначение на подготовку документа ← Начальник ПТО / профильный инженер ПТО. Поля: назначение; вид документа; работа; полное наименование; зона; основание; срок; владелец результата. Приём: Назначение ограничено одним результатом и содержит владельца приемки. Возврат: Вернуть назначение без зоны, результата или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Первичный производственный факт ← Прораб / мастер. Поля: смена; работа; зона; операция; люди; материалы и партии; время; запись журнала; фото; отклонение. Приём: Факт подписан автором и относится к назначенной работе. Возврат: Вернуть автору перечень отсутствующих первичных полей.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Матрица документов и форма ← Инженер исполнительной документации / документный контролер. Поля: вид работы; документ; форма; обязательные поля; приложения; подписанты; экземпляры; версия формы. Приём: Форма действует для объекта и вида работы. Возврат: Запросить актуальную форму и основание применимости.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Действующие технические основания ← Инженер ПТО по направлению. Поля: РД и версия; ППР и версия; технологическая карта; работа; этап; зона; контрольные точки. Приём: Основания однозначно применимы к документу. Возврат: Остановить подготовку при конфликте версий.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Приложения профильных исполнителей ← Геодезия / лаборатория / качество / склад. Поля: тип приложения; работа; зона; партия или элемент; результат; автор; дата; подпись. Приём: Приложение выпущено профильной ролью и совпадает с областью документа. Возврат: Вернуть владельцу приложения при несовпадении зоны или идентификатора.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Сопоставить назначение, документ, работу и зону.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действующую версию формы, РД 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автора, время и неизменность первичного факта.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обязательные поля, приложения и ссылки на партии или элементы.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Проверить, что все подписи оставлены фактическим владельцам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Проверить, что черновик не имеет статуса принятого или утвержденного результата.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структурированный черновик из первичных данных без изменения смысла.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опись приложений и перечень дефицита по каждой позиции.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Связывает черновик с работой, зоной, основанием, авторами и владельцем следующей проверки.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Регистрирует мотивированный возврат первичного пакета его автору.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Черновик документа ПТО (конечный). Поля: назначение; вид документа; форма и версия; работа; зона; первичные данные; приложения; авторы; дефицит; владелец проверки. Доказательства: неизменяемые ссылки на первичные записи; опись приложений.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Опись первичных доказательств (промежуточный). Поля: документ; позиция; доказательство; автор; дата; зона; состояние. Доказательства: ссылки на файлы и записи.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Перечень дефицита черновика (промежуточный). Поля: документ; позиция; дефицит; владелец; срок; возврат; статус. Доказательства: мотивированный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Назначение профильного инженера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Действующие формы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Первичный производственный факт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РД и ППР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исполнительной документации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Профильные приложения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назначения и владельца результата.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Конфликт версий формы или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указан автор первичного факта.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Приложение относится к другой зоне или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Технику предложено подписать за профильную 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 пытаются сразу перевести в принятый статус.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первичный пакет его автору.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действующую форму и основание.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построчный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Останавливать подготовку при конфликте версий.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принимать и не утверждать подготовленный собственными руками черновик.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переносить подпись, вывод или измерение из другого документа без прослеживаемой ссылки.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Готовность черновика к профильной проверке инженером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Черновики без автора первичного факта. Формула: количество. Цель: 0. Защита от неверного применения: Авторство обязательно и не заменяется ролью техника..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Возвраты профильного инженера по комплектности. Формула: возвраты / переданные черновики. Цель: снижение. Защита от неверного применения: Технические замечания считаются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Самосогласование черновика. Формула: случаи. Цель: 0. Защита от неверного применения: Принимающий всегда отличается от подготовившего..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Просроченные назначения. Формула: просроченные / активные. Цель: 0 критических. Защита от неверного применения: Срок отсчитывается после полного входа..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Мои назначения: Видеть только назначенные документы и сроки. Действия: принять назначение; вернуть постановку; открыть.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Первичные данные: Собирать факт площадки без его подмены. Действия: связать запись; запросить поле; зафиксировать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Черновики: Заполнять действующие формы. Действия: создать черновик; добавить приложение; передать инженеру.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Опись доказательств: Проверять прослеживаемость каждой позиции. Действия: сопоставить; отклонить связь; подтвердить опись.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Возвраты: Работать с построчным дефицитом. Действия: направить автору; принять исправление;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Передача инженеру: Не смешивать подготовку и приемку. Действия: проверить состав; назначить принимающего; передать.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Профильный инженер получил черновик, первичные записи, опись приложений, авторов и явный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История показывает отдельные назначения подготовившего техника и принимающего инженера.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Черновик без назначения. Обнаружение: Нет владельца и результата. Реакция: Не начинать подготовку. Владелец: Техник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Подмена первичного факта. Обнаружение: Текст не связан с записью автора. Реакция: Вернуть и восстановить источник. Владелец: Техник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Устаревшая форма. Обнаружение: Версия формы заменена. Реакция: Заблокировать передачу.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Самосогласование. Обнаружение: Подготовивший и принимающий совпадают. Реакция: Назначить независимого инженера. Владелец: Начальник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Приложение другой зоны. Обнаружение: Область не совпадает. Реакция: Исключить связь и запросить правильное. Владелец: Техник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документы фактически готовит техник ПТО?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ставит и принимает его задания?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первичные записи разрешено переносить в формы?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Какие формы требуют обязательной профильной проверки?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разделяются редакционный и технический возвраты?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49 · Инженер исполнительной документации ПТО → Техник ПТО: Назначить подготовку черновика и описи по конкретной позиции матрицы ИД.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55 · Техник ПТО → Инженер исполнительной документации ПТО: Передать подготовленный черновик исполнительного документа профильному инженеру.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56 · Техник ПТО → Документный контролер ПТО: Передать принятый профильным инженером документ на регистрацию.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57 · Техник ПТО → Инженер ПТО по направлению: Передать черновик технической записи по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58 · Техник ПТО → Прораб генподрядчика по направлению: Вернуть дефицит первичных данных автору площадки.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14 · Документный контролер ПТО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Идентифицировать, регистрировать и передавать документы и версии по точному маршруту, не утверждая техническое содержание.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Документный контролер: Ревизии, регистрация входящих и исходящих документов.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5;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Регистрировать входящие и исходящие документы.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Управлять версиями.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Контролировать адресатов и сроки.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Хранить оригиналы и подтверждения.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Блокировать конфликт версий.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техническое содержание.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объем или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выбирает подписанта без матрицы полномочий.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Выпуск РД ← Генеральный проектировщик / ГИП. Поля: выпуск; версия; заменяемая версия; листы; зоны; автор; подписант; получатели. Приём: Документ идентифицируется и подписан генеральным проектировщиком. Возврат: Вернуть генеральному проектировщику при конфликте версии, состава или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Запись авторского надзора ← Авторский надзор. Поля: журнал; номер; дата; зона; РД; вывод; срок; автор. Приём: Все реквизиты заполнены. Возврат: Вернуть автору.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Исполнительный документ ← Инженер ИД ПТО. Поля: документ; тип; версия; работа; зона; подписи; файл; получатель. Приём: Внутренняя проверка завершена. Возврат: Вернуть при конфликте версии или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Возврат / подтверждение получения ← Внешний получатель. Поля: передача; пакет; дата; получатель; позиции; замечания; подпись. Приём: Ответ связан с исходной передачей. Возврат: Запросить конкретизацию.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Идентифицировать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автора и подпись.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адресата.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срок и канал.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Сверить реестр с файлами.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Ведет внутри генподрядчика документный маршрут новой РД от получения выпуска до регистрации, запрета старой версии, рассылки и подтверждения ознакомления.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Создает регистрационную карточку.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Меняет статус версии без изменения файла.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запись передачи.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Создает архивный указатель.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Регистрационная карточка (конечный). Поля: номер; тип; автор; версия; дата; работа; зона; статус; файл. Доказательства: журнал регистрации.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Подтвержденная передача (промежуточный). Поля: документ/пакет; отправитель; получатель; канал; время; квитанция. Доказательства: журнал передачи.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Реестр действующих версий (промежуточный). Поля: документ; действующая версия; замененные версии; получатели; ознакомление. Доказательства: реестр.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Выпуски РД генерального проектировщика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Номенклатура документов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рассылки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полномочий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Хранилище оригиналов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Журнал передач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Документ не идентифицируется.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Конфликт версий.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Неизвестен получатель.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оригинала/файла.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Пакет без реестра.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Блокировать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Регистрировать передачу.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подтверждение получения.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корректировать содержание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отправку получением.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Регистрационная корректность.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Версионная и маршрутная комплектность.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Неразобранные входящие. Формула: количество. Цель: 0 просроченных. Защита от неверного применения: Срок после получения..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Конфликты версий. Формула: количество. Цель: 0. Защита от неверного применения: Не скрывать замененные версии..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Передачи без подтверждения. Формула: количество. Цель: 0 критических. Защита от неверного применения: Отправка не равна получению..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Оригиналы без места хранения. Формула: количество. Цель: 0. Защита от неверного применения: Каждый оригинал прослеживается..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Входящие: Разбирать документы. Действия: зарегистрировать; вернуть; назначить владельца.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Реестр версий: Видеть действующие редакции. Действия: сравнить; заменить; аннулировать.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Исходящие: Формировать передачи. Действия: собрать опись; отправить; получить квитанцию.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Подписи: Проверять полномочия. Действия: открыть матрицу; вернуть; подтвердить.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Оригиналы и архив: Контролировать место хранения. Действия: выдать копию; передать в архив; проверить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Документ зарегистрирован, версия однозначна, получатель и квитанция передачи определены.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Две действующие версии. Обнаружение: Реестр показывает конфликт. Реакция: Заблокировать обе до решения.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Неизвестный получатель. Обнаружение: Нет матрицы рассылки. Реакция: Вернуть отправителю.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Отправлено без квитанции. Обнаружение: Нет подтверждения. Реакция: Сохранить ожидание.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Подпись без полномочия. Обнаружение: Нет основания. Реакция: Вернуть документ.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Файл не соответствует реестру. Обнаружение: Отпечаток/имя отличается. Реакция: Блокировать передачу. Владелец: Документный контролер.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Какая номенклатура документов?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каналы официальны?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ведет оригиналы?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устроена матрица рассылки?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проверяются полномочия?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22 · Генеральный проектировщик / ГИП → Документный контролер ПТО: Передать новый выпуск РД в документный маршрут ПТО генподрядчика.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27 · Авторский надзор → Документный контролер ПТО: Зарегистрировать запись журнала.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33 · Начальник ПТО → Документный контролер ПТО: Зарегистрировать и направить принятый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53 · Инженер исполнительной документации ПТО → Документный контролер ПТО: Зарегистрировать документы и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56 · Техник ПТО → Документный контролер ПТО: Передать принятый профильным инженером документ на регистрацию.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59 · Документный контролер ПТО → Инженер ПТО по направлению: Передать зарегистрированную РД и изменение.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60 · Документный контролер ПТО → Архивариус ПТО: Передать завершенный пакет в архив.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61 · Документный контролер ПТО → Технический заказчик: Направить официальный зарегистрированный комплект исполнительной документации.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37 · Архивариус ПТО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Передавать зарегистрированные пакеты по реестру и доказывать, какая версия пакета существовала, что в нее входило, кому она была передана и где хранится, не изменяя первичные документы.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Архивариус ПТО: Передача по реестру, хранение и неизменяемый архивный снимок.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4; входящих передач: 5;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зарегистрированные комплекты ПТО по реестру.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Передавать пакеты по официальному реестру и фиксировать подтверждение получения.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Создавать типизированные архивные снимки.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Проверять целостность и управлять правами доступа.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Выдавать подтвержденные копии и проводить контрольное восстановление.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исправляет первичные документы.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закрывает замечания.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определяет гарантийную ответственность.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Зарегистрированный комплект ПТО ← Документный контролер ПТО. Поля: реестр; исходная запись; файлы; версии; работа; зона; подписи; получатель; цель передачи. Приём: Реестр совпадает с файлами, версиями и маршрутом. Возврат: Вернуть документному контролеру точный перечень расхождений.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Выданный пакет предъявления для приёмки ← Инженер передачи. Поля: манифест; файлы; отпечатки; получатель; дата; права; версия. Приём: Состав совпадает с журналом выдачи. Возврат: Вернуть при расхождении.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Решение о приёмке ← Представитель заказчика по приемке. Поля: пакет; решение; позиции; исключения; подпись; дата; полномочие. Приём: Решение связано с точной версией пакета предъявления. Возврат: Вернуть при отсутствии связи или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Закрытие гарантийного дела ← Гарантийный менеджер. Поля: дело; исходный снимок; обследование; устранение; повторная проверка; решение; дата. Приём: Исходный снимок не изменяется. Возврат: Вернуть при отсутствии доказательства закрытия.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Запрос подтвержденной копии ← Уполномоченный пользователь. Поля: запроситель; основание; снимок; объем; цель; срок доступа. Приём: Право доступа подтверждено. Возврат: Отказать с зарегистрированной причиной.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манифест.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цифровые отпечатки.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цепочку версий.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права доступа.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тип снимка.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Провести контрольное восстановление.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запись передачи по реестру.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Создает архивный снимок выданного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Создает архивный снимок принятого комплекта после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архивный снимок закрытого гарантийного 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Фиксирует выдачу подтвержденной копии.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Архивный снимок (конечный). Поля: тип; идентификатор; манифест; отпечатки; дата; права; связанный снимок. Доказательства: защищенный набор файлов; журнал.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Подтвержденная передача по реестру (промежуточный). Поля: реестр; пакет; версия; отправитель; получатель; дата; канал; подтверждение получения; возврат. Доказательства: журнал передачи; квитанция получения.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Подтвержденная копия (промежуточный). Поля: снимок; получатель; объем; дата; срок доступа. Доказательства: журнал выдачи.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Результат восстановления (промежуточный). Поля: снимок; дата проверки; полнота; ошибка; действие. Доказательства: протокол восстановления.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Манифесты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Цифровые отпечатки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прав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Политика хранения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Резервное восстановление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Расхождение реестра и файлов.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Неизвестный источник.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истории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прав доступа.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Поврежден формат.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пройдено восстановление.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Блокировать прием в архив.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Ограничивать доступ.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Выдавать подтвержденные копии.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Создавать новые связанные снимки.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редактировать архивный снимок.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архивирование приемкой.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Целостность снимка.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Выдача подтвержденной копии по правам.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Снимки с проверенным составом. Формула: проверенные / созданные. Цель: 100%. Защита от неверного применения: Проверка включает отпечатки..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Успешное восстановление. Формула: успешные / контрольные. Цель: 100%. Защита от неверного применения: Тест проводится по графику..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Несанкционированные выдачи. Формула: количество. Цель: 0. Защита от неверного применения: Каждая выдача имеет основание..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Срок создания снимка. Формула: время от приема до снимка. Цель: по регламенту. Защита от неверного применения: Отсчет после полного пакета..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Передачи по реестру: Передавать зарегистрированные комплекты и фиксировать получение или возврат. Действия: проверить реестр; отправить; зафиксировать квитанцию; принять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Очередь снимков: Принимать пакеты в архив. Действия: проверить; вернуть; создать снимок.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Целостность: Сверять отпечатки. Действия: запустить проверку; зафиксировать ошибку; подтвердить.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Дерево версий: Видеть связи снимков. Действия: открыть версию; сравнить; перейти к источнику.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Права и выдачи: Управлять доступом. Действия: проверить основание; выдать копию; закрыть доступ.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Восстановление: Проверять реальную сохранность. Действия: запустить; зафиксировать результат; эскалировать.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Снимок имеет манифест, отпечатки, права, журнал доступа и успешную проверку восстановления.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Поврежден файл. Обнаружение: Не совпал отпечаток. Реакция: Карантин и запрос исходника. Владелец: Архивариус.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Нет прав. Обнаружение: Матрица доступа. Реакция: Отказать. Владелец: Архивариус.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Неизвестная версия. Обнаружение: Нет предшественника. Реакция: Вернуть источнику.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Снимок не восстанавливается. Обнаружение: Контрольный тест. Реакция: Открыть инцидент. Владелец: Администратор хранения.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Попытка изменить снимок. Обнаружение: Изменение отпечатка. Реакция: Запретить и зарегистрировать. Владелец: Архивариус.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типы снимков обязательны?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Какой срок хранения?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управляет правами?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часто проверяется восстановление?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форматы требуют миграции?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60 · Документный контролер ПТО → Архивариус ПТО: Передать завершенный пакет в архив.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146 · Юрист проекта → Архивариус ПТО: Передать закрытое юридическое дело.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162 · Инженер передачи → Архивариус ПТО: Создать архивный снимок фактически выданного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171 · Гарантийный менеджер → Архивариус ПТО: Создать архивный снимок закрытого гарантийного 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175 · Представитель заказчика по приемке → Архивариус ПТО: Создать архивный снимок принятого комплекта.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164 · Архивариус ПТО → Авторский надзор: Передать по реестру пакет закрытия записи авторского надзора.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165 · Архивариус ПТО → Гарантийный менеджер: Предоставить подтвержденную базу гарантийного 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166 · Архивариус ПТО → Начальник ПТО: Предоставить подтвержденную копию исполнительного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167 · Архивариус ПТО → Технический заказчик: Выдать подтвержденную копию по правам.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5 · ИТР / Комплекс производителя работ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Преобразовывать разрешенный фронт в выполненный, предъявленный и доказанный строительный результат по направлениям и зонам.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Производственный факт сохраняет автора, работу, зону, смену, ресурсы, доказательства и достигнутую контрольную точку.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Состав масштабируется по комплексам работ, направлениям и зонам. Совмещение допустимо только отдельными назначениями и не дает права принимать собственный результат.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41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Начальник участка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Участок, фронты, координация направлений и сменный результат.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42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Старший прораб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Группа направлений, координация прорабов и ресурсов.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19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Прораб по направлению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Работы направления, вызовы контроля, журналы и первичный факт.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20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Мастер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Сменные операции, бригады, расход и первичная проверка.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21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Бригада / исполнитель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Выполнение назначенной операции и фиксация факта.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22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Уполномоченный представитель субподрядной организации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Действует от имени конкретной организации и назначения; не заменяет её руководителя работ, ПТО, прорабов, ОТ, качество, геодезию и лабораторию.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Внутренний строительный контроль — 1 передач</w:t>
              <w:br/>
              <w:t>Геодезическая служба — 1 передач</w:t>
              <w:br/>
              <w:t>Договорный и правовой контур — 1 передач</w:t>
              <w:br/>
              <w:t>ИТР / Комплекс производителя работ — 9 передач</w:t>
              <w:br/>
              <w:t>Интерфейс строительного контроля заказчика — 1 передач</w:t>
              <w:br/>
              <w:t>Персонал, допуски, ОТ и ТБ — 4 передач</w:t>
              <w:br/>
              <w:t>Производственно-технический отдел — 7 передач</w:t>
              <w:br/>
              <w:t>Сдача, передача и гарантия — 1 передач</w:t>
              <w:br/>
              <w:t>Снабжение, склад и ресурсы — 2 передач</w:t>
              <w:br/>
              <w:t>Строительная лаборатория — 1 передач</w:t>
              <w:br/>
              <w:t>Управление объектом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Внутренний строительный контроль — 3 передач</w:t>
              <w:br/>
              <w:t>Геодезическая служба — 1 передач</w:t>
              <w:br/>
              <w:t>Договорный и правовой контур — 1 передач</w:t>
              <w:br/>
              <w:t>ИТР / Комплекс производителя работ — 9 передач</w:t>
              <w:br/>
              <w:t>Интерфейс строительного контроля заказчика — 1 передач</w:t>
              <w:br/>
              <w:t>Персонал, допуски, ОТ и ТБ — 3 передач</w:t>
              <w:br/>
              <w:t>Производственно-технический отдел — 7 передач</w:t>
              <w:br/>
              <w:t>Снабжение, склад и ресурсы — 2 передач</w:t>
              <w:br/>
              <w:t>Строительная лаборатория — 1 передач</w:t>
              <w:br/>
              <w:t>Управление объектом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41 · Начальник участка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Управлять производственным результатом назначенного участка: принимать от ПТО только разрешенные фронты, распределять их между направлениями, обеспечивать ресурсы и снимать организационные блокировки без присвоения технических и контрольных полномочий.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Начальник участка: Участок, фронты, координация направлений и сменный результат.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3; входящих передач: 3; исходящих передач: 4; экранов: 7.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разрешенные пакеты производства и проверять границы их применимости.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Распределять фронты, сроки и ресурсные приоритеты между старшими прорабами.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Координировать смежные направления и последовательность работ на участке.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Принимать сменный свод направлений и подтверждать производственную полноту факта.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Эскалировать технические, ресурсные, договорные и сроковые блокировки профильным владельцам.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РД, ППР и технологические карты.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вместо внутреннего или внешнего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подменяет прораба в первичной записи журнала и вызове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исполнительную схему, лабораторный протокол и объем КС.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снимает технический, качественный или охранный стоп.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Разрешенный пакет производства ← Инженер подготовки производства ПТО. Поля: пакет; работа; полное наименование; зона; направление; РД и версия; ППР и версия; ресурсы; контрольные точки; срок действия. Приём: Пакет разрешен уполномоченными ролями, границы и срок действия однозначны. Возврат: Вернуть ПТО конкретный дефицит или конфликт фактических условий.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Производственный график участка ← Руководитель проекта / руководитель строительства. Поля: этап; работа; направление; зона; план начала; план окончания; критический путь; предшественники; ресурсный лимит. Приём: График декомпозирован до работ и зон участка. Возврат: Вернуть общий график без исполнимых работ и зависимостей.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Подтверждение ресурсов ← Снабжение / склад / персонал / механик. Поля: работа; зона; материалы и партии; люди и квалификации; техника; оснастка; даты; дефицит; владелец. Приём: Ресурс подтвержден профильным владельцем и относится к разрешенной работе. Возврат: Открыть ресурсную блокировку с владельцем и сроком.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Свод направления за смену ← Старший прораб. Поля: направление; зоны; смены; прорабы; план; производственный факт; контрольные точки; простои; риски; следующие действия. Приём: Каждый показатель раскрывается до прораба, работы, зоны и первичного доказательства. Возврат: Вернуть свод без первичных источников или с самосогласованием.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Свод технических блокировок ← Начальник ПТО. Поля: разрыв; работы; зоны; основание; влияние на срок; влияние на стоимость; владелец решения; варианты; срок. Приём: Блокировка содержит доказанный разрыв и профильного владельца решения. Возврат: Запросить конкретную работу, влияние и допустимые варианты.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Проверить, что фронт разрешен и не истек.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направление, зону и назначенного старшего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предшественников и коллизии смежных направлений.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подтвержденные ресурсы и допустимые замены.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Проверить, что сменный свод раскрывается до первичного факта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открытые стопы до разрешения следующего фронта.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Проверить конфликт полномочий при совмещении ролей одним сотрудником.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Декомпозирует график участка на разрешенные фронты по направлениям и зонам.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назначение старшему прорабу с границами, сроком и ресурсами.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Собирает производственный свод участка без изменения первичных записей.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пакет эскалации по блокировке с влиянием и требуемым решением.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Управляемый производственный план участка (конечный). Поля: участок; период; направления; фронты; ответственные; ресурсы; контрольные точки; стопы; сроки; приоритеты. Доказательства: разрешенные пакеты ПТО; назначения; своды направлений.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Назначение фронта направлению (промежуточный). Поля: работа; зона; направление; старший прораб; РД/ППР; ресурсы; срок; контрольные точки; ограничения. Доказательства: приказ/назначение; разрешенный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Сменный свод участка (промежуточный). Поля: дата; направления; план; факт; люди; техника; материалы; простои; стопы; прогноз. Доказательства: своды старших прорабов; ссылки на первичный факт.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Разрешенные пакеты ПТО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Производственный график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назначений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Ресурсные подтверждения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Своды старших прорабов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технических и контрольных стопов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Фронт не разрешен или пакет истек.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назначено направление или ответственный.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Есть конфликт смежных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Ресурс не подтвержден профильным владельцем.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 технический, качественный или охранный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Свод направления не раскрывается до первичного факта.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Принимающий совпадает с автором при совмещении ролей.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Распределять разрешенные фронты между направлениями.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Менять оперативный приоритет в пределах утвержденного графика.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неготовый пакет ПТО с фактическим доказательством.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Останавливать участок при угрозе безопасности или конфликте оснований.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ресурсное и сроковое влияние.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заменять профильное согласование административным решением.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принимать свод старшего прораба, если тот же сотрудник создал исходный факт как прораб.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Производственная готовность распределения разрешенного фронта.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Принятие сменного свода участка без технической или качественной приемки.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Работы вне разрешенного фронта. Формула: количество. Цель: 0. Защита от неверного применения: Производственный план не отменяет ворота ПТО..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Фронты без назначенного направления. Формула: количество. Цель: 0. Защита от неверного применения: Каждая зона имеет действующее назначение..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Сменные своды без первичных источников. Формула: количество. Цель: 0. Защита от неверного применения: Свод не заменяет журналы и факты прорабов..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Отклонение критического пути участка. Формула: факт - план. Цель: в пределах утвержденного резерва. Защита от неверного применения: Причины и владельцы фиксируются отдельно..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Участок сегодня: Видеть фронты, направления, ресурсы и стопы. Действия: распределить фронт; изменить приоритет; остановить.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Назначения направлений: Управлять старшими прорабами и зонами. Действия: назначить; заменить; проверить конфликт.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Готовность фронтов: Принимать пакет ПТО по фактическим условиям. Действия: сверить границы; принять; вернуть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Свод смены: Собирать факт направлений. Действия: проверить источник; вернуть; принять производственно.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Координация направлений: Устранять пространственные и календарные конфликты. Действия: сопоставить зоны; перепланировать;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Блокировки и решения: Передавать разрыв профильному владельцу. Действия: классифицировать; собрать влияние; направить.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План контроля: Согласовывать загрузку контроля без подмены вызова. Действия: собрать точки; передать план; отслеживать.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Каждый активный фронт связан с разрешенным пакетом, направлением, назначением и ресурсами.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Сменный свод участка раскрывается до факта прораба и не содержит самосогласования.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Фронт распределен до разрешения. Обнаружение: Нет действующего пакета ПТО. Реакция: Отозвать назначение и остановить работу. Владелец: Начальник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Коллизия направлений. Обнаружение: Две работы занимают одну зону/ресурс. Реакция: Перепланировать и зафиксировать решение. Владелец: Начальник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Ресурсный разрыв. Обнаружение: Подтверждение ресурса отозвано. Реакция: Остановить зависимую операцию и эскалировать. Владелец: Начальник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Свод без первичного факта. Обнаружение: Нет ссылок на прораба и журнал. Реакция: Вернуть старшему прорабу. Владелец: Начальник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Самосогласование при совмещении. Обнаружение: Один сотрудник создал и принял результат. Реакция: Назначить независимого принимающего. Владелец: Начальник участка.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 фактически делятся участки и направления?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решения начальник участка принимает самостоятельно?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своды он подписывает ежедневно?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Кто замещает начальника участка?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устроена эскалация ресурсного и технического разрыва?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34 · Начальник ПТО → Начальник участка: Передать начальнику участка технические блокировки и ограничения производства.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43 · Инженер подготовки производства ПТО → Начальник участка: Передать разрешенный пакет производства начальнику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88 · Старший прораб → Начальник участка: Передать проверяемый свод направления и разрывы.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83 · Начальник участка → Старший прораб: Назначить разрешенный фронт группе направлений.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84 · Начальник участка → Начальник ПТО: Передать фактический разрыв производства для технического маршрута.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85 · Начальник участка → Руководитель проекта: Эскалировать отклонение срока, ресурса или договорной границы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86 · Начальник участка → Внутренний строительный контроль: Передать недельный план контрольных точек участка.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42 · Старший прораб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Координировать группу прорабов и смежных направлений в назначенных зонах, превращая назначение начальника участка в согласованные фронты прорабов и возвращая проверяемый свод без подмены их первичного факта.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Старший прораб: Группа направлений, координация прорабов и ресурсов.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3; входящих передач: 2;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назначенный фронт и декомпозировать его по направлениям и прорабам.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стыки смежных работ, последовательность и доступность общих ресурсов.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Собирать готовность прорабов до смены и фактический свод после смены.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Координировать переносы и локальные ресурсные решения в пределах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Возвращать начальнику участка разрывы с доказательствами и вариантами.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РД 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создает первичный факт вместо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вызывает внешний контроль вместо назначенного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и объем КС.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собственный факт прораба при совмещении ролей.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Назначение фронта направлению ← Начальник участка. Поля: назначение; работа; зона; направления; РД/ППР и версии; ресурсы; контрольные точки; срок; ограничения. Приём: Назначение основано на действующем пакете ПТО и содержит границы полномочия. Возврат: Вернуть при конфликте зоны, направления или фактической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Готовность прораба к смене ← Прораб по направлению. Поля: прораб; направление; работы; зоны; сменные задания; люди; материалы; техника; точки останова; дефицит. Приём: Каждый фронт связан с действующим назначением прораба. Возврат: Вернуть при выходе за направление или отсутствии ресурса.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Первичный свод прораба ← Прораб по направлению. Поля: смена; работа; зона; люди; техника; материалы; заявленный объем; журнал; контрольные вызовы; простои; отклонения. Приём: Свод подписан прорабом в контексте его назначения и содержит ссылки на первичные записи. Возврат: Вернуть конкретный дефицит прорабу, не переписывая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 ПТО по направлению ← Инженер ПТО по направлению / начальник ПТО. Поля: работа; этап; зона; основание; решение; условия; стоп; следующая операция; срок действия. Приём: Решение зарегистрировано и относится к назначенному направлению. Возврат: Вернуть ПТО при неопределенной зоне или конфликте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Состояние общих ресурсов ← Склад / механик / персонал / ОТ. Поля: ресурс; доступность; зона; окно; ограничение; владелец; срок; статус. Приём: Профильный владелец подтвердил состояние. Возврат: Не распределять неподтвержденный ресурс.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действительность назначения и пакета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назначение каждого прораба, его направление и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стыки работ и общие ресурсы.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Проверить, что точки останова включены в сменные планы.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ссылки свода на журнал, вызовы контроля и первичный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Проверить, что технические стопы не сняты административно.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Проверить независимого принимающего при совмещении ролей.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Декомпозирует фронт на задания прорабам по направлениям и зонам.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координационный план стыков и общих ресурсов.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Агрегирует первичные своды прорабов без изменения их данных.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пакет возврата или эскалации по конкретному разрыву.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Согласованный план направлений (конечный). Поля: период; направления; работы; зоны; прорабы; ресурсы; стыки; контрольные точки; сроки; стопы. Доказательства: назначения; пакеты ПТО; подтверждения ресурсов.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Назначение прорабу (промежуточный). Поля: прораб; направление; работа; зона; РД/ППР; ресурсы; критерии; контрольные точки; срок; ограничения. Доказательства: назначение старшего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Свод направления за смену (промежуточный). Поля: направление; дата; прорабы; работы; план; факт; ресурсы; контрольные точки; простои; риски. Доказательства: своды прорабов; журналы; вызовы контроля.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Назначение начальника участка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прорабов и направлений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Разрешенные пакеты ПТО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Подтвержденные ресурсы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Своды прорабов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стопов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действующего назначения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Фронт выходит за направление или зону.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Конфликт смежных работ не решен.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Общий ресурс не подтвержден.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Технический или охранный стоп открыт.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Свод прораба не имеет первичного источника.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Обнаружено самосогласование при совмещении.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Назначать фронты прорабам в пределах полученного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Перераспределять общие ресурсы в пределах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свод прорабу.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Останавливать группу фронтов при системном риске.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начальнику участка и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переписывать первичные записи прорабов ради свода.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принимать собственный результат прораба в назначении старшего прораба.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Координационная готовность фронтов прорабов.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Полнота свода направления без приемки качества и объема.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Прорабы без действующего назначения. Формула: количество. Цель: 0. Защита от неверного применения: Учитывается направление, зона и срок..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Конфликты смежных фронтов в смене. Формула: неразрешенные конфликты. Цель: 0. Защита от неверного применения: Конфликт не скрывается перепланированием задним числом..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Своды без первичных записей. Формула: количество. Цель: 0. Защита от неверного применения: Каждая цифра раскрывается до источника..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Самосогласование при совмещении. Формула: случаи. Цель: 0. Защита от неверного применения: Назначается независимый принимающий..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Направления сегодня: Видеть фронты, прорабов, стыки и стопы. Действия: назначить; перенести; остановить.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Назначения прорабов: Проверять полномочия, зоны и сроки. Действия: создать назначение; заменить; проверить конфликт.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Координация фронтов: Согласовывать последовательность смежников. Действия: сопоставить; изменить окно;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Готовность смены: Собирать подтверждения прорабов до начала. Действия: принять готовность; вернуть; открыть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Свод направления: Проверять факт без его переписывания. Действия: открыть источник; вернуть; передать начальнику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Разрывы и стопы: Маршрутизировать проблему владельцу. Действия: классифицировать; собрать пакет; эскалировать.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Каждый прораб получил фронт только в своем назначенном направлении и зоне.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Свод направления связан с первичными фактами, а совмещенные назначения не создают самосогласования.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Назначение вне направления. Обнаружение: Прорабу передана чужая работа. Реакция: Отозвать и переназначить. Владелец: Старший прораб.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Конфликт общего ресурса. Обнаружение: Два фронта используют один ресурс. Реакция: Изменить окна и уведомить участников. Владелец: Старший прораб.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Технический стоп проигнорирован. Обнаружение: Фронт включен в смену. Реакция: Остановить и эскалировать. Владелец: Старший прораб.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Свод изменил первичный факт. Обнаружение: Значение не совпадает с журналом. Реакция: Вернуть свод и сохранить исходную запись. Владелец: Начальник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Один сотрудник создал и принял свод. Обнаружение: Совпали назначения автора и принимающего. Реакция: Назначить независимую приемку. Владелец: Начальник участка.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Когда в компании выделяется старший прораб?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направления он объединяет?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ресурсы вправе перераспределять?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оформляется временное совмещение?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принимает его свод при замещении начальника участка?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83 · Начальник участка → Старший прораб: Назначить разрешенный фронт группе направлений.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91 · Прораб генподрядчика по направлению → Старший прораб: Передать готовность к смене и производственный свод направления.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87 · Старший прораб → Прораб генподрядчика по направлению: Назначить прорабу разрешенный фронт его направления.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88 · Старший прораб → Начальник участка: Передать проверяемый свод направления и разрывы.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89 · Старший прораб → Инженер подготовки производства ПТО: Вернуть изменение фактической готовности фронта.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90 · Старший прораб → Инженер по охране труда и технике безопасности: Эскалировать системное условие безопасности группы фронтов.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19 · Прораб генподрядчика по направлению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Организовать безопасное выполнение работ генподрядчика в назначенном направлении и зоне по действующим основаниям, ежедневно фиксировать производственный факт и своевременно предъявлять каждый скрываемый или ответственный этап независимому контролю.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Прораб по направлению: Работы направления, вызовы контроля, журналы и первичный факт.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5; результатов: 4; входящих передач: 19; исходящих передач: 10; экранов: 11.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Проверять свое назначение, направление и вычисленный системой первоначальный допуск до выдачи сменного задания.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Подтверждать фактическую готовность фронта и условия производства по своему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Назначать мастеру и исполнителям конкретные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Формировать по графику производства работ потребности в людях, материалах, геодезии, лаборатории, технике, инструменте и оснастке.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Инициировать запрос на разъяснение при отсутствии или противоречии технического основания, не создавая проектное решение самостоятельно.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Включать в работу только людей, одновременно допущенных кадровым контуром и инженером ОТ/ТБ.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Вести общий и специальные журналы производства работ своего направления.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8. Совместно с инженером ОТ/ТБ обеспечивать записи и подписи ответственного прораба в применимых журналах ОТ и 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9. Фиксировать людей, технику, материалы, объем и отклонения смены.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10. Создавать вызов контроля до сокрытия этапа и обеспечивать устранение замечаний.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11. Передавать старшему прорабу свод с неизменяемыми ссылками на первичный факт.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ППР и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вместо строительного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подписывает исполнительную схему вместо геодезиста.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лабораторный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определяет стоимость и платежную готовность.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открывает следующую технологическую операцию вручную и не подменяет вычисляемое системой разрешение.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Назначенный разрешенный фронт работ ← Старший прораб / начальник участка при прямом назначении. Поля: назначение; прораб; направление; работа; полное наименование; зона; РД и версия; ППР и версия; акт передачи фронта; контрольные точки; ограничения; срок действия. Приём: Назначение действует, направление и зона входят в полномочие прораба, все обязательные ворота готовности закрыты. Возврат: Не начинать работу; вернуть точный дефицит или конфликт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График производства работ и договорные основания ← График производства работ / договоры. Поля: договор; версия; позиция графика; работа; зона; последовательность; плановые даты; движение рабочей силы; движение техники; движение материалов; контрольные окна; приложение со стоимостью. Приём: График и приложения утверждены при подписании договора либо изменены зарегистрированным основанием. Возврат: Вернуть ПТО или договорному контуру при конфликте работы, срока, ресурса или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Состав смены и параллельные допуски ← Персонал и ОТ. Поля: работники; профессии; кадровый статус; статус ОТ и ТБ; удостоверения; инструктажи; назначения; наряды; журнальные подписи; сроки. Приём: Каждый исполнитель имеет два положительных статуса на дату и операцию; обязательные журнальные подписи определены. Возврат: Не включать работника при отрицательном или отсутствующем статусе хотя бы одного контура.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Ресурсы смены ← Склад / механик / МОЛ. Поля: материалы и партии; количество; документы качества; техника; оператор; оснастка; статус. Приём: Ресурс доступен, прослеживаем и разрешен. Возврат: Открыть дефицит или карантин.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Контрольная матрица ← ПТО / качество / геодезия / лаборатория. Поля: операция; точка останова; вид контроля; уведомительный срок; документы; участники; критерии. Приём: Определено, когда работа должна быть остановлена и предъявлена. Возврат: Запросить матрицу до начала скрываемой операции.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действующее назначение, направление и границы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действующие РД, ППР и технологическую карту.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акт передачи и физическую готовность фронта.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оба независимых допуска каждого человека: персонал и ОТ/ТБ.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инструктажи, СИЗ, наряды и требуемые подписи в журналах ОТ/ТБ.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материал, партию, документы качества, технику и оснастку.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Проверить контрольные точки и срок вызова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8. Не допустить продолжение после точки останова без оформленного разрешения.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сменное задание мастеру.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Преобразует позиции графика в заявки на материалы, людей, технику, оснастку, геодезию и лабораторию с точным сроком.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Создает исходное событие запроса на разъяснение и передает ПТО фактическую локализацию проблемы.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Фиксирует состав смены со снимком двух статусов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Ведет журнал производства и специальные журналы по факту.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Подписывает в пределах назначения применимые журнальные записи ОТ/ТБ, подготовленные совместно с инженером ОТ/ТБ.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Создает карточку выполненного этапа с доказательствами.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8. Формирует вызов строительного контроля/технадзора и точный пакет предъявления.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9. Регистрирует собственное производственное подтверждение; статус следующей операции вычисляет система после всех обязательных проверок.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Подтвержденный производственный факт смены (конечный). Поля: работа; зона; операция; люди; техника; материалы и партии; заявленный объем; время; журнал; фото; отклонения. Доказательства: записи журналов; фото до/процесс/скрываемый этап/после; подтверждения мастера.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Заявка производственного ресурса (промежуточный). Поля: инициатор; договор; график и версия; позиция графика; работа; зона; вид ресурса; параметры; количество; срок/окно; основание расчета; получатель. Доказательства: утвержденный график производства работ; ППР или план контроля; договорное приложение.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Вызов контроля (промежуточный). Поля: работа; зона; точка останова; дата и окно; участники; РД; ППР; доказательства; готовность документов. Доказательства: зарегистрированное уведомление.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Запись журнала производства работ (промежуточный). Поля: дата; погода; работа; зона; состав; техника; материал; факт; контроль; отклонение; подписант. Доказательства: электронная запись с историей.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Действующее назначение прораба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Паспорт разрешенного фронта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РД и ППР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График производства работ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 и приложение со стоимостью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Сменный состав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Материалы и техника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Контрольная матрица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Общий и специальные журналы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действующего назначения на направление и зону.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Фронт не разрешен.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РД/ППР устарели или отсутствуют.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Работник или техника не допущены.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Материал карантинный или без документов.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Открыта точка останова.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Контроль не вызван до сокрытия.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Критическое отклонение не имеет решения.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Останавливать смену по безопасности или основанию.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неподготовленный фронт.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Вызывать независимый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простой и препятствие.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актуальную РД и ресурсы.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Подтверждать только собственную производственную проверку по назначенному направлению и зоне.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закрывать акт скрытых работ собственной подписью за контролирующую сторону.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продолжать следующую операцию по устному разрешению.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открывать вычисляемый допуск вручную.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Сменное задание — в пределах открытого системой первоначального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Собственная производственная готовность фронта и предъявления — без подмены независимых проверок.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Работы без разрешенного фронта. Формула: количество. Цель: 0. Защита от неверного применения: Никакой план не оправдывает нарушение ворот..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Контрольные точки без вызова. Формула: пропущенные точки. Цель: 0. Защита от неверного применения: Вызов до сокрытия..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Записи журнала в смену. Формула: подписанные смены / смены. Цель: 100%. Защита от неверного применения: Исправления отдельной записью..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Возвраты предъявлений. Формула: возвраты / предъявления. Цель: снижение. Защита от неверного применения: Причина и повторность анализируются..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Сегодня: Видеть свое назначение, вычисленный первоначальный допуск, смену и стопы. Действия: переключить назначение; открыть состав допуска; подтвердить готовность фронта; начать смену после системного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Сменные задания: Выдавать конкретные операции. Действия: создать; назначить мастера; вернуть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График и заявки: Формировать из графика производственные потребности и контрольные окна. Действия: открыть позицию графика; создать заявку; указать срок и параметры; передать ПТО; разобрать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Журналы работ: Фиксировать производственный факт. Действия: создать запись; подписать; добавить исправление.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Журналы ОТ и ТБ: Подписывать записи своего направления вместе с инженером ОТ/ТБ. Действия: открыть запись; проверить людей и операцию; подписать; вернуть с замечанием.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Контрольные точки: Не пропускать скрываемые этапы и видеть вычисляемое разрешение следующей операции. Действия: создать вызов; подтвердить готовность предъявления; остановить; открыть состав системного разрешения.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Предъявления и акты: Сопровождать приемку. Действия: открыть замечание; добавить доказательство; получить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8. Технические вопросы: Инициировать запрос на разъяснение из фактической проблемы. Действия: указать РД и зону; добавить факт; сформулировать вопрос; передать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9. Отклонения и простои: Маршрутизировать проблему. Действия: зафиксировать; оценить влияние;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10. Факт и ресурсы: Передавать объемы и расход. Действия: сверить; передать ПТО; открыть дельту.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11. Свод старшему прорабу: Передавать производственный свод без изменения первичного факта. Действия: проверить источники; передать; разобрать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Факт смены подтвержден журналом, ресурсами и доказательствами.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Каждый скрываемый этап остановлен, предъявлен и получил зарегистрированный результат до продолжения.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Работа по старой РД. Обнаружение: Версия не действующая. Реакция: Остановить и уведомить ПТО. Владелец: Прораб.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Скрытие без вызова. Обнаружение: Точка пройдена. Реакция: Остановить, открыть несоответствие и определить восстановление доказательств. Владелец: Прораб/качество.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Недопущенный исполнитель. Обнаружение: Нет документа. Реакция: Удалить из смены. Владелец: Прораб/ОТ.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Материал без партии. Обнаружение: Нет прослеживаемости. Реакция: Не применять. Владелец: Прораб/склад.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Журнал задним числом. Обнаружение: Время записи не соответствует. Реакция: Фиксировать нарушение и отдельное объяснение. Владелец: Прораб.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журналы ведет прораб по каждому виду работ?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Какой срок вызова внешнего контроля?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подтверждает физическую готовность фронта?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оформляется разрешение следующей операции?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фиксируется простой и его виновная причина?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11 · Руководитель проекта → Прораб генподрядчика по направлению: Передать приоритет и срок производственного результата.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 · Технический директор → Прораб генподрядчика по направлению: Передать действующие технические условия производства.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38 · Инженер подготовки производства ПТО → Прораб генподрядчика по направлению: Получить профильное заключение по вопросам технологии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47 · Инженер по объемам ПТО → Прораб генподрядчика по направлению: Вернуть разрыв объема или запрос дополнительного измерения.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50 · Инженер исполнительной документации ПТО → Прораб генподрядчика по направлению: Вернуть дефицит первичного производственного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58 · Техник ПТО → Прораб генподрядчика по направлению: Вернуть дефицит первичных данных автору площадки.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64 · Инженер ПТО по направлению → Прораб генподрядчика по направлению: Передать зарегистрированный технический результат или стоп для вычисляемого разрешения.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76 · Кладовщик → Прораб генподрядчика по направлению: Передать ресурс для конкретной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87 · Старший прораб → Прораб генподрядчика по направлению: Назначить прорабу разрешенный фронт его направления.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102 · Мастер → Прораб генподрядчика по направлению: Передать первично проверенный результат смены.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108 · Уполномоченный представитель субподрядной организации → Прораб генподрядчика по направлению: Передать производственный факт и готовность к предъявлению.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112 · Внутренний строительный контроль → Прораб генподрядчика по направлению: Вернуть результат осмотра, технический стоп и условие продолжения.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117 · Внешний строительный контроль → Прораб генподрядчика по направлению: Передать производственное замечание или технический стоп через зарегистрированный контур.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119 · Геодезист → Прораб генподрядчика по направлению: Передать проект-факт для производственного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125 · Строительная лаборатория → Прораб генподрядчика по направлению: Сообщить результат, влияющий на производство.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127 · Инженер по охране труда и технике безопасности → Прораб генподрядчика по направлению: Передать допуск, ограничения или запрет.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132 · Персонал и допуски → Прораб генподрядчика по направлению: Передать разрешенный состав смены.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136 · Механик / ответственный за технику → Прораб генподрядчика по направлению: Передать готовность или запрет использования.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169 · Гарантийный менеджер → Прораб генподрядчика по направлению: Организовать устранение подтвержденного дефекта.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91 · Прораб генподрядчика по направлению → Старший прораб: Передать готовность к смене и производственный свод направления.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92 · Прораб генподрядчика по направлению → Мастер: Выдать сменное задание.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93 · Прораб генподрядчика по направлению → Инженер подготовки производства ПТО: Передать потребность в ресурсах и независимых проверках из графика производства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94 · Прораб генподрядчика по направлению → Инженер ПТО по направлению: Передать ежедневный производственный факт инженеру ПТО по направлению.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95 · Прораб генподрядчика по направлению → Геодезист: Вызвать геодезический контроль до закрытия измеряемого этапа.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96 · Прораб генподрядчика по направлению → Строительная лаборатория: Вызвать отбор и лабораторное испытание по плану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97 · Прораб генподрядчика по направлению → Внутренний строительный контроль: Предъявить этап внутреннему строительному контролю.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98 · Прораб генподрядчика по направлению → Инженер исполнительной документации ПТО: Передать доказательства для исполнительной документации.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99 · Прораб генподрядчика по направлению → Инженер по объемам ПТО: Передать заявленный объем и источник измерения.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100 · Прораб генподрядчика по направлению → Внешний строительный контроль: Обеспечить внешний осмотр по зарегистрированному маршруту ПТО.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20 · Мастер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Преобразовывать сменное задание прораба в рамках назначенного направления, смены и зоны в безопасные операции конкретных исполнителей и возвращать первичный, проверяемый факт выполнения до предъявления прорабу.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Мастер: Сменные операции, бригады, расход и первичная проверка.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3;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Проверять фактическую доступность рабочей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Распределять операции по исполнителям.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Проводить целевой инструктаж и проверять понимание задания.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Контролировать последовательность, материалы и первичное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Собирать фото, время, расход и препятствия смены.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разрешает фронт.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изменяет РД/ППР.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этап вместо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объем для КС.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снимает стоп прораба, ПТО или ОТ.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Сменное задание ← Прораб по направлению. Поля: назначение прораба; направление; работа; зона; операция; объем; бригада; версии РД/ППР; критерии; точка останова; срок. Приём: Задание находится внутри действующего назначения прораба и разрешенного фронта. Возврат: Вернуть при конфликте направления, физической неготовности или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Состав исполнителей ← Персонал / прораб. Поля: люди; профессии; квалификации; инструктаж; ограничения; срок действия. Приём: Каждый исполнитель соответствует операции. Возврат: Не назначать недопущенного исполнителя.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Материалы и инструмент ← Прораб / МОЛ. Поля: позиции; партии; количество; инструмент; состояние; ограничения. Приём: Ресурс доступен и разрешен. Возврат: Сообщить дефицит до начала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Критерии первичной проверки ← ППР / технологическая карта / прораб. Поля: последовательность; размеры; допуски; фото-точки; скрываемый этап; условия остановки. Приём: Критерии понятны и применимы к зоне. Возврат: Запросить разъяснение до выполнения.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назначение прораба, направление и зону сменного задания.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Осмотреть зону до выдачи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Сопоставить исполнителя и квалификацию.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материал, инструмент и оснастку.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Довести последовательность и точку останова.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первичный результат до передачи прорабу.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Зафиксировать препятствие, отклонение и расход в смене.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индивидуальные/бригадные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Фиксирует фактическое начало и завершение.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Собирает первичные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Возвращает неготовый результат на исправление до предъявления.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Первично проверенный факт операции (конечный). Поля: задание; исполнители; операция; зона; время; материалы; фото; замеры; отклонения; статус. Доказательства: фото и отметка исполнителя.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Карточка препятствия (промежуточный). Поля: зона; событие; время; влияние; фото; требуемый владелец. Доказательства: фото/замер.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Факт расхода смены (промежуточный). Поля: работа; партия; количество; операция; исполнитель; остаток. Доказательства: отметка МОЛ/прораба.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Действующее назначение прораба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Сменное задание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Состав бригады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Технологическая карта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Материалы и инструмент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Точки останова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Задание вне направления или зоны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Зона физически не готова.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Исполнитель не допущен.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материала/инструмента.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Задание конфликтует с РД/ППР.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Достигнута точка останова.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Возникла опасность.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Вернуть задание прорабу.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Остановить операцию.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Переназначить исполнителя в полномочии.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Вернуть результат бригаде на исправление.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оформлять внешний акт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скрывать препятствие ради выполнения плана.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Распределение операций в рамках сменного задания.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Операции без назначенного исполнителя. Формула: количество. Цель: 0. Защита от неверного применения: Исполнитель должен быть идентифицирован..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Первичные возвраты прорабом. Формула: возвраты / результаты. Цель: снижение. Защита от неверного применения: Не стимулировать скрытие дефектов..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Пропущенные точки останова. Формула: количество. Цель: 0. Защита от неверного применения: Абсолютный запрет..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Факт смены без доказательств. Формула: количество. Цель: 0. Защита от неверного применения: Минимальный состав зависит от операции..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Моя смена: Видеть направление, зону, задания и бригаду. Действия: проверить контекст назначения; принять; вернуть; распределить.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Операции: Назначать конкретную работу. Действия: создать; назначить; остановить.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Первичная проверка: Проверять результат бригады. Действия: сверить критерий; вернуть; принять прорабу.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Материалы: Фиксировать расход. Действия: выдать; сверить; передать МОЛ.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Препятствия: Эскалировать разрыв. Действия: создать; сфотографировать; направить.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Контекст задания: Не смешивать направления и полномочия. Действия: открыть назначение прораба; проверить зону; вернуть конфликт.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Каждая операция имеет исполнителя, время, зону, материалы и первичное доказательство.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Прораб принял первичный факт либо оформил конкретный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Задание не соответствует зоне. Обнаружение: Осмотр. Реакция: Вернуть. Владелец: Мастер.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Недопуск. Обнаружение: Документы исполнителя. Реакция: Не назначать. Владелец: Мастер.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Пропущена фото-точка. Обнаружение: Нет доказательства до сокрытия. Реакция: Остановить и уведомить прораба. Владелец: Мастер.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Дефект первичной проверки. Обнаружение: Критерий не выполнен. Реакция: Вернуть бригаде. Владелец: Мастер.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Опасное условие. Обнаружение: Осмотр/сигнал. Реакция: Остановить и вызвать ОТ. Владелец: Мастер.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 мастер принимает сменное задание?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операции требуют индивидуального назначения?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Каковы обязательные фото-точки?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Кто подтверждает расход?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фиксируется простой бригады?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92 · Прораб генподрядчика по направлению → Мастер: Выдать сменное задание.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105 · Бригада / исполнитель → Мастер: Передать факт операции на первичную проверку.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133 · Персонал и допуски → Мастер: Передать исполнителей, доступных для назначения.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101 · Мастер → Бригада / исполнитель: Назначить физическую операцию.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102 · Мастер → Прораб генподрядчика по направлению: Передать первично проверенный результат смены.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103 · Мастер → Инженер по охране труда и технике безопасности: Сообщить опасное условие или нарушение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104 · Мастер → Материально ответственное лицо: Передать факт расхода материала.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21 · Бригада / исполнитель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Выполнять назначенную физическую операцию по доведенным основаниям и возвращать мастеру правдивый первичный факт, препятствия и доказательства без присвоения контрольных полномочий.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Бригада / исполнитель: Выполнение назначенной операции и фиксация факта.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Принять и понять операцию.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рабочее место, инструмент и материал до начала.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Выполнить последовательность ППР/карты.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Остановиться в контрольной точке или при опасности.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Передать мастеру факт, фото, расход и отклонение.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выбирает другую технологию.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собственную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объем КС.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продолжает после стопа.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Назначенная операция ← Мастер. Поля: задание; операция; зона; объем; критерии; срок; точка останова. Приём: Операция понятна и назначена конкретному исполнителю/бригаде. Возврат: Запросить разъяснение до начала.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Действующая технология ← Мастер / ППР. Поля: последовательность; риски; ограждения; СИЗ; допуски; фото-точки. Приём: Проведен целевой инструктаж. Возврат: Не начинать без доведения.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Материал и инструмент ← Мастер / МОЛ. Поля: номенклатура; партия; количество; инструмент; состояние; ограничения. Приём: Ресурс проверен визуально и соответствует заданию. Возврат: Сообщить расхождение мастеру.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Разрешение продолжения ← Прораб / мастер после контроля. Поля: предыдущая точка; результат контроля; условия; разрешенная операция; дата. Приём: Предыдущий скрываемый этап принят уполномоченной ролью. Возврат: Не продолжать по устному сообщению.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совпадение зоны и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материал и инструмент.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доведенные меры безопасности.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Выполнять последовательность без самовольных изменений.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Остановиться в точке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Сообщить о дефекте, препятствии или отклонении немедленно.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Выполняет физическую операцию.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Фиксирует время и расход.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Создает фото до/в процессе/до сокрытия/после по заданию.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сигнал препятствия или опасности.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Факт выполненной операции (конечный). Поля: задание; исполнители; операция; зона; начало; окончание; материал; расход; фото; отклонение. Доказательства: фото; отметка исполнителя.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Сигнал препятствия (промежуточный). Поля: зона; событие; время; фото; влияние. Доказательства: фото/сообщение.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Сигнал опасности (промежуточный). Поля: опасность; зона; люди; время; принятая остановка. Доказательства: фото при безопасной возможности.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Назначение мастера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ППР/технологическая карта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Допуск исполнителей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Материал и инструмент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Разрешение предыдущей точки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Операция не понятна.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Зона не совпадает.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СИЗ/ограждения.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Материал или инструмент не соответствует.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Контрольная точка не закрыта.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Возникла опасность.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Остановить работу при опасности.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Запросить разъяснение задания.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принимать неисправный инструмент.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препятствие без санкции.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подтверждать приемку собственной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редактировать доказательства после передачи.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Подтверждение понимания операции и инструктажа.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Самовольное продолжение после стопа. Формула: случаи. Цель: 0. Защита от неверного применения: Безусловный запрет..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Операции без фото-точек. Формула: неполные / завершенные. Цель: 0. Защита от неверного применения: Состав зависит от карты..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Незарегистрированные препятствия. Формула: выявленные постфактум. Цель: 0. Защита от неверного применения: Сигнал без наказания за правдивость..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Повторный дефект. Формула: повторные / возвраты. Цель: снижение. Защита от неверного применения: Не стимулировать скрытие..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Мои операции: Видеть назначенную работу. Действия: принять; запросить пояснение; начать.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Пошаговая карта: Следовать технологии. Действия: отметить шаг; открыть критерий; остановиться.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Фото и факт: Собирать доказательства. Действия: снять; указать расход; передать.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Стоп-сигнал: Сообщать препятствие/опасность. Действия: остановить; описать; вызвать мастера.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Возврат на исправление: Исправлять конкретный дефект. Действия: открыть замечание; исправить; повторно передать.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Мастер получил первичный факт с исполнителем, зоной, временем, материалом и доказательствами.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Все стоп-сигналы закрыты уполномоченными ролями, а не самой бригадой.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Непонятное задание. Обнаружение: Исполнитель не подтверждает понимание. Реакция: Запросить мастера. Владелец: Бригада.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Неисправный инструмент. Обнаружение: Осмотр. Реакция: Не использовать. Владелец: Бригада.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Опасность. Обнаружение: Наблюдение. Реакция: Остановить. Владелец: Бригада.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Пропуск контрольной точки. Обнаружение: Следующая операция начата. Реакция: Немедленно остановить и сообщить. Владелец: Бригада.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Фото после сокрытия. Обнаружение: Время доказательства. Реакция: Сообщить дефицит, не подделывать. Владелец: Бригада.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 идентифицируется исполнитель?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устройства доступны на площадке?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работает офлайн-фиксация?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Какие фото обязательны по видам работ?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защищается право остановки?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101 · Мастер → Бригада / исполнитель: Назначить физическую операцию.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105 · Бригада / исполнитель → Мастер: Передать факт операции на первичную проверку.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106 · Бригада / исполнитель → Инженер по охране труда и технике безопасности: Передать сигнал непосредственной опасности.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107 · Бригада / исполнитель → Материально ответственное лицо: Подтвердить полученный и фактически использованный ресурс.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22 · Уполномоченный представитель субподрядной организации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Представлять конкретную субподрядную организацию в пределах назначения и организовать исполнение её договорного объема через собственного руководителя работ, ПТО, прорабов, мастеров и независимые функции с полным комплектом производственных и исполнительных доказательств в правилах генподрядчика.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Уполномоченный представитель субподрядной организации: Действует от имени конкретной организации и назначения; не заменяет её руководителя работ, ПТО, прорабов, ОТ, качество, геодезию и лабораторию.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Назначить ответственных лиц и представить допускной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Подготовить ППР/карты и ресурсы по своему объему.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Вести собственный производственный факт и журналы.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Предъявлять этапы через прораба генподрядчика.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Устранять замечания и сдавать полный исполнительный комплект.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является всей субподрядной организацией и не подменяет её назначенных специалистов.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самодопускается на фронт.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собственные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изменяет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формирует оплату без приемки и договорного маршрута.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Договорное задание ← Договорный менеджер / РП. Поля: договор; предмет; позиции; объем; срок; границы; ответственность; удержания. Приём: Объем и границы работ определены. Возврат: Запросить уточнение до мобилизации.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Пакет фронта и оснований ← ПТО / прораб. Поля: работа; зона; РД; ППР; акт передачи; контрольные точки; ограничения. Приём: Фронт передан двусторонним актом и версии действуют. Возврат: Не начинать при дефиците.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Требования допуска подрядчика ← ПТО / ОТ / персонал. Поля: перечень приказов; назначения; удостоверения; инструктажи; журналы; техника; страхование; сроки. Приём: Матрица требований применима к договору и работам. Возврат: Вернуть вопрос владельцу требования.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Матрица исполнительной документации ← ПТО. Поля: вид работы; акты; схемы; журналы; протоколы; документы качества; подписанты; сроки. Приём: Матрица привязана к виду работ. Возврат: Запросить до начала скрываемых этапов.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договорные границы и фронт.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назначения, персонал, технику и 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действующие РД/ППР.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комплект материалов и документов качества.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контрольные точки и матрицу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устранение замечаний и полноту сдачи.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допускной пакет 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Ведет план-факт своего договора.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Создает производственные доказательства и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пакет сдачи и устранения замечаний.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Принятый результат субподрядчика (конечный). Поля: договор; работа; зона; факт; объем; качество; ИД; замечания; приемки; подписанты. Доказательства: акты; схемы; журналы; протоколы; документы качества.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Допускной пакет подрядчика (промежуточный). Поля: организация; назначения; люди; техника; ОТ; ППР; журналы. Доказательства: приказы; удостоверения; акты.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Пакет устранения замечания (промежуточный). Поля: замечание; действие; дата; доказательства; повторный вызов. Доказательства: фото/измерения.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Договор и приложения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Допускной пакет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Акт передачи фронта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РД/ППР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ИД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Контроль генподрядчика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назначены ответственные.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принят фронт.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Истек допуск работника/техники.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действующего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определена матрица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Открыто критическое замечание.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фронт актом.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разъяснение договора/РД.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препятствие и простой.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Повторно предъявлять устраненный результат.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направлять внешнему контролю пакет в обход генподрядчика.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заменять требуемый документ устным объяснением.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Подписывает документы только в собственном полномочии.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Приемка — независимыми сторонами по матрице.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Работы до допуска. Формула: случаи. Цель: 0. Защита от неверного применения: Допуск организации и фронта обязателен..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Предъявления с возвратом по комплектности. Формула: возвраты / предъявления. Цель: снижение. Защита от неверного применения: Причина фиксируется..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Просроченные замечания. Формула: количество. Цель: 0. Защита от неверного применения: Срок считается от подтвержденного получения..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Закрытые работы без ИД. Формула: количество. Цель: 0. Защита от неверного применения: ИД является частью результата..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Мои договоры и фронты: Видеть границы обязательств. Действия: принять фронт; оспорить; открыть.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Допуск организации: Собирать обязательный пакет. Действия: загрузить; назначить; передать на проверку.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Производство: Вести задания и факт. Действия: создать смену; зафиксировать факт; сообщить препятствие.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Предъявления: Вызывать проверку через прораба. Действия: подготовить; передать; устранить.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Исполнительная документация: Собирать комплект. Действия: добавить документ; проверить матрицу; сдать.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План-факт договора: Видеть объем и срок. Действия: сверить; открыть отклонение; передать договорам.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Результат принят в производственном, контрольном и документальном контурах.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Договорная позиция связана с принятым объемом и полным комплектом доказательств.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Нет назначения ответственного. Обнаружение: Допускной пакет неполон. Реакция: Не допускать. Владелец: ПТО/ОТ.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Фронт не передан. Обнаружение: Нет двустороннего акта. Реакция: Не начинать. Владелец: Прораб.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Самоприемка. Обнаружение: Нет независимого результата. Реакция: Сохранить статус предъявления. Владелец: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ИД после завершения. Обнаружение: Матрица не заполнена по ходу. Реакция: Открыть дефицит и план восстановления.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Выход за договор. Обнаружение: Работа отсутствует в предмете. Реакция: Остановить и направить договорам. Владелец: РП.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Каков обязательный допускной пакет по видам подрядчиков?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принимает фронт?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журналы ведет подрядчик?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формируется матрица ИД?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учитываются давальческие материалы и удержания?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134 · Персонал и допуски → Уполномоченный представитель субподрядной организации: Вернуть дефицит допускного пакета персонала.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142 · Договорный менеджер → Уполномоченный представитель субподрядной организации: Направить договорное требование или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108 · Уполномоченный представитель субподрядной организации → Прораб генподрядчика по направлению: Передать производственный факт и готовность к предъявлению.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109 · Уполномоченный представитель субподрядной организации → Инженер исполнительной документации ПТО: Передать исполнительный комплект 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110 · Уполномоченный представитель субподрядной организации → Внутренний строительный контроль: Предъявить этап через контур генподрядчика.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111 · Уполномоченный представитель субподрядной организации → Договорный менеджер: Передать факт договорного изменения или нарушения.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6 · Внутренний строительный контроль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Проверять качество внутри генерального подрядчика до внешнего предъявления и сохранять независимость приемки.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Решение контроля содержит предмет, критерий, доказательства, замечания, блокируемую операцию и условия повторного предъявления.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23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Инженер внутреннего строительного контроля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Входной, операционный и приемочный контроль внутри подрядчика.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3 передач</w:t>
              <w:br/>
              <w:t>Строительная лаборатория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1 передач</w:t>
              <w:br/>
              <w:t>Интерфейс строительного контроля заказчика — 1 передач</w:t>
              <w:br/>
              <w:t>Производственно-технический отдел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23 · Внутренний строительный контроль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Независимо от производства проверять предъявленный результат генподрядчика по действующим требованиям, принимать его для следующего маршрута либо открывать прослеживаемое несоответствие.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Внутренний строительный контроль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внутреннего строительного контроля: Входной, операционный и приемочный контроль внутри подрядчика.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4;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Планировать и проводить внутренние освидетельствования.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основание, фактический результат и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Различать скрытые работы, ответственные конструкции и обычный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Открывать, подписывать и адресовать исполнителю блокирующее замечание при включенном внутреннем контроле.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Проверять устранение и закрывать только замечание собственного объектного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Передавать ПТО доказательный вывод для ИД и внешнего предъявления.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организует производство вместо прораба.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выпускает РД и не согласует отклонение.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создает геодезический или лабораторный результат.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стоимость и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закрывает несоответствие без повторной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Вызов внутреннего контроля ← Прораб. Поля: вызов; работа; полное наименование; зона; точка останова; дата и окно; участники; требуемый результат. Приём: Вызов зарегистрирован до сокрытия этапа. Возврат: Вернуть вызов без зоны, предмета или времени.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Пакет предъявления ← Прораб / ПТО. Поля: РД и версия; ППР и версия; журнал; фото; материалы и партии; документы качества; измерения; протоколы. Приём: Состав соответствует матрице вида работ. Возврат: Вернуть точный перечень дефицита.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Критерии приемки ← РД / ППР / нормативный реестр / договор. Поля: требование; источник; редакция; параметр; допуск; метод проверки; применимость. Приём: Критерий действующий и применим к работе. Возврат: Запросить нормативную проверку при конфликте источников.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Пакет устранения несоответствия ← Прораб / подрядчик. Поля: несоответствие; корректирующее действие; проектное решение при необходимости; дата; фото; измерения; повторный вызов. Приём: Устранение относится к исходному дефекту и зоне. Возврат: Вернуть общее сообщение без доказательств.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полномочие, работу, зону и версию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физическую готовность до сокрытия.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материалы и документы качества по партиям.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обязательные геодезические и лабораторные результаты.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Сопоставить факт с каждым критерием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закрытие замечания повторным осмотром и доказательством.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протокол внутреннего осмотра.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Фиксирует результат по каждому критерию.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Открывает подписанный технический стоп или карточку несоответствия с исполнителем, владельцем исправления, сроком и блокируемой операцией.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подтверждение устранения либо мотивированный повторный возврат; закрытие выполняет только назначение автора замечания.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внутреннего строительного контроля (конечный). Поля: вызов; работа; зона; критерии; факт; вывод; ограничения; подписант; дата. Доказательства: протокол осмотра; фото; измерения.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Карточка несоответствия / технический стоп (промежуточный). Поля: дефект; критерий; зона; критичность; доказательство; назначение автора; исполнитель; владелец исправления; срок; блокируемая операция; повторный осмотр; назначение закрытия. Доказательства: подписанное замечание; фото/замер; полномочие автора.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Подтверждение допуска к внешнему предъявлению (промежуточный). Поля: работа; зона; пакет; исключения; дата; подписант. Доказательства: принятый внутренний протокол.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Матрица контроля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Действующая РД/ППР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Журналы производства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Документы качества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Геодезия и лаборатория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несоответствий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Вызов после сокрытия.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Пакет предъявления неполон.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Критерий не определен.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Обязательное измерение отсутствует.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Материал не прослеживается.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Конфликт РД и факта требует проектного решения.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Останавливать скрытие или следующую операцию.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Открывать и подписывать технический стоп при включенном внутреннем контроле.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Адресовать устранение исполнителю.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Закрывать после повторного осмотра только стоп собственного объектного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повторный осмотр.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заменять внешний контроль собственной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корректировать исходный протокол после подписи; только новая запись.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закрывать стоп другого назначения контроля.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Внутреннее принятие этапа в пределах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Закрытие собственного несоответствия после повторной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Скрытые этапы без внутреннего контроля. Формула: количество. Цель: 0. Защита от неверного применения: Контроль до сокрытия..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Повторные несоответствия. Формула: повторные / закрытые. Цель: снижение. Защита от неверного применения: Не стимулировать формальное закрытие..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Осмотры в согласованное окно. Формула: осмотры в срок / вызовы. Цель: не ниже 95%. Защита от неверного применения: Отсчет от полного пакета..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Закрытия без повторного доказательства. Формула: количество. Цель: 0. Защита от неверного применения: Новая проверка обязательна..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Календарь вызовов: Планировать осмотры. Действия: подтвердить окно; перенести с причиной; назначить инспектора.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Пакет предъявления: Проверять готовность доказательств. Действия: сверить матрицу; вернуть; допустить к осмотру.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Осмотр: Фиксировать факт по критериям. Действия: отметить критерий; добавить фото; принять; выпустить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Стопы и несоответствия: Адресовать исправление и повторно проверять собственные замечания. Действия: открыть; подписать; назначить исполнителя; проверить устранение; закрыть собственный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Внешняя готовность: Передавать принятый пакет. Действия: собрать; подтвердить исключения; направить.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Аналитика качества: Видеть повторяемость и причины. Действия: группировать; открыть источник; эскалировать.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Каждый критерий имеет наблюдаемый факт и вывод.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Принятие или отказ подписаны, связаны с работой, зоной и следующей допустимой операцией.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Поздний вызов. Обнаружение: Работа скрыта. Реакция: Открыть несоответствие и план восстановления доказательств. Владелец: Прораб/качество.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Нет критерия. Обнаружение: Источник не указан. Реакция: Не принимать. Владелец: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Нет обязательного измерения. Обнаружение: Матрица требует результат. Реакция: Вернуть. Владелец: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Повторный дефект. Обнаружение: Та же причина после закрытия. Реакция: Переоткрыть и эскалировать. Владелец: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Давление производства. Обнаружение: Попытка продолжить при стопе. Реакция: Зафиксировать нарушение и эскалировать. Владелец: Качество.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назначен строительным контролем генподрядчика?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работы требуют обязательного внутреннего осмотра?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задается критичность?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Кто вправе снять стоп?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Каков маршрут внешнего предъявления?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86 · Начальник участка → Внутренний строительный контроль: Передать недельный план контрольных точек участка.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97 · Прораб генподрядчика по направлению → Внутренний строительный контроль: Предъявить этап внутреннему строительному контролю.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110 · Уполномоченный представитель субподрядной организации → Внутренний строительный контроль: Предъявить этап через контур генподрядчика.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123 · Строительная лаборатория → Внутренний строительный контроль: Передать лабораторный вывод для приемки.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112 · Внутренний строительный контроль → Прораб генподрядчика по направлению: Вернуть результат осмотра, технический стоп и условие продолжения.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113 · Внутренний строительный контроль → Инженер исполнительной документации ПТО: Передать контрольный результат в исполнительный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114 · Внутренний строительный контроль → Внешний строительный контроль: Подтвердить внутреннюю готовность к внешнему осмотру.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115 · Внутренний строительный контроль → Инженер ПТО по направлению: Сообщить отклонение, требующее проектного/технологического решения.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7 · Интерфейс строительного контроля заказчика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Проверять соответствие работ проекту и обязательным требованиям со стороны заказчика; принимать только в пределах полномочий.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Неявка не является приемкой: следующая операция остается заблокированной до осмотра и подписи уполномоченного представителя.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24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Представитель внешнего строительного контроля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Осмотры, замечания, решения и подписи по назначенной матрице.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Внутренний строительный контроль — 1 передач</w:t>
              <w:br/>
              <w:t>ИТР / Комплекс производителя работ — 1 передач</w:t>
              <w:br/>
              <w:t>Производственно-технический отдел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1 передач</w:t>
              <w:br/>
              <w:t>Интерфейс технического заказчика — 1 передач</w:t>
              <w:br/>
              <w:t>Производственно-технический отдел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24 · Внешний строительный контроль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Проводить предусмотренный договором и полномочием внешний осмотр результата, фиксируя приемку, замечание или отказ без подмены проектировщика, ПТО и финансового контура.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Интерфейс строительного контроля заказчика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Представитель внешнего строительного контроля: Осмотры, замечания, решения и подписи по назначенной матрице.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3;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Получать официальное уведомление и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полномочие и предмет осмотра.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Проводить осмотр в согласованное окно.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Формулировать и подписывать позиционное замечание или технический стоп с критерием и блокируемой операцией.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Адресовать устранение исполнителю.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Подтверждать устранение и закрывать только замечание собственного объектного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Подписывать предусмотренный документ.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выпускает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организует устранение.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объем и стоимость вместо профильных ролей.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оплату.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за иной орган или подписанта.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Официальное уведомление ← ПТО / технический заказчик. Поля: номер; работа; зона; вид осмотра; дата и окно; контакты; полномочие; срок уведомления. Приём: Уведомление зарегистрировано и выдерживает договорный срок. Возврат: Вернуть с указанием нарушенного реквизита/срока.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Комплект предъявления ← ПТО. Поля: РД/ППР; журналы; акты; схемы; протоколы; документы качества; внутренний контроль; исключения. Приём: Реестр показывает комплектность и исключения. Возврат: Вернуть позиционно по реестру.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Фактическая готовность ← Прораб / внутренний контроль. Поля: работа; зона; фото; доступ; точка останова; внутренний вывод; условия безопасности. Приём: Зона доступна и этап не скрыт. Возврат: Перенести с оформленной причиной.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Пакет устранения замечания ← ПТО. Поля: исходное замечание; действие; доказательства; проектное решение при необходимости; повторное уведомление. Приём: Каждое замечание имеет отдельный ответ. Возврат: Вернуть общий ответ без позиционной связи.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собственное полномочие и требуемый вид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срок и реквизиты уведомления.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действующую версию оснований.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комплект по реестру и заявленные исключения.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фактический результат и критерии.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устранение каждого замечания.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протокол внешнего осмотра.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Фиксирует и подписывает позиционные замечания и технические стопы.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Адресует исправление исполнителю и указывает блокируемую операцию.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Подписывает предусмотренный акт/лист осмотра.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Создает решение по повторному предъявлению и закрывает только собственный стоп.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Решение внешнего строительного контроля (конечный). Поля: уведомление; работа; зона; решение; критерии; замечания; исключения; подписант; полномочие; дата. Доказательства: протокол/подписанный 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Позиционное замечание / технический стоп (промежуточный). Поля: номер; работа; зона; контрольная точка; документ/место; критерий; факт; требование; исполнитель; владелец исправления; блокируемая операция; назначение автора; срок. Доказательства: подписанное замечание; фото/отметка; полномочие автора.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Подтверждение устранения (промежуточный). Поля: замечание; повторный факт; вывод; дата; подписант; назначение закрытия. Доказательства: доказательство повторного осмотра.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Договорный регламент приемки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полномочий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уведомлений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Комплект ИД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Доступ на площадку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официального уведомления.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Нарушен обязательный срок уведомления.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Комплект неполон.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Зона недоступна или этап скрыт.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Подписант не уполномочен.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Требуется проектное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и подписывать замечание или технический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Адресовать исправление исполнителю.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повторный осмотр.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Закрывать только стоп собственного объектного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Подписывать только в своем полномочии.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отсутствие ответа за приемку.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давать устное проектное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закрывать стоп другого контролера или назначения.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Внешний контрольный результат в пределах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Закрытие собственного замечания после повторного осмотра.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Ответы в регламентный срок. Формула: решения в срок / полные уведомления. Цель: не ниже 95%. Защита от неверного применения: Срок от полного уведомления..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Общие замечания без позиции. Формула: количество. Цель: 0. Защита от неверного применения: Замечание связано с критерием/местом..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Повторные возвраты по той же причине. Формула: количество. Цель: снижение. Защита от неверного применения: Причина видима всем сторонам..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Подписи вне полномочия. Формула: количество. Цель: 0. Защита от неверного применения: Матрица полномочий обязательна..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Уведомления: Планировать официальные осмотры. Действия: подтвердить; вернуть; назначить.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Комплекты: Проверять реестр предъявления. Действия: сверить; запросить позицию; допустить.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Осмотр: Фиксировать решение. Действия: добавить критерий; зафиксировать факт; принять; выпустить стоп; подписать.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Стопы и замечания: Адресовать устранение и закрывать только собственные замечания. Действия: открыть; подписать; назначить исполнителя; проверить; закрыть собственный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Подписания: Управлять документами в полномочии. Действия: просмотреть; подписать; отказать.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Решение зарегистрировано, подписано уполномоченным лицом и связано с точным комплектом.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Каждое замечание имеет критерий, место, срок и статус.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Позднее уведомление. Обнаружение: Срок нарушен. Реакция: Оформить перенос/отказ по регламенту. Владелец: ПТО/внешний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Этап скрыт. Обнаружение: Нет доступа к факту. Реакция: Не принимать; открыть маршрут восстановления. Владелец: Внешний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Комплект не той версии. Обнаружение: Реестр расходится. Реакция: Вернуть. Владелец: Внешний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Нет полномочия подписанта. Обнаружение: Матрица. Реакция: Не подписывать. Владелец: Внешний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Замечание без критерия. Обнаружение: Нет основания. Реакция: Уточнить до регистрации. Владелец: Внешний контроль.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внешние контролеры участвуют по видам работ?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Какой срок уведомления?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формы подписываются?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Что считается мотивированным возвратом?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фиксируется неявка?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54 · Инженер исполнительной документации ПТО → Внешний строительный контроль: Предъявить применимый исполнительный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100 · Прораб генподрядчика по направлению → Внешний строительный контроль: Обеспечить внешний осмотр по зарегистрированному маршруту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114 · Внутренний строительный контроль → Внешний строительный контроль: Подтвердить внутреннюю готовность к внешнему осмотру.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116 · Внешний строительный контроль → Инженер исполнительной документации ПТО: Вернуть подписанный контрольный результат для регистрации в Реестре исполнительной документации.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117 · Внешний строительный контроль → Прораб генподрядчика по направлению: Передать производственное замечание или технический стоп через зарегистрированный контур.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118 · Внешний строительный контроль → Технический заказчик: Передать результат в заказной контур.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8 · Геодезическая служба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Выполнять разбивку, измерения, проект-факт и исполнительные схемы по зарегистрированным заявкам.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Геодезический результат связан с заявкой, действующей РД, прибором, поверкой, координатной основой, работой и зоной.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25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Геодезист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Разбивка, оси, отметки, измерения и исполнительный контроль.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1 передач</w:t>
              <w:br/>
              <w:t>Производственно-технический отдел — 3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25 · Геодезист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Выполнять независимые геодезические разбивки и исполнительные измерения в единой системе координат, выдавая проверяемый проект-факт с прибором, поверкой, методом и допуском.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Геодезическая служба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Геодезист: Разбивка, оси, отметки, измерения и исполнительный контроль.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Получать заявку с точной зоной и задачей.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исходную геодезическую основу.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Выполнять разбивку и исполнительную съемку.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Рассчитывать отклонения и применимые допуски.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Выпускать исполнительную схему и сигнал критического отклонения.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строительное качество целиком.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согласует проектное отклонение.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определяет стоимость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исправляет фактические данные под допуск.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Геодезическая заявка ← Прораб / ПТО. Поля: вид работ; операция; зона; оси; отметки; элементы; РД и версия; срок. Приём: Задача и контролируемые элементы определены. Возврат: Вернуть общий запрос без элементов/координат.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Исходная геодезическая основа ← Технический заказчик / ГИП / геодезическая служба. Поля: пункты; координаты; высоты; система; акт передачи; точность; дата. Приём: Основа передана актом и пригодна. Возврат: Открыть разрыв при повреждении/несогласованности.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Критерии допуска ← РД / нормативный реестр / ППР. Поля: элемент; параметр; проектное значение; допуск; источник; редакция. Приём: Критерий применим к измеряемому элементу. Возврат: Запросить проектное разъяснение при конфликте.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Данные прибора ← Реестр средств измерений. Поля: прибор; заводской номер; поверка; срок; точность; оператор. Приём: Поверка действительна и точность достаточна. Возврат: Не выполнять итоговую съемку непригодным прибором.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систему координат и исходные пункты.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версию РД и проектные 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прибор, поверку и метод.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Выполнить повторяемые измерения и контроль замыкания.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Рассчитать проект-факт и допуск.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Классифицировать отклонение до выпуска схемы.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полевой журнал измерений.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Рассчитывает координаты, отметки и отклонения.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исполнительную схему.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сигнал о критическом отклонении.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Исполнительная геодезическая схема (конечный). Поля: работа; зона; элементы; оси; отметки; проект; факт; дельта; допуск; прибор; поверка; подписант. Доказательства: полевой журнал; файл схемы; расчет.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Разбивочная основа/акт (промежуточный). Поля: точки; координаты; отметки; система; дата; принимающая сторона. Доказательства: акт и каталог координат.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Сигнал геодезического отклонения (промежуточный). Поля: элемент; проект; факт; допуск; критичность; затронутая работа. Доказательства: измерения.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Геодезическая основа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приборов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Критерии допусков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Календарь контрольных точек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исходной основы.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Система координат не определена.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РД устарела.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Поверка истекла.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Зона недоступна.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Критическое отклонение не маршрутизировано.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неточную заявку.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Останавливать выпуск схемы при проблеме основы.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отклонение независимо от производства.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проектное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корректировать измерение для попадания в допуск.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схему без прибора и поверки.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Геодезический результат и передача основы в полномочии.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Схемы без действующей поверки. Формула: количество. Цель: 0. Защита от неверного применения: Проверка на дату измерения..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Заявки, выполненные к точке контроля. Формула: в срок / полные заявки. Цель: не ниже 95%. Защита от неверного применения: От полного запроса..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Повторные съемки из-за ошибки геодезии. Формула: количество. Цель: снижение. Защита от неверного применения: Отдельно от изменения факта..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Отклонения без проектного маршрута. Формула: количество. Цель: 0. Защита от неверного применения: Стоп до решения..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Заявки: Планировать выезды и измерения. Действия: принять; вернуть; назначить.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Геодезическая основа: Вести пункты и акты. Действия: принять; проверить; сообщить повреждение.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Полевые измерения: Фиксировать первичные данные. Действия: загрузить; проверить замыкание; повторить.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Проект-факт: Рассчитывать отклонения. Действия: сопоставить; применить допуск; открыть сигнал.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Исполнительные схемы: Выпускать документ. Действия: сформировать; подписать; передать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Отклонения: Вести технический маршрут. Действия: эскалировать; связать решение; повторно измерить.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Схема воспроизводится из полевого журнала, метода и действующего прибора.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Проект-факт, допуск и статус отклонения переданы получателям.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Повреждена основа. Обнаружение: Контроль пункта. Реакция: Остановить и восстановить актом. Владелец: Геодезист.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Истекла поверка. Обнаружение: Реестр прибора. Реакция: Не использовать. Владелец: Геодезист.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Конфликт координат. Обнаружение: Модель/РД/основа расходятся. Реакция: Открыть координационный вопрос. Владелец: Геодезист/ТИМ.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Отклонение выше допуска. Обнаружение: Расчет. Реакция: Сигнал и стоп. Владелец: Геодезист.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Схема не той зоны. Обнаружение: Привязка. Реакция: Вернуть и перевыпустить. Владелец: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передает геодезическую основу?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приборы и форматы используются?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допуски по видам работ?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Кто подписывает схемы?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геодезия используется для объемов?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95 · Прораб генподрядчика по направлению → Геодезист: Вызвать геодезический контроль до закрытия измеряемого этапа.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119 · Геодезист → Прораб генподрядчика по направлению: Передать проект-факт для производственного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120 · Геодезист → Инженер исполнительной документации ПТО: Передать исполнительную схему в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121 · Геодезист → Инженер по объемам ПТО: Передать измеряемые величины как источник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122 · Геодезист → Инженер ПТО по направлению: Открыть проектный маршрут по отклонению.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9 · Строительная лаборатория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Планировать отбор и выдавать независимые результаты испытаний по технологии, партии, работе и зоне.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Протокол фиксирует пробу, методику, оборудование, результат, критерий, отклонение и область применения.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26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Специалист строительной лаборатории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Отбор, методика, испытание, протокол и применимость результата.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Внутренний строительный контроль — 1 передач</w:t>
              <w:br/>
              <w:t>ИТР / Комплекс производителя работ — 1 передач</w:t>
              <w:br/>
              <w:t>Производственно-технический отдел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26 · Строительная лаборатория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Планировать отбор, обеспечивать цепочку идентификации образца и выдавать независимый протокол испытания, применимый к конкретной партии, работе и зоне.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Строительная лаборатория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Специалист строительной лаборатории: Отбор, методика, испытание, протокол и применимость результата.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заявку и план контроля.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Организовывать отбор и маркировку образца.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Вести цепочку передачи и условия хранения.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Испытывать по применимому методу на пригодном оборудовании.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Выдавать протокол и сигнал неудовлетворительного результата.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всю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согласует проектное отступление.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результат испытания.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определяет стоимость последствий.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Заявка на отбор/испытание ← Прораб / ПТО. Поля: материал/работа; партия; зона; дата; вид испытания; контрольная точка; срок результата. Приём: Материал, партия и место идентифицированы. Возврат: Вернуть заявку без прослеживаемости.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План и частота контроля ← ПТО / нормативный реестр / РД. Поля: вид работы; метод; частота; объем выборки; возраст/срок; критерий; источник. Приём: Требование действующее и применимо. Возврат: Запросить нормативную проверку при конфликте.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Образец и акт отбора ← Уполномоченные участники отбора. Поля: идентификатор; партия; зона; время; условия; участники; пломба/маркировка. Приём: Цепочка идентификации непрерывна. Возврат: Признать неприменимым при разрыве цепочки.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Оборудование и метод ← Лабораторный реестр. Поля: оборудование; номер; поверка/калибровка; методика; редакция; исполнитель. Приём: Оборудование и метод пригодны. Возврат: Не проводить официальный тест при истекшем статусе.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применимость плана и метода.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партию, зону и полномочия отбора.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маркировку и цепочку передачи.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условия выдерживания/хранения.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оборудование и калибровку.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Сопоставить результат с критерием без изменения первичных данных.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карточку образца.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Фиксирует первичные лабораторные данные.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Рассчитывает результат по методике.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Выпускает протокол и уведомление о несоответствии.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Протокол лабораторного испытания (конечный). Поля: образец; партия; работа; зона; метод; оборудование; результаты; критерий; вывод; подписант. Доказательства: акт отбора; первичные данные; протокол.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Карточка образца (промежуточный). Поля: идентификатор; маркировка; партия; зона; отбор; условия; цепочка передачи. Доказательства: акт отбора; фото маркировки.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Сигнал неудовлетворительного результата (промежуточный). Поля: протокол; партия; зона; критерий; факт; критичность; затронутые работы. Доказательства: первичные данные.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План лабораторного контроля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партий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Методики испытаний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Оборудование и калибровка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Цепочка образцов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Партия не идентифицирована.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Отбор не оформлен.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Маркировка нарушена.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Условия хранения неизвестны.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Оборудование непригодно.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Метод/критерий не применим.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Признавать образец неприменимым.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повторный отбор.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Сообщать отрицательный результат независимо.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Отказывать в протоколе без метода/оборудования.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исправлять первичные данные после получения результата.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переносить результат одной партии на другую.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Протокол подписывает уполномоченный сотрудник лаборатории.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Протоколы без прослеживаемой партии. Формула: количество. Цель: 0. Защита от неверного применения: Неприменимый образец исключается..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Пропущенные обязательные отборы. Формула: количество. Цель: 0. Защита от неверного применения: По плану и фактическому объему..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Результаты в срок. Формула: в срок / применимые испытания. Цель: не ниже 95%. Защита от неверного применения: Срок зависит от метода..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Испытания на непригодном оборудовании. Формула: количество. Цель: 0. Защита от неверного применения: Проверка на дату испытания..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План контроля: Видеть обязательные испытания. Действия: создать заявку; сверить частоту; эскалировать пропуск.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Отборы: Управлять образцами. Действия: зарегистрировать; маркировать; принять.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Цепочка образца: Сохранять прослеживаемость. Действия: передать; подтвердить условия; зафиксировать разрыв.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Испытания: Фиксировать первичные данные. Действия: выбрать метод; записать; рассчитать.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Протоколы: Выпускать результат. Действия: проверить; подписать; передать.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Отклонения: Маршрутизировать отрицательные результаты. Действия: создать сигнал; уведомить; связать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Протокол воспроизводится из образца, цепочки, метода, оборудования и первичных данных.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Получатели уведомлены о применимости и затронутой партии.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Разрыв маркировки. Обнаружение: Нельзя сопоставить образец. Реакция: Неприменим и повторный отбор. Владелец: Лаборатория.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Истекла калибровка. Обнаружение: Реестр оборудования. Реакция: Остановить испытание. Владелец: Лаборатория.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Пропущен срок отбора. Обнаружение: Факт уже скрыт/возраст изменен. Реакция: Открыть дефицит доказательств. Владелец: ПТО/прораб.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Отрицательный результат. Обнаружение: Сравнение с критерием. Реакция: Немедленный сигнал. Владелец: Лаборатория.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Протокол чужой партии. Обнаружение: Реквизиты не совпали. Реакция: Вернуть и исправить маршрутизацию. Владелец: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Какая лаборатория и область аккредитации?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планы контроля по видам работ?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участвует в отборе?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учитываются сроки выдерживания?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получает срочный отрицательный результат?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96 · Прораб генподрядчика по направлению → Строительная лаборатория: Вызвать отбор и лабораторное испытание по плану контроля.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123 · Строительная лаборатория → Внутренний строительный контроль: Передать лабораторный вывод для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124 · Строительная лаборатория → Инженер исполнительной документации ПТО: Включить протокол в исполнительный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125 · Строительная лаборатория → Прораб генподрядчика по направлению: Сообщить результат, влияющий на производство.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126 · Строительная лаборатория → Инженер ПТО по направлению: Открыть технический маршрут по отрицательному результату.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10 · Персонал, допуски, ОТ и ТБ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Параллельно проверять персональные документы, допуски и охрану труда до назначения людей на работы.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Итоговый допуск возникает только после параллельных положительных проверок кадров, ОТ/ТБ и назначения прораба на конкретную работу.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28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Кадровый специалист / персонал и допуски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Персональные документы, квалификация, сроки и кадровый статус.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27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Инженер по охране труда и технике безопасности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Инструктажи, журналы, обучение, осмотры и допуск по ОТ и ТБ.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3 передач</w:t>
              <w:br/>
              <w:t>Персонал, допуски, ОТ и ТБ — 2 передач</w:t>
              <w:br/>
              <w:t>Производственно-технический отдел — 1 передач</w:t>
              <w:br/>
              <w:t>Снабжение, склад и ресурсы — 2 передач</w:t>
              <w:br/>
              <w:t>Управление объектом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4 передач</w:t>
              <w:br/>
              <w:t>Персонал, допуски, ОТ и ТБ — 2 передач</w:t>
              <w:br/>
              <w:t>Производственно-технический отдел — 1 передач</w:t>
              <w:br/>
              <w:t>Снабжение, склад и ресурсы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28 · Персонал и допуски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Подтверждать, что конкретный человек законно и квалификационно может выполнять назначенную роль и операцию в заданный период, сохраняя историю документов и запретов.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Персонал, допуски, ОТ и ТБ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Кадровый специалист / персонал и допуски: Персональные документы, квалификация, сроки и кадровый статус.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3;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карточки работников и работодателей.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профессию, квалификацию, обучение и медицинские допуски.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Вести приказы и назначения ответственных лиц.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Формировать кадровую часть допуска параллельно проверке ОТ и 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Формировать разрешенный состав смены только после положительных статусов обоих контуров.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Предупреждать об истечениях и подбирать замену.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проводит производственный инструктаж вместо руководителя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оценивает безопасную готовность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назначает операцию вместо мастера.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фактическое присутствие без табельного источника.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Карточка работника ← Работодатель / субподрядчик. Поля: ФИО; работодатель; должность; профессия; идентификатор; контакты; согласия. Приём: Личность и работодатель подтверждены по установленному порядку. Возврат: Вернуть неполную или противоречивую карточку.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Документы квалификации ← Работник / работодатель. Поля: вид документа; номер; организация; квалификация; дата; срок; файл. Приём: Документ читаем, действителен и относится к человеку. Возврат: Отметить неподтвержденным до проверки.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Требование операции ← ПТО / ОТ / мастер. Поля: работа; операция; профессия; квалификация; обучение; меддопуск; назначение; период. Приём: Требование связано с утвержденной технологией. Возврат: Запросить уточнение спорного требования.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План смены ← Прораб / мастер / подрядчик. Поля: дата; смена; зона; работы; люди; роли; срок. Приём: Состав подан до контрольного времени. Возврат: Вернуть людей без назначенной операции.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Сопоставить личность и работодателя.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профессию и квалификацию под операцию.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срок обучения, удостоверения и меддопуска.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приказ/назначение на ответственную функцию.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ограничения и пересечения смен.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Сформировать список допущенных, запрещенных и требующих замены.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профиль допуска человека.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Рассчитывает применимость документов к операции и дате.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Передает независимый кадровый статус в общую карточку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состав смены только после положительного статуса инженера ОТ и 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Создает предупреждение об истечении и заявку на замену.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Реестр персональных допусков (конечный). Поля: человек; работодатель; профессия; квалификации; документы; назначения; ограничения; сроки. Доказательства: проверенные документы.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Допущенный состав смены (промежуточный). Поля: смена; работа; зона; человек; роль; операция; статус; ограничение. Доказательства: снимок документов на дату.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Предупреждение/заявка на замену (промежуточный). Поля: человек; документ; дата истечения; затронутые смены; нужная квалификация. Доказательства: расчет срока.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работников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квалификаций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Приказы и назначения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 смен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Сроки документов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Правила обработки персональных данных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Личность не подтверждена.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Работодатель не определен.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Квалификация не соответствует.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 истек.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обязательного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Операция не указана.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Запрещать назначение человека.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документы на проверку.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замену.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Предупреждать об истечении заранее.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показывать лишние персональные данные роли без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продлевать документ вручную без нового основания.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Статус персонального допуска по установленной матрице.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Люди в смене с истекшим допуском. Формула: количество. Цель: 0. Защита от неверного применения: Проверка на дату смены..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Назначения без приказа. Формула: количество. Цель: 0. Защита от неверного применения: Требуемые назначения по матрице..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Критические истечения без замены. Формула: количество. Цель: 0. Защита от неверного применения: Предупреждение заранее..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Избыточные выдачи персональных данных. Формула: подтвержденные случаи. Цель: 0. Защита от неверного применения: Минимизация доступа..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Люди: Вести профили. Действия: создать; проверить; ограничить.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Документы: Контролировать действительность. Действия: загрузить; сверить; отклонить.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Назначения: Вести ответственных. Действия: добавить приказ; проверить полномочие; отозвать.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Состав смены: Формировать разрешенный список. Действия: импортировать план; проверить; передать.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Истечения и замены: Предупреждать дефицит. Действия: уведомить; подобрать; закрыть.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Доступ к данным: Контролировать выдачу сведений. Действия: просмотреть запрос; разрешить; зафиксировать.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Для каждого человека в смене сохранен снимок применимых документов и кадрового статуса на дату.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Общий допуск показывает два независимых решения: персонал и инженер ОТ/ТБ.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Запреты и ограничения переданы прорабу, мастеру и инженеру ОТ/ТБ.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Истек документ. Обнаружение: Дата меньше смены. Реакция: Запретить. Владелец: Персонал.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Документ другого лица. Обнаружение: Реквизиты не совпали. Реакция: Отклонить. Владелец: Персонал.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Нет назначения. Обнаружение: Ответственная роль без приказа. Реакция: Не допускать к функции. Владелец: Персонал.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Замена в последний момент. Обнаружение: Факт отличается от плана. Реакция: Проверить до операции. Владелец: Прораб/персонал.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Избыточный доступ. Обнаружение: Запрос не требует поля. Реакция: Скрыть и зафиксировать. Владелец: Администратор данных.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документы нужны по профессиям?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проверяет подлинность?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назначения обязательны?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Каков срок раннего предупреждения?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персональные поля видит каждая роль?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7 · Директор по строительству → Персонал и допуски: Подтвердить кадровое перераспределение.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128 · Инженер по охране труда и технике безопасности → Персонал и допуски: Передать дефицит квалификации/документов.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138 · Механик / ответственный за технику → Персонал и допуски: Запросить оператора нужной квалификации.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131 · Персонал и допуски → Инженер по охране труда и технике безопасности: Передать доказательство персонального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132 · Персонал и допуски → Прораб генподрядчика по направлению: Передать разрешенный состав смены.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133 · Персонал и допуски → Мастер: Передать исполнителей, доступных для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134 · Персонал и допуски → Уполномоченный представитель субподрядной организации: Вернуть дефицит допускного пакета персонала.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27 · Инженер по охране труда и технике безопасности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Независимо проверять безопасную готовность работы, людей, места, нарядов и мер защиты, вести свой контур журналов ОТ и ТБ и выдавать ограниченный по времени допуск либо доказательный запрет.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Персонал, допуски, ОТ и ТБ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по охране труда и технике безопасности: Инструктажи, журналы, обучение, осмотры и допуск по ОТ и ТБ.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4; входящих передач: 6; исходящих передач: 4; экранов: 7.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Проверять оценку опасностей и безопасный метод.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ограждения, СИЗ, наряды и специальные условия.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Проверять и вести применимые журналы охраны труда и техники безопасности в пределах своей ответственности.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Проводить и фиксировать инструктажи в своем контуре; контролировать подписи ответственных прорабов по направлениям.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Останавливать опасную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Проверять устранение и оформлять восстановление допуска.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технологию вместо технического директора.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назначает квалификацию персонала.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исправность техники вместо механика.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работ.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ППР и безопасный метод ← ПТО / технический директор. Поля: работа; зона; последовательность; опасности; меры; СИЗ; ограждения; наряды; план спасения. Приём: Документ утвержден технически и содержит меры. Возврат: Вернуть без оценки ключевых опасностей.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Состав людей и назначения ← Персонал / подрядчик. Поля: люди; профессии; обучение; удостоверения; инструктажи; ответственные; сроки. Приём: Документы действуют на период работы. Возврат: Запретить недопущенного человека.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Место и оборудование ← Прораб / механик. Поля: зона; доступ; ограждения; освещение; машины; операторы; оснастка; осмотры. Приём: Фактическое состояние проверяемо. Возврат: Назначить осмотр до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Наряд или специальный допуск ← Ответственный руководитель работ. Поля: вид опасной работы; место; состав; меры; срок; допускающий; наблюдающий. Приём: Реквизиты, лица и сроки определены. Возврат: Не допускать работу по просроченному/общему наряду.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применимость ППР к фактической зоне.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опасности и меры по каждой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людей, назначения и сроки документов.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фактические ограждения, СИЗ и доступ.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технику, оператора и специальные наряды.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устранение причины стопа новым осмотром.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чек-лист безопасной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Сверяет параллельный кадровый допуск с требованиями ОТ и ТБ.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Выдает допуск с областью и сроком.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Ведет записи применимых журналов ОТ и ТБ и маршрутизирует подписи ответственных по направлениям.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Открывает предписание/стоп-событие.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Фиксирует проверку устранения и восстановление допуска.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Допуск по охране труда и технике безопасности (конечный). Поля: работа; зона; люди; кадровый статус; статус ОТ и ТБ; техника; меры; наряды; журналы; ограничения; срок; подписант. Доказательства: чек-лист; фото; документы; снимок параллельных проверок.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Стоп-событие безопасности (промежуточный). Поля: опасность; зона; операция; люди; время; мера остановки; владелец; срок. Доказательства: фото/свидетельство.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Журнальный контур ОТ и ТБ (промежуточный). Поля: вид журнала; объект; направление; период; записи; авторы; ответственные прорабы; подписи; исправления. Доказательства: неизменяемые записи журнала; события подписания.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Наряд-допуск (промежуточный). Поля: вид работы; место; состав; меры; допускающий; срок; закрытие. Доказательства: подписанный наряд.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ППР/карты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персонала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Наряды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техники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Чек-листы зон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 реагирования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оценена опасность.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обязательного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Истек документ работника.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ограждения/СИЗ.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Техника или оснастка запрещена.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Наряд отсутствует или истек.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Стоп-событие не закрыто.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Останавливать любую опасную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допускать человека/технику.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доработку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Проводить повторный осмотр.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снимать стоп по обещанию.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ограничивать право работника сообщить об опасности.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Допуск/запрет в пределах компетенции 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Наряд по назначенной матрице подписей.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Работы при открытом стопе. Формула: случаи. Цель: 0. Защита от неверного применения: Критический показатель..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Просроченные обязательные документы. Формула: люди/техника. Цель: 0 в смене. Защита от неверного применения: Будущие истечения показываются заранее..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Повторные нарушения. Формула: повторные / закрытые. Цель: снижение. Защита от неверного применения: Причина анализируется..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Срок проверки устранения. Формула: время от готовности. Цель: по регламенту. Защита от неверного применения: Без автоматического снятия..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Готовность работ: Проверять зоны до запуска. Действия: открыть чек-лист; осмотреть; допустить/запретить.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Люди и параллельный допуск: Сверять кадровую проверку и проверку ОТ/ТБ. Действия: проверить оба статуса; запретить; запросить замену.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Журналы ОТ и ТБ: Вести применимые журналы и подписи ответственных по направлениям. Действия: создать запись; назначить подпись прорабу; исправить связанной записью; закрыть период.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Наряды: Управлять опасными работами. Действия: создать; подписать; закрыть.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Стоп-события: Фиксировать опасность. Действия: остановить; назначить меры; проверить.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Осмотры площадки: Вести плановые проверки. Действия: запланировать; зафиксировать; выпустить предписание.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Повторный допуск: Снимать стоп доказательно. Действия: проверить меры; сфотографировать; выдать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Допуск описывает точную работу, зону, людей, меры, срок и ограничения.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Снятие стопа основано на новом осмотре и доказательствах устранения.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Просроченный документ. Обнаружение: Срок на дату смены. Реакция: Не допускать. Владелец: ОТ/персонал.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Нет ограждения. Обнаружение: Осмотр зоны. Реакция: Стоп. Владелец: 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Опасность не в ППР. Обнаружение: Факт отличается. Реакция: Стоп и возврат ПТО. Владелец: 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Работа после стопа. Обнаружение: Журнал/наблюдение. Реакция: Эскалация руководству. Владелец: 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Формальное закрытие. Обнаружение: Нет нового осмотра. Реакция: Не снимать. Владелец: ОТ.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наряды обязательны?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назначает ответственных?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Каков набор чек-листов по работам?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ведется расследование событий?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вправе возобновить работу?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40 · Инженер подготовки производства ПТО → Инженер по охране труда и технике безопасности: Проверить безопасный метод и допуск.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90 · Старший прораб → Инженер по охране труда и технике безопасности: Эскалировать системное условие безопасности группы фронтов.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103 · Мастер → Инженер по охране труда и технике безопасности: Сообщить опасное условие или нарушение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106 · Бригада / исполнитель → Инженер по охране труда и технике безопасности: Передать сигнал непосредственной опасности.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131 · Персонал и допуски → Инженер по охране труда и технике безопасности: Передать доказательство персонального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135 · Механик / ответственный за технику → Инженер по охране труда и технике безопасности: Передать техническую часть комплексного допуска.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127 · Инженер по охране труда и технике безопасности → Прораб генподрядчика по направлению: Передать допуск, ограничения или запрет.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128 · Инженер по охране труда и технике безопасности → Персонал и допуски: Передать дефицит квалификации/документов.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129 · Инженер по охране труда и технике безопасности → Механик / ответственный за технику: Передать дефект техники или оснастки.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130 · Инженер по охране труда и технике безопасности → Инженер подготовки производства ПТО: Вернуть технологический пакет на доработку безопасности.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11 · Снабжение, склад и ресурсы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Обеспечивать работы материалами, партиями, документами качества, инструментом, оснасткой и техникой с прослеживаемым движением.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Каждая партия и материальное движение связаны с потребностью, поставкой, документами качества, местом применения и ответственным назначением.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16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Снабженец / закупщик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Потребность, отбор, заказ, поставщик, завод и срок поставки.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17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Кладовщик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Приемка партии, накладные, УПД, документы качества, выдача и возврат.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18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Материально ответственное лицо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Ответственное хранение, движение, остаток, инструмент и давальческие ресурсы.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29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Механик / ответственный за технику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Готовность техники, оснастки, лесов и средств доступа.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ИТР / Комплекс производителя работ — 2 передач</w:t>
              <w:br/>
              <w:t>Персонал, допуски, ОТ и ТБ — 1 передач</w:t>
              <w:br/>
              <w:t>Производственно-технический отдел — 2 передач</w:t>
              <w:br/>
              <w:t>Снабжение, склад и ресурсы — 4 передач</w:t>
              <w:br/>
              <w:t>Управление объектом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1 передач</w:t>
              <w:br/>
              <w:t>ИТР / Комплекс производителя работ — 2 передач</w:t>
              <w:br/>
              <w:t>Персонал, допуски, ОТ и ТБ — 2 передач</w:t>
              <w:br/>
              <w:t>Производственно-технический отдел — 3 передач</w:t>
              <w:br/>
              <w:t>Снабжение, склад и ресурсы — 4 передач</w:t>
              <w:br/>
              <w:t>Управление объектом — 3 передач</w:t>
              <w:br/>
              <w:t>Финансы и учет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16 · Снабженец / закупщик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Преобразовывать подтвержденную потребность объекта в прослеживаемый заказ и своевременную поставку требуемого материала, не подменяя проектное согласование, складскую приемку и финансовое решение.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Снабжение, склад и ресурсы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Снабженец / закупщик: Потребность, отбор, заказ, поставщик, завод и срок поставки.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потребность только с техническими характеристиками и сроком.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поставщика, завод, партию и комплект документов качества.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Проводить сопоставление предложений и допустимых аналогов.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Фиксировать заказ, обещанную дату, отгрузку и риск срыва.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Передавать складу данные для физической приемки, а ПТО — сведения о соответствии и рисках.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аналог вместо проектировщика.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фактическое количество вместо кладовщика.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разрешает списание материала.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исполняет платеж и не меняет договорный лимит.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Подтвержденная потребность ← ПТО / руководитель строительства. Поля: полное наименование; характеристики; единица; количество; зона; работа; требуемая дата; РД и версия. Приём: Потребность привязана к работе, версии основания и графику. Возврат: Вернуть без характеристик, количества, зоны или требуемой даты.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Лимит и договорные условия закупки ← Руководитель проекта / договорный менеджер / финансы. Поля: статья; лимит; условия оплаты; аванс; удержание; полномочие; срок. Приём: Определены лимит, полномочие и финансовый маршрут. Возврат: Не размещать заказ сверх лимита без отдельного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Проектное решение по аналогу ← Проектировщик / ГИП. Поля: исходный материал; предлагаемый аналог; сравнение характеристик; допустимость; условия; РД и версия; подписант. Приём: Решение зарегистрировано и относится к нужной зоне и версии. Возврат: Вернуть коммерческое письмо без технического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Предложение поставщика ← Поставщик / завод. Поля: юридическое лицо; завод; номенклатура; характеристики; цена; срок; партия; документы качества; гарантии. Приём: Предложение идентифицирует товар, производителя и обязательства. Возврат: Запросить недостающие реквизиты и доказательства происхождения.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Сопоставить потребность с действующей РД и графиком.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техническое совпадение либо зарегистрированное согласование аналога.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лимит, полномочие и условия договора.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поставщика, завод и прослеживаемость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обязательный комплект паспортов, сертификатов и деклараций.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логистический срок, место разгрузки и риск критического пути.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Формирует сравнительную ведомость предложений.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Создает карточку заказа с контрольными датами.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Связывает заказ с потребностью, работой, зоной и версией РД.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Ведет прогноз поставки и раннюю эскалацию отклонения.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Размещенный заказ поставщику (конечный). Поля: потребность; поставщик; завод; номенклатура; количество; цена; срок; условия; документы качества; полномочие. Доказательства: заказ; согласования; подтверждение поставщика.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Сравнительная ведомость (промежуточный). Поля: предложения; характеристики; цены; сроки; риски; рекомендация. Доказательства: предложения поставщиков; техническое сопоставление.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Прогноз и риск поставки (промежуточный). Поля: заказ; обещанная дата; текущий прогноз; отклонение; влияние; варианты. Доказательства: переписка; данные перевозки.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потребностей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Действующая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График производства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Справочник поставщиков и заводов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Лимиты закупки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документов качества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Потребность без работы или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определены технические характеристики.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Аналог не согласован проектировщиком.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лимита или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Поставщик и завод не идентифицированы.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Документы качества не обещаны в составе поставки.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неполную потребность.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техническое сопоставление аналога.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риск срока и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Приостанавливать размещение при неясном происхождении товара.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отмечать материал принятым до складской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цену закупки за принятую стоимость работ.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Выбор поставщика и заказ в пределах матрицы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Аналог — только после проектного согласования.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Поставки к требуемой дате. Формула: партии вовремя / партии. Цель: не ниже 95%. Защита от неверного применения: Учитывается подтвержденная требуемая дата..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Заказы без технического дефицита. Формула: полные заказы / заказы. Цель: 100%. Защита от неверного применения: Нельзя улучшать показатель скрытием возвратов..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Несогласованные аналоги. Формула: количество примененных. Цель: 0. Защита от неверного применения: Согласование проектировщика обязательно..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Риски, выявленные до срыва. Формула: ранние сигналы / срывы. Цель: 100%. Защита от неверного применения: Сигнал должен предшествовать критической дате..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Потребности: Проверять заявки объекта. Действия: принять; вернуть; уточнить.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Предложения: Сопоставлять поставщиков и заводы. Действия: добавить предложение; сравнить; выбрать.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Заказы: Управлять обязательствами поставки. Действия: разместить; изменить через согласование; отменить.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Поставки: Контролировать отгрузку и прибытие. Действия: подтвердить окно; создать риск; уведомить склад.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Документы качества: Проверять обещанный комплект. Действия: запросить; сопоставить; передать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Риски закупки: Эскалировать влияние на объект. Действия: оценить; предложить варианты; эскалировать.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Заказ связан с подтвержденной потребностью, полномочием, поставщиком, заводом и контрольной датой.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Склад получил точный пакет ожидаемой партии и правил приемки.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Заявка без характеристик. Обнаружение: Нет сопоставимых параметров. Реакция: Вернуть ПТО. Владелец: Снабженец.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Аналог без решения. Обнаружение: Нет зарегистрированного согласования. Реакция: Заблокировать заказ. Владелец: Проектировщик.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Срыв без раннего сигнала. Обнаружение: Прогноз позже требуемой даты. Реакция: Эскалировать РП. Владелец: Снабженец.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Партия без документов. Обнаружение: В заказе нет списка. Реакция: Запросить поставщика и предупредить склад. Владелец: Снабженец.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Поставщик не идентифицирован. Обнаружение: Нет юрлица/завода. Реакция: Не размещать. Владелец: Снабженец.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утверждает поставщика по стоимостным лимитам?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реестры поставщиков и заводов обязательны?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определяется комплект документов качества по материалу?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Какой срок ранней эскалации?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согласует замену после размещения заказа?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41 · Инженер подготовки производства ПТО → Снабженец / закупщик: Передать подтвержденную потребность в материале из графика производства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78 · Кладовщик → Снабженец / закупщик: Сообщить расхождение поставки.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71 · Снабженец / закупщик → Кладовщик: Подготовить физическую и документальную приемку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72 · Снабженец / закупщик → Инженер ПТО по направлению: Проверить соответствие поставки техническому основанию.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73 · Снабженец / закупщик → Руководитель проекта: Эскалировать срыв поставки или превышение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74 · Снабженец / закупщик → Договорный менеджер: Зафиксировать обязательство и нарушение поставщика.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17 · Кладовщик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Фиксировать физический приход, хранение, резерв, выдачу и возврат конкретной партии материала или инструмента с количественной и документальной прослеживаемостью.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Снабжение, склад и ресурсы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Кладовщик: Приемка партии, накладные, УПД, документы качества, выдача и возврат.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4; экранов: 7.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партию по заказу и фактическим документам.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Фиксировать количество, состояние, маркировку и место хранения.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Связывать документы качества с конкретной партией.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Выдавать только уполномоченному получателю на указанную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Вести остатки, возвраты, карантин и расхождения.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определяет техническую допустимость материала.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договорную цену.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разрешает сверхнормативное списание.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фактический объем работ.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Ожидаемая поставка ← Снабженец. Поля: заказ; поставщик; завод; номенклатура; количество; партия; окно; место; товарная накладная; УПД; паспорта качества; сертификаты и декларации по матрице. Приём: Поставка привязана к действующему заказу и содержит ожидаемый документный комплект. Возврат: Вернуть снабженцу уведомление без заказа, номенклатуры, партии или состава документов.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Фактическая партия ← Перевозчик / поставщик. Поля: транспортный документ; товарная накладная; УПД; маркировка; партия; количество; единица; состояние; паспорта качества; сертификаты и декларации по матрице. Приём: Партия доступна для пересчета и осмотра; документы можно связать с изготовителем и партией. Возврат: Поместить в карантин при расхождении, повреждении или неполном документном комплекте; направить дефицит снабженцу.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Заявка на выдачу ← Прораб / мастер / МОЛ. Поля: работа; зона; номенклатура; партия/правило выбора; количество; получатель; полномочие; дата. Приём: Получатель и работа определены; потребность подтверждена. Возврат: Вернуть без полномочия или связи с работой.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Возврат материала или инструмента ← МОЛ / производство. Поля: исходная выдача; позиция; партия; количество; состояние; причина; получатель. Приём: Возврат сопоставим с исходной выдачей. Возврат: Оформить расхождение при несовпадении.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Сопоставить фактическую партию с заказом.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Пересчитать количество и единицы.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маркировку, повреждение и условия хранения.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наличие и привязку документов качества к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полномочие получателя и подтвержденную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Рассчитать остаток после каждой операции и запретить отрицательный остаток.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приходную запись или акт расхождения.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Присваивает место хранения и статус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Создает резерв и выдачу на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Оформляет возврат, карантин, недостачу или повреждение.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Карточка складской партии (конечный). Поля: заказ; поставщик; завод; партия; номенклатура; приход; товарная накладная; УПД; паспорта качества; сертификаты и декларации; документная комплектность; выдано; возврат; остаток; место; статус. Доказательства: первичные документы; документы качества; фото; акты расхождения.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Документ выдачи (промежуточный). Поля: выдача; партия; количество; работа; зона; получатель; полномочие; остаток. Доказательства: подтверждение получателя.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Акт складского расхождения (промежуточный). Поля: заказ; факт; дельта; повреждение; документный дефицит; партия; фото; участники. Доказательства: фото; транспортные и первичные документы.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Заказы поставщикам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Складские места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Номенклатура и единицы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Полномочия получателей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хранения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Документы качества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заказа.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Партия не маркирована.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Количество невозможно проверить.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Документы качества не относятся к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Получатель не уполномочен.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Недостаточный или карантинный остаток.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Отказывать в приемке или помещать в карантин.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заявку на выдачу.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расхождение независимо от снабжения.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Блокировать отрицательный остаток.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менять количество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карантинную партию как доступную.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Приход, выдача и возврат подтверждаются участниками операции.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Расхождения остатка. Формула: системный минус или необъясненная дельта. Цель: 0. Защита от неверного применения: Инвентаризационная дельта не скрывается..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Партии без прослеживаемости. Формула: партии без заказа/документов. Цель: 0. Защита от неверного применения: Карантин не считается доступным остатком..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Выдачи без работы и получателя. Формула: количество. Цель: 0. Защита от неверного применения: Обязательны работа, зона и полномочие..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Срок оформления расхождения. Формула: время от приемки. Цель: в смену приемки. Защита от неверного применения: Фиксируется исходное время события..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Ожидаемые поставки: Планировать приемку. Действия: подтвердить окно; назначить место; открыть заказ.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Приемка: Сверять физическую партию и документы. Действия: пересчитать; сфотографировать; связать накладную и УПД; проверить комплект качества; принять/карантин.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Документы партии: Давать ПТО прямой доступ к уже принятому комплекту. Действия: открыть; сопоставить с партией; зафиксировать дефицит; запросить снабжение.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Остатки и места: Видеть доступность. Действия: найти; резервировать; инвентаризировать.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Выдача: Передавать ресурс на работу. Действия: проверить полномочие; выдать; получить подтверждение.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Возвраты: Возвращать и закрывать ответственность. Действия: принять; оценить состояние; оформить расхождение.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7. Карантин и расхождения: Не допускать спорную партию. Действия: открыть акт; уведомить; снять карантин по решению.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Каждая физическая операция отражена по партии, количеству, месту и участникам.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Остаток воспроизводится из приходов, выдач и возвратов.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Недостача при приемке. Обнаружение: Факт меньше заказа. Реакция: Открыть акт и уведомить снабжение. Владелец: Кладовщик.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Повреждение. Обнаружение: Осмотр/фото. Реакция: Карантин. Владелец: Кладовщик.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Документы чужой партии. Обнаружение: Не совпадает маркировка. Реакция: Карантин и запрос. Владелец: ПТО/снабжение.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Неуполномоченный получатель. Обнаружение: Нет назначения. Реакция: Отказать в выдаче. Владелец: Кладовщик.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Отрицательный остаток. Обнаружение: Расчет после операции. Реакция: Блокировать проведение. Владелец: Система.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 проводится приемка по видам материалов?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снимает карантин?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доверенности и назначения нужны получателю?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учитывается инструмент и оснастка?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проводится инвентаризация?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71 · Снабженец / закупщик → Кладовщик: Подготовить физическую и документальную приемку партии.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79 · Материально ответственное лицо → Кладовщик: Вернуть остаток, инструмент или оснастку.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75 · Кладовщик → Материально ответственное лицо: Передать материальную ответственность за выданную партию или инструмент.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76 · Кладовщик → Прораб генподрядчика по направлению: Передать ресурс для конкретной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77 · Кладовщик → Инженер ПТО по направлению: Передать сведения о фактической партии, первичных и качественных документах.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78 · Кладовщик → Снабженец / закупщик: Сообщить расхождение поставки.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18 · Материально ответственное лицо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Нести подтвержденную ответственность за полученные материалы, давальческие ресурсы, инструмент и оснастку от выдачи до расхода, возврата, передачи или оформленной недостачи.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Снабжение, склад и ресурсы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Материально ответственное лицо: Ответственное хранение, движение, остаток, инструмент и давальческие ресурсы.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3;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Подтверждать фактическое получение и состояние.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Связывать расход с конкретной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Вести передачу между ответственными лицами.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Возвращать остаток, инструмент и оснастку.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Оформлять недостачу, повреждение и сверхнормативный расход.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определяет норму расхода.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материала.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объем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списывает сверх нормы без основания и согласования.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Складская выдача ← Кладовщик. Поля: выдача; партия; позиция; количество; состояние; работа; зона; получатель. Приём: Количество и состояние проверены при передаче. Возврат: Вернуть до использования при расхождении.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Нормативная потребность и потери ← ПТО. Поля: работа; зона; объем; материал; норма; технологические потери; основание; версия. Приём: Норма относится к действующей технологии и объему. Возврат: Запросить уточнение при смене объема/технологии.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Факт расхода ← Мастер / прораб. Поля: работа; зона; операция; партия; количество; дата; исполнитель; доказательство. Приём: Расход связан с выполненной операцией. Возврат: Вернуть общий расход без работы и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Требование возврата или инвентаризации ← Кладовщик / РП / финансы. Поля: позиции; партии; период; дата; место; ответственный. Приём: Определены состав и момент проверки. Возврат: Запросить точный перечень.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Сверить выдачу с фактическим получением.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Сопоставить расход с работой, зоной и подтвержденным объемом.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Сравнить расход с нормой и допустимыми технологическими потерями.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давальческий статус и условия возврата.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остаток и состояние инструмента/оснастки.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Оформить основание каждого сверхнормативного отклонения.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карточку ответственности по выдаче.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Распределяет расход по работам и партиям.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возврат или передачу другому МОЛ.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акт недостачи/повреждения/сверхнормативного расхода.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Баланс материальной ответственности (конечный). Поля: получено; израсходовано; передано; возвращено; остаток; недостача; работы; партии; основания. Доказательства: подтверждения выдачи/расхода/возврата.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Подтверждение расхода (промежуточный). Поля: работа; зона; партия; количество; объем; норма; дельта; исполнитель. Доказательства: первичный факт; журнал.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Акт отклонения ресурса (промежуточный). Поля: вид отклонения; позиция; количество; причина; виновное событие; доказательства; маршрут. Доказательства: фото; объяснение; инвентаризация.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Складские выдачи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Нормы расхода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Подтвержденный производственный факт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МОЛ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Учет давальческих материалов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Инвентаризации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Выдача не подтверждена.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связи расхода с работой.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Норма или объем не определены.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Отсутствует партия.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Сверхнормативный расход без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Возврат физически не принят складом.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принимать выдачу с расхождением.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норму и работу до списания.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Инициировать сверку и передачу ответственности.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Открывать акт отклонения.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подтверждать расход одной суммой без партий и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закрывать ответственность устным сообщением.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ответственности подтверждается обеими сторонами.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Сверхнормативное списание — только по отдельному маршруту.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Необъясненный материальный разрыв. Формула: выдано - расход - возврат - остаток. Цель: 0. Защита от неверного применения: Расхождение не скрывается списанием..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Расход без работы/партии. Формула: количество записей. Цель: 0. Защита от неверного применения: Детализация обязательна..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Сверхнормативный расход без решения. Формула: количество. Цель: 0. Защита от неверного применения: Допустимые потери учитываются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Закрытие открытых выдач. Формула: закрытые / завершенные работы. Цель: 100%. Защита от неверного применения: Только после складского подтверждения..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Мои выдачи: Видеть открытые обязательства. Действия: подтвердить; оспорить; открыть.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Расход по работам: Разносить ресурс по факту. Действия: связать работу; ввести расход; приложить доказательство.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План-факт ресурса: Видеть отклонение. Действия: сравнить; объяснить;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Возвраты и передачи: Закрывать ответственность. Действия: создать возврат; передать; подтвердить.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Инвентаризация: Сверять физический остаток. Действия: пересчитать; зафиксировать; создать 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Отклонения: Расследовать потери. Действия: классифицировать; передать; закрыть по решению.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Баланс по каждой выдаче сходится до нуля либо имеет открытый акт отклонения.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Расход связан с работой, зоной, партией и нормой.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Расход без работы. Обнаружение: Нет идентификатора. Реакция: Вернуть запись. Владелец: МОЛ.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Сверх нормы. Обнаружение: Факт выше нормы и потерь. Реакция: Открыть акт и эскалировать. Владелец: МОЛ.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Невозвращенная оснастка. Обнаружение: Работа закрыта, выдача открыта. Реакция: Запросить возврат/акт. Владелец: МОЛ.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Передача без получателя. Обнаружение: Нет двустороннего подтверждения. Реакция: Не менять ответственность. Владелец: Система.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Недостача. Обнаружение: Инвентаризация. Реакция: Оформить акт и маршрут. Владелец: МОЛ.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назначает МОЛ по объекту?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нормы и потери применяются?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учитывается давальческий материал?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рассчитывается стоимость ущерба?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Кто согласует сверхнормативное списание?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75 · Кладовщик → Материально ответственное лицо: Передать материальную ответственность за выданную партию или инструмент.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104 · Мастер → Материально ответственное лицо: Передать факт расхода материала.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107 · Бригада / исполнитель → Материально ответственное лицо: Подтвердить полученный и фактически использованный ресурс.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79 · Материально ответственное лицо → Кладовщик: Вернуть остаток, инструмент или оснастку.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80 · Материально ответственное лицо → Инженер по объемам ПТО: Передать материальный расход для план-факт проверки.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81 · Материально ответственное лицо → Финансовый контролер: Передать неурегулированный материальный ущерб.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82 · Материально ответственное лицо → Руководитель проекта: Эскалировать сверхнормативное списание.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29 · Механик / ответственный за технику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Подтверждать техническую готовность машин, механизмов, немеханизированной оснастки, лесов и тур к конкретной работе, зоне, оператору и периоду, фиксируя запрет, ремонт и простой.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Снабжение, склад и ресурсы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Механик / ответственный за технику: Готовность техники, оснастки, лесов и средств доступа.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3;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реестр техники, оснастки и документов.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осмотры, обслуживание и исправность.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Проверять оператора и совместимость с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Участвовать в приемке лесов, тур и временных конструкций по назначенной матрице.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Фиксировать неисправность, ремонт, замену и простой.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утверждает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проверяет квалификацию оператора вместо персонала.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выдает комплексный допуск 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производственный объем.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Заявка на технику/оснастку ← Прораб / ПТО. Поля: работа; зона; машина/оснастка; параметры; период; оператор; ППР; условия. Приём: Потребность и условия применения определены. Возврат: Вернуть общий запрос без параметров.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Паспорт и регламент ← Владелец техники / производитель. Поля: единица; номер; паспорт; грузоподъемность/параметры; осмотры; ТО; ограничения. Приём: Единица идентифицирована и документы действуют. Возврат: Запретить при отсутствии обязательного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Данные оператора ← Персонал / подрядчик. Поля: человек; квалификация; удостоверение; меддопуск; назначение; срок. Приём: Оператор допущен к этой категории. Возврат: Вернуть персоналу при дефиците.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Фактическое место установки ← Прораб / ОТ. Поля: зона; основание; проезды; уклоны; габариты; ограждения; соседние работы. Приём: Место доступно для осмотра. Возврат: Не выдавать готовность по проектному описанию без осмотра.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идентификатор и паспорт единицы.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осмотр, ТО, испытания и срок документов.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соответствие параметров ППР и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оператора и назначение.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фактическое место установки и ограничения.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Для лесов/тур проверить сборку, основание, ограждения и приемочный акт по применимой процедуре.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карточку готовности единицы.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акт осмотра/приемки оснастки.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Открывает дефект и заказ на ремонт.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запись простоя и замены.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Техническая готовность машины/оснастки (конечный). Поля: единица; номер; работа; зона; оператор; документы; осмотр; ограничения; период; подписант. Доказательства: акт осмотра; фото; паспорта.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Акт приемки лесов/тур/оснастки (промежуточный). Поля: тип; место; схема; комплектация; основание; ограждения; нагрузка; участники; срок. Доказательства: чек-лист; фото;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Карточка неисправности и простоя (промежуточный). Поля: единица; дефект; время; работа; влияние; ремонт; замена; закрытие. Доказательства: осмотр/заказ-наряд.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техники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Паспорта и ТО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операторов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ППР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Чек-листы оснастки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 ремонтов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Единица не идентифицирована.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Истек осмотр/ТО.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Параметры не соответствуют ППР.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Оператор не допущен.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Место установки не готово.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Леса/туры не приняты.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Открыта неисправность.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Запрещать использование.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ремонт или замену.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Ограничивать область и период.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простой независимо.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выдавать готовность только по паспорту без фактического осмотра.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немеханизированные леса/туры вне контроля.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Технический статус единицы и акт оснастки в полномочии.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Использование при запрете/истекшем осмотре. Формула: случаи. Цель: 0. Защита от неверного применения: Критический показатель..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Техника без подходящего оператора. Формула: смены. Цель: 0. Защита от неверного применения: Проверка до смены..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Леса/туры без акта приемки. Формула: активные места. Цель: 0. Защита от неверного применения: По применимой процедуре..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Простой без зарегистрированной причины. Формула: часы. Цель: 0. Защита от неверного применения: Время и владелец фиксируются..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Техника и оснастка: Вести единицы. Действия: добавить; открыть паспорт; изменить статус.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Заявки: Назначать ресурс на работу. Действия: принять; подобрать;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Осмотры и ТО: Контролировать сроки. Действия: провести осмотр; запланировать ТО; запретить.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Леса и туры: Принимать немеханизированную оснастку. Действия: открыть чек-лист; сфотографировать; подписать 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Операторы: Сопоставлять квалификацию. Действия: проверить; запросить замену; назначить.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Неисправности и простои: Управлять ремонтом. Действия: открыть дефект; назначить ремонт; проверить.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Статус готовности связан с единицей, оператором, работой, зоной, осмотром и сроком.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Прораб и ОТ получили одинаковые ограничения и запреты.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Истек ТО. Обнаружение: Дата. Реакция: Запретить. Владелец: Механик.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 тот оператор. Обнаружение: Категория не совпадает. Реакция: Запросить замену. Владелец: Механик/персонал.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Неустойчивое основание лесов. Обнаружение: Осмотр. Реакция: Стоп и пересборка. Владелец: Механик/ОТ.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Поломка в смене. Обнаружение: Сигнал прораба. Реакция: Остановить, открыть дефект. Владелец: Механик.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Перемещение без проверки. Обнаружение: Зона изменилась. Реакция: Статус готовности истекает. Владелец: Система.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единицы подлежат учету?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периодические осмотры обязательны?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принимаются леса и туры?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Кто подписывает акты?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считается и маршрутизируется простой?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6 · Директор по строительству → Механик / ответственный за технику: Переназначить критическую технику.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42 · Инженер подготовки производства ПТО → Механик / ответственный за технику: Передать заявку на технику, инструмент и оснастку из графика производства работ.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129 · Инженер по охране труда и технике безопасности → Механик / ответственный за технику: Передать дефект техники или оснастки.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135 · Механик / ответственный за технику → Инженер по охране труда и технике безопасности: Передать техническую часть комплексного допуска.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136 · Механик / ответственный за технику → Прораб генподрядчика по направлению: Передать готовность или запрет использования.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137 · Механик / ответственный за технику → Руководитель проекта: Эскалировать простой критичной техники.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138 · Механик / ответственный за технику → Персонал и допуски: Запросить оператора нужной квалификации.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12 · Сметный отдел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Связывать принятые технические объемы с расценками, сметными основаниями, изменениями и подготовкой стоимости.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Стоимость не возникает из неподтвержденного объема и всегда ссылается на сметное, договорное и техническое основание.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15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Сметчик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Проверка наименования, объема, расценки, основания и сметной стоимости.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1 передач</w:t>
              <w:br/>
              <w:t>Производственно-технический отдел — 1 передач</w:t>
              <w:br/>
              <w:t>Управление объектом — 1 передач</w:t>
              <w:br/>
              <w:t>Финансы и учет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15 · Сметчик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Преобразовывать подтвержденные объемы и договорно применимые основания в воспроизводимый расчет стоимости, сохраняя расценки, коэффициенты, допущения, исключения и дельту.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Сметный отдел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Сметчик: Проверка наименования, объема, расценки, основания и сметной стоимости.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объем только со статусом и доказательным источником.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Сопоставлять работу с договорной/сметной позицией.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Применять детерминированные расценки и коэффициенты.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Разделять базовый объем, изменение, повторную работу и исключение.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Формировать расчет для договорного и финансового маршрута.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измеряет фактический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определяет договорную применимость в одиночку.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утверждает лимит и не проводит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использует языковую модель как калькулятор стоимости.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Накопительный реестр объемов ← Инженер по объемам ПТО. Поля: работа; полное наименование; зона; единица; план; заявлено; измерено; принято; исключено; повторно; источники. Приём: Для расчета выделен статус объема и независимые основания. Возврат: Вернуть строку без единицы, зоны, статуса или источника.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Договор и сметные приложения ← Договорный менеджер. Поля: договор; редакция; позиции; единицы; расценки; коэффициенты; лимиты; условия индексации; исключения. Приём: Редакция действующая и позиция применима. Возврат: Запросить договорную квалификацию отсутствующей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Изменение проектного основания ← ПТО / проектировщик. Поля: РД; версия; измененные работы; зоны; дата действия; заменяемая версия; последствия. Приём: Изменение зарегистрировано и оценено по работам. Возврат: Вернуть проектный файл без ведомости влияния.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Ресурсные и ценовые основания ← Закупки / договоры / утвержденные сборники. Поля: ресурс; источник цены; дата; условия; транспорт; коэффициенты; применимость. Приём: Источник и дата цены определены. Возврат: Не использовать неподтвержденную цену как факт.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статус и источник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единицу измерения и метод пересчета.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действующую договорную/сметную позицию.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расценку, коэффициенты и дату цен.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Отделить изменение, повторную работу, демонтаж и исключение.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арифметику, округление, налоги/накладные по применимым правилам.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связь объем — позиция — расценка.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Рассчитывает базовую стоимость и дельту.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протокол допущений и исключений.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Версионирует расчет без перезаписи исходных данных.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Расчет стоимости выполненных работ (конечный). Поля: договор; позиция; работа; зона; объем; единица; расценка; коэффициенты; стоимость; удержания/исключения; версия. Доказательства: реестр объема; расчет; источники расценок.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Расчет изменения/дельты (промежуточный). Поля: исходное основание; новое основание; объемная дельта; ценовая дельта; допущения; риск лимита. Доказательства: ведомость изменений; расчет.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Протокол сметного разрыва (промежуточный). Поля: работа; объем; отсутствующая позиция/цена; варианты квалификации; финансовое влияние; владелец решения. Доказательства: источники и переписка.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Накопительный реестр объемов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Договоры и сметы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Справочник расценок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изменений РД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Правила расчета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лимитов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Объем не имеет статуса.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определена единица.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договорной позиции.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Расценка/коэффициент не имеют источника.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Изменение РД не зарегистрировано.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Арифметическая проверка не пройдена.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неподтвержденный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Открывать сметный разрыв.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договорную квалификацию.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альтернативные сценарии как допущения.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заявленный прорабом объем автоматически принятым.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скрывать отсутствующую цену усреднением.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Сметный расчет в пределах назначенного метода.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Договорная применимость подтверждается отдельно.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Строки без источника расценки. Формула: количество. Цель: 0. Защита от неверного применения: Источник и дата обязательны..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Расчеты без принятого/квалифицированного объема. Формула: количество. Цель: 0. Защита от неверного применения: Статусы объема видимы..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Возвраты из-за арифметики. Формула: возвраты / расчеты. Цель: 0. Защита от неверного применения: Автоматическая проверка плюс выборочная сверка..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Сметные разрывы без владельца. Формула: количество. Цель: 0. Защита от неверного применения: Каждый разрыв имеет маршрут..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Объемы к расчету: Проверять строки и источники. Действия: принять; вернуть; связать позицию.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Позиции и расценки: Сопоставлять договорные основания. Действия: найти; сравнить; открыть разрыв.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Калькуляция: Выполнять детерминированный расчет. Действия: рассчитать; проверить; версионировать.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Изменения: Считать дельту. Действия: сравнить версии; разделить причины; передать договорам.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Проверка и выпуск: Фиксировать готовый расчет. Действия: проверить арифметику; подписать; передать.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Разрывы: Маршрутизировать нерасцененные работы. Действия: создать; предложить варианты; эскалировать.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Любая итоговая сумма разлагается до объема, единицы, позиции, расценки, коэффициентов и источников.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Расчет передан договорной роли, а не выдан за готовое платежное обязательство.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Объем без приемочного статуса. Обнаружение: Реестр показывает только заявлено. Реакция: Вернуть ПТО. Владелец: Сметчик.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Нет позиции. Обнаружение: Работа не сопоставлена. Реакция: Открыть сметно-договорный разрыв. Владелец: Сметчик.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Неверная единица. Обнаружение: Единица договора расходится. Реакция: Запросить метод пересчета. Владелец: Сметчик.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Ошибка коэффициента. Обнаружение: Нет основания/редакции. Реакция: Остановить выпуск. Владелец: Сметчик.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Дублирование объема. Обнаружение: Одна работа/зона/период включена дважды. Реакция: Исключить дубликат с записью причины. Владелец: Сметчик.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сметные базы и редакции применяются?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 связаны договорные и сметные позиции?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проверяет коэффициенты?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квалифицируются дополнительные работы?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учитываются аванс, давальческие материалы и удержания?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36 · Начальник ПТО → Сметчик: Передать технически подтвержденный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45 · Инженер по объемам ПТО → Сметчик: Рассчитать стоимость принятого объема.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67 · Сметчик → Договорный менеджер: Проверить договорную применимость расчета.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68 · Сметчик → Финансовый контролер: Передать стоимостную часть платежного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69 · Сметчик → Руководитель проекта: Эскалировать сметный разрыв или превышение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70 · Сметчик → Инженер по объемам ПТО: Вернуть объемный разрыв на уточнение.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13 · Договорный и правовой контур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Фиксировать обязательства, изменения, претензии и правовые основания без подмены технического или сметного результата.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Договорное или претензионное действие содержит основание, событие, доказательства, сумму, срок и уполномоченного адресата.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30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Договорный менеджер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Обязательства, приложения, изменения и договорная готовность.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31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Юрист проекта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Правовая применимость, претензии, сроки и доказательства.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2 передач</w:t>
              <w:br/>
              <w:t>ИТР / Комплекс производителя работ — 1 передач</w:t>
              <w:br/>
              <w:t>Сдача, передача и гарантия — 2 передач</w:t>
              <w:br/>
              <w:t>Сметный отдел — 1 передач</w:t>
              <w:br/>
              <w:t>Снабжение, склад и ресурсы — 1 передач</w:t>
              <w:br/>
              <w:t>Управление объектом — 1 передач</w:t>
              <w:br/>
              <w:t>Финансы и учет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2 передач</w:t>
              <w:br/>
              <w:t>ИТР / Комплекс производителя работ — 1 передач</w:t>
              <w:br/>
              <w:t>Производственно-технический отдел — 1 передач</w:t>
              <w:br/>
              <w:t>Управление объектом — 2 передач</w:t>
              <w:br/>
              <w:t>Финансы и учет — 2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30 · Договорный менеджер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Определять, какое подтвержденное событие создает, изменяет или нарушает договорное обязательство, и выпускать прослеживаемый маршрут договора, допсоглашения, уведомления, удержания или отказа.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менеджер: Обязательства, приложения, изменения и договорная готовность.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8;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реестр договоров, приложений и обязательств.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Сопоставлять технический результат с предметом и позицией договора.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Квалифицировать изменение, дополнительную работу и нарушение.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Контролировать сроки уведомлений и согласований.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Формировать договорную готовность для финансового контура.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 и объем.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смету.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дает юридическое заключение по спору вместо юриста.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утверждает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переписывает договорный факт задним числом.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Техническое основание ← ПТО / качество. Поля: работа; зона; принятый объем; ИД; приемки; изменение РД; исключения; дата. Приём: Технические статусы и доказательства разделены. Возврат: Вернуть без связи с работой/договором.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Расчет стоимости ← Сметчик. Поля: позиции; объемы; расценки; коэффициенты; стоимость; дельты; допущения; версия. Приём: Расчет воспроизводим и прошел внутреннюю проверку. Возврат: Вернуть построчно с причиной.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Договорный комплект ← Реестр договоров. Поля: договор; редакция; приложения; предмет; цена; сроки; уведомления; удержания; полномочия. Приём: Определена действующая редакция. Возврат: Остановить квалификацию при конфликте редакций.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Событие изменения/нарушения ← РП / снабжение / производство / контроль. Поля: событие; дата; обязательство; факт; переписка; влияние; контрагент; требуемое действие. Приём: Событие подтверждено источником. Возврат: Вернуть мнение без доказательства события.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действующую редакцию договора.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предмет, границы и договорную позицию.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технический статус объема/качества.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расчет и финансовые условия.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сроки и форму уведомления.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Определить необходимость юридического заключения, допсоглашения, удержания или претензии.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карточку договорного обязательства.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Классифицирует базовую, измененную и внедоговорную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проект договорного действия.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Версионирует статус и условия финансовой готовности.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Карточка договорного обязательства (конечный). Поля: договор; редакция; обязательство; контрагент; позиция; технический статус; сумма; срок; условия; владелец. Доказательства: договор; технические и сметные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Договорное действие (промежуточный). Поля: тип: допсоглашение/уведомление/удержание/отказ; основание; условия; срок; подписанты. Доказательства: проект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Статус договорной готовности (промежуточный). Поля: обязательство; сумма; условия выполнены/нет; дефицит; удержание; следующий шаг. Доказательства: чек-лист условий.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договоров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Технические приемки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Сметные расчеты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полномочий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Календарь уведомлений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Юридические заключения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определена редакция договора.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Технический статус отсутствует.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Стоимость не воспроизводима.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Срок уведомления не проверен.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 подписанта.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Юридический спор не рассмотрен.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технически/сметно неполный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Открывать обязательство и нарушение.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юридическую проверку.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Блокировать договорную готовность.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оформлять приемку работ договорным документом вместо технического акта.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проект допсоглашения действующим обязательством.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Договорная квалификация в полномочии.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Подписание — по матрице полномочий.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Обязательства без действующей редакции. Формула: количество. Цель: 0. Защита от неверного применения: Редакция обязательна..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Пропущенные сроки уведомления. Формула: количество. Цель: 0. Защита от неверного применения: Раннее предупреждение..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Финансовые передачи без технического статуса. Формула: количество. Цель: 0. Защита от неверного применения: Технический и договорный контуры разделены..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Изменения без оформленного маршрута. Формула: количество. Цель: 0. Защита от неверного применения: Каждое изменение квалифицировано..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Договоры и редакции: Вести источник обязательств. Действия: открыть; сравнить; назначить действующую.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Обязательства: Связывать события с условиями. Действия: создать; квалифицировать; закрыть.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Изменения и допработы: Маршрутизировать договорное изменение. Действия: сопоставить; создать действие; согласовать.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Уведомления и сроки: Не пропускать правовые сроки. Действия: подготовить; согласовать; отправить через утвержденный канал.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Готовность обязательства: Передавать финансы. Действия: проверить условия; назначить удержание; передать.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Нарушения: Вести договорный ответ. Действия: открыть; направить юристу; зафиксировать ответ.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Статус обязательства воспроизводится из договора, события, технического результата и расчета.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Получатель видит условия, дефициты и следующий договорный шаг.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 та редакция. Обнаружение: Противоречие приложений. Реакция: Остановить и установить источник истины. Владелец: Договорный менеджер.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Пропущен срок. Обнаружение: Календарь. Реакция: Немедленно юристу и РП. Владелец: Договорный менеджер.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Допработа без основания. Обнаружение: Нет проектного/заказного события. Реакция: Не квалифицировать как обязательство. Владелец: Договорный менеджер.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Сумма расходится. Обнаружение: Смета и карточка разные. Реакция: Вернуть сметчику. Владелец: Договорный менеджер.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Нет полномочия. Обнаружение: Матрица подписей. Реакция: Не направлять как официальный документ. Владелец: Договорный менеджер.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типы договоров используются?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сроки уведомлений критичны?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подписывает допсоглашения и претензии?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учитываются удержания и аванс?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фиксируется согласие контрагента?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13 · Руководитель проекта → Договорный менеджер: Открыть договорный маршрут изменения.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67 · Сметчик → Договорный менеджер: Проверить договорную применимость расчета.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74 · Снабженец / закупщик → Договорный менеджер: Зафиксировать обязательство и нарушение поставщика.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111 · Уполномоченный представитель субподрядной организации → Договорный менеджер: Передать факт договорного изменения или нарушения.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144 · Юрист проекта → Договорный менеджер: Вернуть проверенный договорный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150 · Финансовый контролер → Договорный менеджер: Вернуть договорный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156 · Бухгалтерия / учет → Договорный менеджер: Передать расхождение первичного документа и обязательства.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173 · Представитель заказчика по приемке → Договорный менеджер: Зафиксировать договорный результат приемки.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139 · Договорный менеджер → Юрист проекта: Получить правовую проверку договорного действия.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140 · Договорный менеджер → Финансовый контролер: Передать договорный статус обязательства.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141 · Договорный менеджер → Руководитель проекта: Передать решение по изменению и превышению полномочий.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142 · Договорный менеджер → Уполномоченный представитель субподрядной организации: Направить договорное требование или возврат.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31 · Юрист проекта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Оценивать применимость договора, закона, формы, полномочий и срока к доказанному событию и выпускать правовую позицию или документ, не заменяя технический и финансовый вывод.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Юрист проекта: Правовая применимость, претензии, сроки и доказательства.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Проверять юридическую квалификацию события.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достаточность доказательств и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Контролировать претензионные и уведомительные сроки.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Готовить заключения, уведомления, претензии и ответы.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Фиксировать правовой риск и условия его снижения.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устанавливает технический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измеряет ущерб самостоятельно.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утверждает коммерческий лимит.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отправляет документ без утвержденного подписанта/канала.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дает окончательный судебный прогноз без профильной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Запрос правовой проверки ← Договорный менеджер / РП. Поля: вопрос; договор; редакция; событие; варианты; срок; требуемый результат. Приём: Вопрос и управленческое решение сформулированы. Возврат: Вернуть общий запрос без предмета.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Доказательный пакет события ← ПТО / качество / производство / снабжение. Поля: факт; дата; участники; документы; фото; переписка; приемки; нарушение. Приём: Первичные доказательства сохранены и прослеживаемы. Возврат: Запросить конкретный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Договорно-нормативная база ← Реестр договоров / официальный источник. Поля: договор; приложения; редакция; применимые нормы; дата актуальности; оговорки. Приём: Источник и актуальность подтверждены. Возврат: Не выдавать предварительный вывод как окончательный.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Расчет воздействия ← Сметчик / финансы / планирование. Поля: сумма; метод; период; простой/ущерб; допущения; источники. Приём: Расчет воспроизводим и отделен от правовой оценки. Возврат: Вернуть неподтвержденную сумму.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применимый договор и редакцию.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юридически значимое событие и хронологию.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доказательства и допустимость источников.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сроки, форму, адресата и канал.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полномочие подписанта.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Разделить факт, правовую интерпретацию, риск и рекомендацию.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правовую карточку дела.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заключение с допущениями.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Готовит официальный документ и маршрут согласования.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Ведет сроки, ответы и доказательства отправки/получения.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Правовое заключение проекта (конечный). Поля: вопрос; факты; источники; применимое условие/норма; анализ; варианты; риски; рекомендация; ограничения. Доказательства: доказательный пакет; официальные источники.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Уведомление/претензия/ответ (промежуточный). Поля: адресат; основание; факты; требование; срок; приложения; подписант; канал. Доказательства: подписанный документ; доказательство доставки.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Карточка правового риска (промежуточный). Поля: риск; вероятность как оценка; последствие; неопределенность; меры; владелец; срок. Доказательства: заключение.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Реестр договоров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Официальные нормы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Доказательная база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полномочий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Календарь сроков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Согласованные каналы переписки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Факты не подтверждены.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Редакция договора не установлена.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Срок неизвестен/критически близок.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 подписанта.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Расчет ущерба не воспроизводим.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Нужна внешняя профильная экспертиза.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недоказанный запрос.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сохранение первичных доказательств.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Ставить правовой стоп в пределах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Рекомендовать внешнюю профильную проверку.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обещать исход спора как факт.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смешивать юридическую позицию с технической приемкой.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Правовая форма и позиция в пределах компетенции.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Отправка — после подписи уполномоченного лица.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Пропущенные юридические сроки. Формула: количество. Цель: 0. Защита от неверного применения: Сроки подтверждаются источником..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Документы без полномочия/доставки. Формула: количество. Цель: 0. Защита от неверного применения: Оба доказательства обязательны..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Заключения без разграничения факта и оценки. Формула: количество. Цель: 0. Защита от неверного применения: Структурная проверка..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Правовые стопы без условия снятия. Формула: количество. Цель: 0. Защита от неверного применения: Условие и владелец обязательны..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Правовые запросы: Принимать вопросы с предметом. Действия: принять; вернуть; назначить срок.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Дела и хронология: Собирать доказательства. Действия: добавить событие; связать документ; зафиксировать пробел.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Заключения: Разделять факт и вывод. Действия: анализировать; проверить источник; выпустить.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Уведомления и претензии: Контролировать документный маршрут. Действия: подготовить; согласовать; зафиксировать доставку.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Сроки и риски: Не пропускать последствия. Действия: создать риск; уведомить РП; обновить.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Архив дела: Передавать завершенную хронологию. Действия: проверить состав; ограничить доступ; передать.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Правовая позиция основана на проверенных фактах, действующих источниках и явных ограничениях.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Официальный документ имеет подписанта, адресата, канал и доказательство доставки.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Недоказанный факт. Обнаружение: Нет первичного источника. Реакция: Вернуть. Владелец: Юрист.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Пропущен срок. Обнаружение: Календарь. Реакция: Эскалировать и оценить последствия. Владелец: Юрист.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 та редакция договора. Обнаружение: Конфликт источников. Реакция: Остановить вывод. Владелец: Юрист/договоры.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Нет полномочия подписанта. Обнаружение: Матрица. Реакция: Не отправлять. Владелец: Юрист.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Высокорисковый вопрос вне компетенции. Обнаружение: Требует специализированной практики. Реакция: Запросить профильную проверку. Владелец: Юрист.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споры и уведомления типичны?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официальные каналы используются?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подписывает документы?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Какие сроки нельзя пропускать?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Когда требуется внешний консультант?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139 · Договорный менеджер → Юрист проекта: Получить правовую проверку договорного действия.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170 · Гарантийный менеджер → Юрист проекта: Открыть гарантийный спор.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143 · Юрист проекта → Руководитель проекта: Передать варианты решения и правовой риск.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144 · Юрист проекта → Договорный менеджер: Вернуть проверенный договорный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145 · Юрист проекта → Финансовый контролер: Передать юридический стоп или условие платежа.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146 · Юрист проекта → Архивариус ПТО: Передать закрытое юридическое дело.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14 · Финансы и учет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Проверять финансовую готовность, исполнять разрешенные платежи и формировать учетный факт по подтвержденным основаниям.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Платеж и учет не создаются без технического, объемного, сметного, договорного и утвержденного финансового основания.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32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Финансовый контролер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Финансовые ворота, лимиты, основания и стопы.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33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Казначейство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Платежная очередь и исполнение утвержденного платежа.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34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Бухгалтерия / учет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Первичные документы, проводка и учетный результат.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2 передач</w:t>
              <w:br/>
              <w:t>Сдача, передача и гарантия — 1 передач</w:t>
              <w:br/>
              <w:t>Сметный отдел — 1 передач</w:t>
              <w:br/>
              <w:t>Снабжение, склад и ресурсы — 1 передач</w:t>
              <w:br/>
              <w:t>Управление объектом — 1 передач</w:t>
              <w:br/>
              <w:t>Финансы и учет — 6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2 передач</w:t>
              <w:br/>
              <w:t>Управление объектом — 3 передач</w:t>
              <w:br/>
              <w:t>Финансы и учет — 6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32 · Финансовый контролер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Отделять техническую, договорную, лимитную и платежную готовность обязательства, формируя проверяемую заявку в казначейство либо точный финансовый стоп.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Финансы и учет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Финансовый контролер: Финансовые ворота, лимиты, основания и стопы.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8;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Сверять технический статус, стоимость и договорное обязательство.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бюджет, лимит, аванс, удержания и налоги.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Исключать дубли и неподтвержденные суммы.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Формировать платежную заявку и маршрут утверждений.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Вести прогноз, обязательства и причины финансовых стопов.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работу.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объем/смету заново.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квалифицирует договор вместо договорного менеджера.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исполняет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отражает проводку вместо бухгалтерии.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Техническая готовность ← ПТО. Поля: работа; зона; принятый объем; ИД; приемки; исключения; период; статус. Приём: Технические доказательства связаны с объемом. Возврат: Вернуть без независимой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Стоимостной расчет ← Сметчик. Поля: договор; позиции; объемы; расценки; коэффициенты; стоимость; версия; допущения. Приём: Расчет проверен и воспроизводим. Возврат: Вернуть арифметический/источниковый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Договорная готовность ← Договорный менеджер / юрист. Поля: обязательство; редакция; условия; удержания; аванс; правовые стопы; подписанты. Приём: Обязательство действует и условия определены. Возврат: Не считать черновик допсоглашения основанием.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Бюджет и лимиты ← Утвержденный финансовый план. Поля: объект; статья; период; бюджет; лимит; использовано; резерв; полномочие. Приём: Источник утвержден и версия действующая. Возврат: Эскалировать превышение до заявки.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четыре независимых статуса: техника, стоимость, договор, лимит.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соответствие периода и контрагента.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дубли обязательств и заявок.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аванс, давальческие материалы, удержания и взаимозачеты.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налоговые/банковские реквизиты по принятому контуру.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полномочия и условие каждого стопа.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карточку финансовой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Рассчитывает сумму к заявке по утвержденным правилам.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платежную заявку и лист согласований.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Обновляет прогноз и реестр обязательств.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Карточка финансовой готовности (конечный). Поля: обязательство; контрагент; технический статус; сметный статус; договорный статус; лимитный статус; сумма; удержания; стопы. Доказательства: ссылки на четыре контура.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Платежная заявка (промежуточный). Поля: получатель; сумма; основание; дата; очередность; реквизиты; подписи; идентификатор. Доказательства: карточка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Финансовый стоп/исключение (промежуточный). Поля: причина; сумма; контур-владелец; условие снятия; срок; эскалация. Доказательства: проверка.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Техническая готовность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Сметные расчеты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Договорные обязательства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Бюджеты и лимиты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утверждений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Платежный календарь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технической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Расчет не подтвержден.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Обязательство не действует.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Лимит превышен.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 правовой стоп.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Реквизиты/подписи не проверены.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Выявлен дубль.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заявку в конкретный контур.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Ставить финансовый стоп с условием снятия.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лимит и приоритет.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Исключать неподтвержденную часть суммы.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снимать технический/правовой стоп самостоятельно.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передачу казначейству оплатой.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Финансовая готовность и заявка в пределах матрицы полномочий.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Заявки без одного из четырех статусов. Формула: количество. Цель: 0. Защита от неверного применения: Технический, сметный, договорный, лимитный..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Дубли платежных обязательств. Формула: количество. Цель: 0. Защита от неверного применения: Идентификаторы и период..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Стопы без владельца/условия снятия. Формула: количество. Цель: 0. Защита от неверного применения: Оба обязательны..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Отклонение прогноза без объяснения. Формула: сумма неподписанной дельты. Цель: 0. Защита от неверного применения: Причина и источник обязательны..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Готовность обязательств: Видеть четыре статуса. Действия: проверить; вернуть; подтвердить.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Бюджет и лимиты: Сверять доступность. Действия: открыть статью; резервировать;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Удержания и авансы: Рассчитывать корректировки. Действия: сопоставить; применить правило; проверить.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Платежные заявки: Формировать маршрут. Действия: создать; согласовать; передать.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Стопы и исключения: Делать дефицит явным. Действия: открыть; назначить владельца; снять по доказательству.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Прогноз объекта: Обновлять обязательства и денежный поток. Действия: пересчитать; сравнить; передать РП.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Заявка разлагается до принятого объема, расчета, обязательства и лимита.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Казначейство получило только утвержденную сумму с реквизитами и ограничениями.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Нет технической готовности. Обнаружение: Статус не принят. Реакция: Вернуть ПТО. Владелец: Финансы.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Превышен лимит. Обнаружение: Сумма выше остатка. Реакция: Эскалировать. Владелец: Финансы.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Дубль. Обнаружение: Совпали контрагент/основание/период. Реакция: Блокировать. Владелец: Финансы.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Открыт правовой стоп. Обнаружение: Заключение. Реакция: Исключить/остановить. Владелец: Финансы.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Не учтен аванс/удержание. Обнаружение: Договорное правило. Реакция: Пересчитать. Владелец: Финансы.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Каковы четыре статуса готовности на объекте?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утверждает лимиты?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учитываются авансы и удержания?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выявляется дубль?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заявки приоритетны?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 · Собственник / генеральный директор → Финансовый контролер: Обновить финансовый лимит и контроль.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68 · Сметчик → Финансовый контролер: Передать стоимостную часть платежного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81 · Материально ответственное лицо → Финансовый контролер: Передать неурегулированный материальный ущерб.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140 · Договорный менеджер → Финансовый контролер: Передать договорный статус обязательства.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145 · Юрист проекта → Финансовый контролер: Передать юридический стоп или условие платежа.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151 · Казначейство → Финансовый контролер: Вернуть факт исполнения или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154 · Бухгалтерия / учет → Финансовый контролер: Вернуть учетный статус и расхождение.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174 · Представитель заказчика по приемке → Финансовый контролер: Передать внешний статус для финансовой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147 · Финансовый контролер → Казначейство: Передать утвержденную платежную заявку.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148 · Финансовый контролер → Бухгалтерия / учет: Передать начисление и основания учета.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149 · Финансовый контролер → Руководитель проекта: Эскалировать лимит/прогноз/приоритет.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150 · Финансовый контролер → Договорный менеджер: Вернуть договорный дефицит.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33 · Казначейство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Исполнять утвержденную платежную заявку в пределах доступной ликвидности и банковских ограничений, фиксируя платежный факт или мотивированный возврат без повторной приемки работ.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Финансы и учет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Казначейство: Платежная очередь и исполнение утвержденного платежа.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3;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только утвержденные заявки.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реквизиты, подписи, дату и очередность.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Планировать ликвидность и платежный календарь.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Исполнять платеж либо возвращать по конкретной причине.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Передавать подтвержденный банковский статус финансам и бухгалтерии.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работы.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определяет сумму обязательства.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получателя/основание без возврата.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отражает бухгалтерскую проводку.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проводит платеж без полномочий.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Утвержденная платежная заявка ← Финансовый контролер. Поля: идентификатор; контрагент; сумма; валюта; основание; дата; очередность; реквизиты; подписи. Приём: Статус утвержден и подписи действуют. Возврат: Вернуть неутвержденную/измененную заявку.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Платежный календарь ← Финансовый план. Поля: дата; остатки; поступления; обязательные платежи; приоритеты; ограничения. Приём: Данные актуальны на момент исполнения. Возврат: Запросить решение по дефициту ликвидности.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Банковские реквизиты и проверки ← Проверенный справочник контрагентов / банк. Поля: получатель; счет; банк; идентификаторы; статус; дата проверки. Приём: Реквизиты совпадают с заявкой и подтверждены по порядку. Возврат: Не исправлять вручную; вернуть владельцу.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 об очередности/исключении ← Уполномоченный руководитель. Поля: заявка; приоритет; лимит; условия; срок; полномочие. Приём: Решение зарегистрировано и находится в лимите. Возврат: Не применять устное указание.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неизменность и утверждение заявки.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полномочия подписей.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получателя и реквизиты.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доступную ликвидность и дату.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банковские/комплаенс-ограничения в принятом контуре.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отсутствие уже исполненного платежа по идентификатору.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платежное поручение из утвержденной заявки.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Резервирует сумму в календаре.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Фиксирует банковский идентификатор и статус.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мотивированный возврат без изменения исходной заявки.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Платежный статус (конечный). Поля: заявка; сумма; получатель; дата; банковский идентификатор; статус; причина возврата. Доказательства: банковское подтверждение/выписка.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Платежное поручение (промежуточный). Поля: заявка; получатель; реквизиты; сумма; назначение; дата; подписанты. Доказательства: системный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Возврат заявки (промежуточный). Поля: заявка; причина; проверка; владелец исправления; срок. Доказательства: журнал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Утвержденные заявки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Платежный календарь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Проверенные реквизиты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Матрица подписей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Банковский контур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Заявка не утверждена.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Подпись/полномочие недействительны.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Реквизиты не подтверждены.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Недостаточно ликвидности.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Банковское ограничение.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Платеж с тем же идентификатором уже исполнен.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заявку без изменения.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Останавливать дубль.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дефицит ликвидности.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банковское ограничение.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менять сумму, реквизиты или назначение в утвержденной заявке.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отправку в банк исполнением.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Исполнение по утвержденной заявке и матрице подписей.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Платежи без утвержденной заявки. Формула: количество. Цель: 0. Защита от неверного применения: Абсолютный запрет..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Дубли исполненных платежей. Формула: количество. Цель: 0. Защита от неверного применения: Идемпотентность по идентификатору..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Возвраты банка из-за реквизитов. Формула: возвраты / платежи. Цель: 0. Защита от неверного применения: Проверка до отправки..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Статусы без банковского доказательства. Формула: количество исполненных. Цель: 0. Защита от неверного применения: Только выписка/идентификатор..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Платежная очередь: Видеть утвержденные заявки. Действия: принять; проверить;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Календарь ликвидности: Планировать деньги. Действия: резервировать; сравнить;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Реквизиты и проверки: Исключать ошибочный платеж. Действия: сверить; заблокировать;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Поручения: Формировать и подписывать. Действия: создать; подписать; отправить.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Банковские статусы: Фиксировать реальный результат. Действия: обновить; связать выписку; уведомить.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Возвраты: Маршрутизировать ошибки. Действия: создать причину; назначить владельца; закрыть.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Исполненный статус подтвержден банком и связан с неизмененной заявкой.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Финансы и бухгалтерия получили один и тот же платежный идентификатор.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Недостаточно ликвидности. Обнаружение: Календарь. Реакция: Эскалировать приоритет. Владелец: Казначейство.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Неверные реквизиты. Обнаружение: Сверка. Реакция: Вернуть заявку. Владелец: Казначейство.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Дубль. Обнаружение: Идентификатор/основание. Реакция: Блокировать. Владелец: Казначейство.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Банк вернул. Обнаружение: Статус. Реакция: Мотивированный возврат. Владелец: Казначейство.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Изменение после утверждения. Обнаружение: Хэш/версия заявки изменилась. Реакция: Аннулировать маршрут и повторно согласовать. Владелец: Система.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 устроена матрица подписей?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статусы возвращает банк?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формируется очередность?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проверяются реквизиты?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предотвращается дубль?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147 · Финансовый контролер → Казначейство: Передать утвержденную платежную заявку.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155 · Бухгалтерия / учет → Казначейство: Вернуть несопоставленный банковский платеж.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151 · Казначейство → Финансовый контролер: Вернуть факт исполнения или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152 · Казначейство → Бухгалтерия / учет: Передать банковский факт для учета.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153 · Казначейство → Руководитель проекта: Эскалировать дефицит ликвидности/приоритета.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34 · Бухгалтерия / учет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Отражать подтвержденные хозяйственные и платежные факты в учетном контуре, сопоставляя первичные документы, обязательство и банковский статус и возвращая расхождения владельцам.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Финансы и учет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Бухгалтерия / учет: Первичные документы, проводка и учетный результат.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4; экранов: 6.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Принимать первичные учетные документы и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Сопоставлять контрагента, договор, период, сумму и налоги.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Отражать начисление, удержание, аванс, платеж и закрытие по принятым правилам.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Проводить сверки с контрагентами и финансовым реестром.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Формировать учетные расхождения без изменения строительного факта.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работы и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рассчитывает объем или сметную стоимость.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определяет договорное обязательство.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исполняет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исправляет первичный документ задним числом.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Пакет признанного обязательства ← Финансовый контролер / договорный менеджер. Поля: договор; контрагент; период; позиции; сумма; удержания; аванс; статус; первичные документы. Приём: Обязательство и учетный момент определены. Возврат: Вернуть пакет без первичных документов/периода.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Первичные документы ← Контрагент / документный контур. Поля: тип; номер; дата; стороны; договор; сумма; налоги; подписи; файл. Приём: Реквизиты, подписи и применимость проверяемы. Возврат: Зарегистрировать дефицит/расхождение.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Банковский факт ← Казначейство. Поля: заявка; платеж; контрагент; сумма; дата; назначение; банковский идентификатор; выписка. Приём: Статус подтвержден банком. Возврат: Не отражать исполнение по статусу «отправлено».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Справочники учета ← Утвержденная учетная политика / мастер-данные. Поля: счета/аналитики; статьи; налоговые правила; контрагенты; объекты; дата действия. Приём: Источник действующий и утвержденный. Возврат: Открыть мастер-данный разрыв.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контрагента, договор и период.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реквизиты и подписи первичного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Сопоставить сумму с признанным обязательством.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аванс, удержание, налоги и взаимозачеты.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Сопоставить банковский идентификатор и назначение.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уникальность учетной записи и закрывающий баланс.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учетную карточку операции.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Сопоставляет первичный документ с обязательством.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Отражает начисление/платеж по утвержденным правилам.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акт сверки и карточку расхождения.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Учетная запись хозяйственного факта (конечный). Поля: объект; контрагент; договор; период; операция; сумма; налоги; аналитика; первичный документ; платеж. Доказательства: первичный документ; банковский факт; реестр обязательств.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Карточка учетного расхождения (промежуточный). Поля: контур; ожидалось; факт; дельта; документ; причина; владелец; срок. Доказательства: сверка.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Акт/реестр сверки (промежуточный). Поля: контрагент; период; начальное сальдо; операции; платежи; конечное сальдо; разногласия. Доказательства: учетные записи и подтверждения.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Первичные документы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обязательств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Банковские выписки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Учетная политика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Мастер-данные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Акты сверки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первичного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Контрагент/договор не совпадает.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Сумма расходится с обязательством.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Налоговые реквизиты не проверены.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Платеж не имеет банковского подтверждения.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Выявлен дубль.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первичный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Открывать учетное расхождение.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Требовать исправление документом, а не перезаписью.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закрывать период при критическом разрыве.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трактовать учетную проводку как техническую приемку.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удалять исходную запись при исправлении; применять корректирующий документ.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Учетное отражение по принятой политике и полномочиям.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Учетные записи без первичного документа. Формула: количество. Цель: 0. Защита от неверного применения: Исключения только по утвержденному правилу..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Несопоставленные банковские операции. Формула: количество/сумма. Цель: 0 к закрытию периода. Защита от неверного применения: Не скрывать временную очередь..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Дубли учетных операций. Формула: количество. Цель: 0. Защита от неверного применения: Уникальные идентификаторы..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Критические расхождения после закрытия. Формула: количество. Цель: 0. Защита от неверного применения: Закрытие только после проверки..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Первичные документы: Проверять входящие основания. Действия: зарегистрировать; сопоставить;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Обязательства и начисления: Отражать хозяйственный факт. Действия: открыть; провести; скорректировать отдельной записью.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Платежи и выписки: Сопоставлять банковский факт. Действия: найти; связать; открыть расхождение.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Авансы и удержания: Вести корректировки. Действия: рассчитать по правилу; сверить; закрыть.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Сверки: Сопоставлять контур с контрагентом. Действия: сформировать; согласовать; зафиксировать разногласие.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Расхождения и закрытие периода: Управлять качеством учета. Действия: назначить владельца; исправить документом; закрыть период.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Учетная запись связана с обязательством, первичным документом и банковским фактом, если платеж исполнен.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Исправления оформлены отдельными прослеживаемыми записями.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Нет первичного документа. Обнаружение: Пакет неполон. Реакция: Вернуть. Владелец: Бухгалтерия.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Сумма не совпала. Обнаружение: Сверка. Реакция: Открыть расхождение. Владелец: Бухгалтерия.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Платеж не сопоставлен. Обнаружение: Нет основания. Реакция: Вернуть казначейству/финансам. Владелец: Бухгалтерия.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Дубль. Обнаружение: Идентификатор/реквизиты. Реакция: Блокировать. Владелец: Бухгалтерия.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Корректировка удалением. Обнаружение: Исходная запись исчезает. Реакция: Запретить; оформить сторно/коррекцию. Владелец: Система.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Какая учетная система является источником истины?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первичные документы обязательны?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 учитываются авансы и удержания?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проводится закрытие периода?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строится сверка с финансовым контуром?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148 · Финансовый контролер → Бухгалтерия / учет: Передать начисление и основания учета.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152 · Казначейство → Бухгалтерия / учет: Передать банковский факт для учета.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154 · Бухгалтерия / учет → Финансовый контролер: Вернуть учетный статус и расхождение.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155 · Бухгалтерия / учет → Казначейство: Вернуть несопоставленный банковский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156 · Бухгалтерия / учет → Договорный менеджер: Передать расхождение первичного документа и обязательства.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157 · Бухгалтерия / учет → Собственник / генеральный директор: Передать агрегированную проверенную учетную отчетность.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Рабочее пространство 15 · Сдача, передача и гарантия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КАБИНЕТА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Собирать готовность к передаче, вести внешний маршрут приемки и обрабатывать гарантийные обращения после сдачи.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результата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Сдача, передача, решение получателя, архивный снимок ПТО и гарантийное обращение остаются отдельными связанными результатами.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состава команды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 кабинете может работать один или несколько сотрудников. Один сотрудник может получить несколько раздельных назначений; автор, полномочие, зона и принимающий фиксируются для каждого действия.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Правило профиля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Профиль задает полномочия и рабочую очередь внутри кабинета, но не создает отдельный кабинет или копию данных.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Профили внутри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820"/>
        <w:gridCol w:w="3420"/>
        <w:gridCol w:w="5120"/>
      </w:tblGrid>
      <w:tr>
        <w:trPr>
          <w:trHeight w:hRule="atLeast"/>
          <w:tblHeader w:val="true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Роль / профиль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Область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35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Руководитель ввода / сдачи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Матрица готовности, этапы сдачи и координация результата.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36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Инженер передачи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Описи, комплекты, замечания и подтверждение передачи.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39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Представитель заказчика по приемке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Решение внешнего получателя в пределах назначения.</w:t>
            </w:r>
          </w:p>
        </w:tc>
      </w:tr>
      <w:tr>
        <w:trPr>
          <w:cantSplit/>
          <w:trHeight w:hRule="atLeast"/>
        </w:trPr>
        <w:tc>
          <w:tcPr>
            <w:tcW w:type="dxa" w:w="8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38</w:t>
            </w:r>
          </w:p>
        </w:tc>
        <w:tc>
          <w:tcPr>
            <w:tcW w:type="dxa" w:w="34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7"/>
              </w:rPr>
              <w:t>Гарантийный менеджер</w:t>
            </w:r>
          </w:p>
        </w:tc>
        <w:tc>
          <w:tcPr>
            <w:tcW w:type="dxa" w:w="5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7"/>
              </w:rPr>
              <w:t>Регистрация, проверка и закрытие гарантийного обращения.</w:t>
            </w:r>
          </w:p>
        </w:tc>
      </w:tr>
    </w:tbl>
    <w:p>
      <w:pPr>
        <w:pStyle w:val="Heading2"/>
      </w:pPr>
      <w:r>
        <w:t>Связи кабинета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Получает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Производственно-технический отдел — 2 передач</w:t>
              <w:br/>
              <w:t>Сдача, передача и гарантия — 3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Передаёт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Договорный и правовой контур — 2 передач</w:t>
              <w:br/>
              <w:t>ИТР / Комплекс производителя работ — 1 передач</w:t>
              <w:br/>
              <w:t>Производственно-технический отдел — 6 передач</w:t>
              <w:br/>
              <w:t>Сдача, передача и гарантия — 3 передач</w:t>
              <w:br/>
              <w:t>Управление объектом — 1 передач</w:t>
              <w:br/>
              <w:t>Финансы и учет — 1 передач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Где раскрыт состав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Точные пакеты, условия, действия получателей и возвраты находятся в приложении «175 паспортов передачи».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Правки по кабинету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35 · Руководитель ввода / сдачи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Управлять внутренней готовностью помещений, систем и этапов к предъявлению, не подменяя внешнюю приемку и архивирование.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Сдача, передача и гарантия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Руководитель ввода / сдачи: Матрица готовности, этапы сдачи и координация результата.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2;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Вести матрицу критериев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Разделять физическую, испытательную и документальную готовность.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Назначать владельцев дефицита.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Планировать комиссии.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Фиксировать применимые исключения.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результат за заказчика.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создает исполнительные доказательства вместо владельцев.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редактирует архив.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скрывает открытые замечания сводным процентом.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Матрица выполненных работ ← ПТО / руководитель строительства. Поля: система; помещение; работа; объем; статус приемки; владелец; срок. Приём: Каждая строка связана с принятым техническим результатом. Возврат: Вернуть строки без зоны, владельца или статуса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Матрица испытаний ← Лаборатория / пусконаладка / контроль. Поля: система; испытание; метод; результат; критерий; протокол; подписант. Приём: Протокол относится к точной системе и версии. Возврат: Вернуть отрицательный или неприменимый результат владельцу устранения.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Реестр исполнительной документации ← Инженер ИД ПТО. Поля: раздел; документ; версия; подписи; статус; дефицит; связь с результатом. Приём: Применимые позиции определены объектной матрицей. Возврат: Вернуть конкретный дефицит, не весь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Реестр замечаний ← Контроль / заказчик / ПТО. Поля: замечание; зона; критичность; владелец; срок; доказательство закрытия; решение. Приём: Критичность и право закрытия подтверждены. Возврат: Вернуть замечание без критерия закрытия или полномочия.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физическую готовность.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применимые испытания.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комплектность ИД.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открытые критические замечания.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полномочия и состав комиссии.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Локализовать частичную готовность и исключения.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Собирает версию матрицы готовности.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Отделяет дефицит от готового объема.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Формирует календарь комиссий.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задания владельцам разрывов.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Версия готовности к предъявлению (конечный). Поля: система/этап; объем; критерии; выполнено; дефицит; исключения; дата; автор. Доказательства: замороженная матрица; источники статусов.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Задание по дефициту сдачи (промежуточный). Поля: дефицит; владелец; срок; критерий; зависимости. Доказательства: ссылка на исходный статус.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План комиссии (промежуточный). Поля: предмет; участники; полномочия; дата; условия готовности. Доказательства: подтверждения участников.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Матрица работ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Испытания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ИД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замечаний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Договорный порядок сдачи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Провалено обязательное испытание.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Открыто критическое замечание.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Отсутствует обязательный документ.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Конфликтуют версии.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владельца дефицита.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подтверждены полномочия комиссии.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неполный статус.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Назначать владельцев дефицита.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Планировать комиссию.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Ограничивать объем частичной готовности.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использовать единый статус «сдано» без предмета, получателя и решения.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Внутренняя готовность к формированию передаваемого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План комиссии.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Выполненные применимые критерии. Формула: выполненные / применимые. Цель: 100% до предъявления. Защита от неверного применения: Неприменимость должна иметь основание..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Просроченные критические дефициты. Формула: количество. Цель: 0. Защита от неверного применения: Критичность подтверждает профильная роль..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Готовность к комиссии в срок. Формула: готовые в срок / запланированные. Цель: не ниже 95%. Защита от неверного применения: Перенос с основанием учитывается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Возвраты из-за скрытого дефицита. Формула: возвраты. Цель: 0. Защита от неверного применения: Возврат по новому внешнему требованию классифицируется отдельно..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Матрица готовности: Сводить критерии по помещениям и системам. Действия: открыть критерий; назначить владельца; зафиксировать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Испытания: Видеть обязательные проверки и протоколы. Действия: проверить протокол; вернуть; связать с системой.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Дефициты: Управлять открытыми разрывами. Действия: назначить; эскалировать; принять закрытие.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Комиссии: Планировать предъявления. Действия: назначить дату; подтвердить участников; перенести.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Исключения: Не скрывать частичную готовность. Действия: открыть основание; ограничить объем; закрыть.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Замороженная версия матрицы содержит источники каждого статуса и все открытые исключения.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Процент готовности без состава. Обнаружение: Нет перечня критериев. Реакция: Не выпускать версию готовности. Владелец: Руководитель сдачи.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Отрицательное испытание. Обнаружение: Протокол имеет отрицательный вывод. Реакция: Открыть стоп и задание. Владелец: Профильный владелец.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Критическое замечание скрыто. Обнаружение: Есть открытая карточка. Реакция: Сохранить «не готово». Владелец: Руководитель сдачи.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Комиссия без полномочий. Обнаружение: Нет подтверждения участников. Реакция: Перенести комиссию. Владелец: Руководитель сдачи.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Частичная готовность не локализована. Обнаружение: Нет точного объема. Реакция: Вернуть матрицу. Владелец: ПТО.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виды готовности применяются?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определяет критичность дефицита?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Какие исключения допустимы договором?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Кто утверждает план комиссии?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фиксируется частичная готовность?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37 · Начальник ПТО → Руководитель ввода / сдачи: Передать готовность исполнительного контура.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163 · Инженер передачи → Руководитель ввода / сдачи: Вернуть дефицит или статус выдачи.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158 · Руководитель ввода / сдачи → Инженер передачи: Сформировать точный передаваемый комплект.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159 · Руководитель ввода / сдачи → Начальник ПТО: Устранить документальный или технический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160 · Руководитель ввода / сдачи → Руководитель проекта: Эскалировать критический разрыв сдачи.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36 · Инженер передачи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Формировать, проверять и контролируемо выдавать конкретную версию комплекта, не принимая технический результат и не решая за заказчика.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Сдача, передача и гарантия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Инженер передачи: Описи, комплекты, замечания и подтверждение передачи.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3;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Собирать манифест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соответствие файлов реестру.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Проверять версии и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Регистрировать выдачу и получение.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Вести возвраты и повторные выдачи.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принимает качество.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первичные документы.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решает за получателя.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скрывает исключения.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Версия готовности ← Руководитель ввода / сдачи. Поля: этап; объем; критерии; испытания; дефициты; исключения; срок. Приём: Готовый объем локализован. Возврат: Вернуть при открытом критическом дефиците.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Реестр ИД ← Инженер ИД ПТО. Поля: документ; версия; подписант; работа; зона; статус; файл. Приём: Реестр соответствует объектной матрице. Возврат: Вернуть позиции без файла, версии или подписи.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Договорная структура пакета ← Договорный менеджер. Поля: этап; период; позиции; экземпляры; формат; адресат; срок. Приём: Требования относятся к действующему договору. Возврат: Вернуть на уточнение договорной применимости.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Полномочия получателя и отправителя ← Технический заказчик / юрист. Поля: лицо; роль; основание; объем полномочия; срок; канал. Приём: Полномочия действуют на дату выдачи. Возврат: Блокировать выдачу до подтверждения.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Сверить манифест и фактические файлы.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версию каждого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подписи и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область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адресата и канал.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Зафиксировать исключения и требуемое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пакет предъявления для приёмки.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Вычисляет цифровые отпечатки файлов.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Регистрирует подтверждение получения.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Формирует мотивированный возврат.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Пакет предъявления для приёмки (конечный). Поля: манифест; версия; состав; исключения; получатель; канал; дата; требуемое решение. Доказательства: файлы; цифровые отпечатки; журнал передачи.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Дефицит комплекта (промежуточный). Поля: позиция; причина; владелец; срок; критерий. Доказательства: сверка реестра.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Подтверждение получения (промежуточный). Поля: пакет; получатель; канал; время; квитанция. Доказательства: квитанция.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Версия готовности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Реестр ИД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Договорная структура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Полномочия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Защищенный канал передачи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обязательного документа.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подтверждена подпись.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определена область.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Манифест не совпадает с файлами.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подтвержден получатель.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Возвращать дефицит.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Блокировать выдачу.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Создавать новую версию пакета.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подтверждение получения.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заменять файл в уже выданной версии.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Техническая комплектность передаваемого пакета.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Регистрация выдачи.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Комплектность с первого предъявления. Формула: без возврата по составу / выданные. Цель: не ниже 95%. Защита от неверного применения: Новые требования получателя считаются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Выдача в срок. Формула: выданные в срок / план. Цель: не ниже 95%. Защита от неверного применения: Срок после внутренней готовности..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Ошибки комплектования. Формула: подтвержденные внутренние ошибки. Цель: 0. Защита от неверного применения: Ошибки классифицируются..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Время устранения возврата. Формула: среднее время. Цель: по договорному сроку. Защита от неверного применения: Отсчет после получения замечаний..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Конструктор пакета: Собирать манифест. Действия: добавить позицию; проверить; зафиксировать версию.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Дефициты: Возвращать конкретные позиции. Действия: назначить владельца; вернуть; принять устранение.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Версии и подписи: Проверять действительность. Действия: сравнить; проверить полномочие; заблокировать.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Выдача и получение: Регистрировать передачу. Действия: выдать; проверить квитанцию; повторить.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Возвраты: Вести повторные предъявления. Действия: разобрать замечание; создать версию; направить.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Манифест, отпечатки, журнал выдачи и подтверждение получения совпадают.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Реестр не совпадает с файлами. Обнаружение: Сверка состава. Реакция: Блокировать выдачу. Владелец: Инженер передачи.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Нет полномочия подписанта. Обнаружение: Матрица полномочий. Реакция: Вернуть документ. Владелец: Документный контролер.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Не подтверждено получение. Обнаружение: Нет квитанции. Реакция: Сохранить статус «выдан, не получен». Владелец: Инженер передачи.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Файл заменен после выдачи. Обнаружение: Изменился отпечаток. Реакция: Создать новую версию и инцидент. Владелец: Архивариус.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Возврат без конкретных позиций. Обнаружение: Нет связи с манифестом. Реакция: Запросить построчный возврат. Владелец: Представитель заказчика.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Каков обязательный состав пакета?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каналы являются официальными?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подтверждает подписи?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обрабатывается частичная выдача?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сроки повторного предъявления?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158 · Руководитель ввода / сдачи → Инженер передачи: Сформировать точный передаваемый комплект.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161 · Инженер передачи → Представитель заказчика по приемке: Получить внешнее решение по точной версии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162 · Инженер передачи → Архивариус ПТО: Создать архивный снимок фактически выданного комплекта.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163 · Инженер передачи → Руководитель ввода / сдачи: Вернуть дефицит или статус выдачи.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39 · Представитель заказчика по приемке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Фиксировать внешнее решение по точной версии предъявленного пакета в пределах подтвержденного полномочия, не создавая автоматического платежа.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Сдача, передача и гарантия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Представитель заказчика по приемке: Решение внешнего получателя в пределах назначения.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4;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Регистрировать входящий пакет предъявления для приёмки.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предмет и полномочие.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Рассматривать доказательства.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Фиксировать построчное решение.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Передавать решение всем затронутым контурам.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изменяет пакет.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принимает вне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подтверждает платеж.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скрывает исключения.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Пакет предъявления для приёмки ← Инженер передачи. Поля: этап; период; объемы; ИД; манифест; версия; исключения; требуемое решение. Приём: Получение зарегистрировано. Возврат: Вернуть при несовпадении версии или состава.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Полномочие приемки ← Заказчик / технический заказчик. Поля: лицо; роль; предмет; лимит; срок; основание. Приём: Полномочие действует и покрывает предмет. Возврат: Эскалировать уполномоченному лицу.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Технические решения ← Технический заказчик / контроль. Поля: предъявление; осмотр; решение; замечания; зона; подписант; дата. Приём: Решения связаны с предъявленным объемом. Возврат: Вернуть при неполной связи.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Договорная позиция ← Договорный менеджер. Поля: договор; этап; позиции; критерии; исключения; срок решения. Приём: Позиции применимы к предъявлению. Возврат: Запросить договорное уточнение.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Проверить точную версию пакета предъявления.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предмет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Проверить полномочие.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Проверить независимые технические решения.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договорные критерии.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Локализовать исключения и замечания.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решение о приёмке.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построчные замечания.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Ограничивает частичную приемку.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Передает решение техническому, договорному и финансовому контурам.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Решение о приёмке (конечный). Поля: пакет предъявления для приёмки; предмет; принято/возвращено/отказ/уточнение; позиции; исключения; подпись; дата; срок. Доказательства: подписанное решение; рассмотренный манифест.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Построчное замечание (промежуточный). Поля: позиция; критерий; факт; дефицит; срок; требуемое доказательство. Доказательства: ссылка на элемент пакета.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Исключение приемки (промежуточный). Поля: объем; основание; обязательство; владелец; срок. Доказательства: договорное основание.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Пакет предъявления для приёмки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Полномочие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Технические решения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Договорные критерии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Канал подписи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Другая версия пакета.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Открыто критическое замечание.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Предмет не локализован.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Смешаны техническая и договорная части.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независимого решения.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Принимать в полномочии.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Возвращать построчно.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Запрашивать уточнение.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Фиксировать разрешенные исключения.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использовать процент принятия как показатель эффективности.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считать решение о приёмке платежным поручением.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Внешнее решение приемки в полномочии.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Решения в договорный срок. Формула: решения в срок / полные пакеты предъявления. Цель: не ниже 95%. Защита от неверного применения: Срок от подтвержденного получения..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Решения с предметом и полномочием. Формула: полные / все решения. Цель: 100%. Защита от неверного применения: Не допускается устное полномочие..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Просроченные исключения. Формула: количество. Цель: 0. Защита от неверного применения: Исключения имеют владельца..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Отмененные из-за ошибки решения. Формула: количество. Цель: 0. Защита от неверного применения: Не стимулировать отказ от исправления ошибки..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Входящие предъявления: Рассматривать пакет предъявления для приёмки. Действия: открыть; подтвердить получение;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Область и полномочия: Проверять компетенцию. Действия: открыть основание; ограничить предмет; эскалировать.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Доказательства: Просматривать пакет построчно. Действия: открыть документ; сравнить; добавить замечание.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Решение: Фиксировать решение о приёмке. Действия: принять; вернуть; запросить уточнение.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Повторное предъявление: Контролировать устранение замечаний. Действия: сопоставить версию; закрыть замечание; выпустить решение.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Подписанное решение о приёмке связано с точной версией пакета предъявления, полномочием и уведомленными получателями.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Решение по другой версии. Обнаружение: Пакет предъявления не совпадает. Реакция: Вернуть на правильную версию. Владелец: Представитель заказчика.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Нет полномочия. Обнаружение: Основание отсутствует. Реакция: Эскалировать. Владелец: Технический заказчик.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Общий возврат. Обнаружение: Нет построчных замечаний. Реакция: Запросить конкретизацию. Владелец: Инженер передачи.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Частичная приемка без основания. Обнаружение: Нет договорного разрешения. Реакция: Не фиксировать исключение. Владелец: Договорный менеджер.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Решение о приёмке трактуется как платеж. Обнаружение: Создан прямой платежный переход. Реакция: Сохранить финансовую проверку. Владелец: Финансовый контролер.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Кто уполномочен принимать этапы?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Какие виды решений допустимы?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Когда разрешена частичная приемка?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Каков договорный срок?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 подписывается решение о приёмке?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161 · Инженер передачи → Представитель заказчика по приемке: Получить внешнее решение по точной версии комплекта.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172 · Представитель заказчика по приемке → Начальник ПТО: Вернуть техническое решение и замечания.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173 · Представитель заказчика по приемке → Договорный менеджер: Зафиксировать договорный результат приемки.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174 · Представитель заказчика по приемке → Финансовый контролер: Передать внешний статус для финансовой проверки.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175 · Представитель заказчика по приемке → Архивариус ПТО: Создать архивный снимок принятого комплекта.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Роль 38 · Гарантийный менеджер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НАЗНАЧЕНИЕ РОЛИ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Вести отдельное гарантийное дело от обращения до доказанного закрытия, не назначая ответственность без обследования и не переписывая архив сдачи.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Кабинет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Сдача, передача и гарантия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Профиль и область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Гарантийный менеджер: Регистрация, проверка и закрытие гарантийного обращения.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Статус модели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Текущая каноническая версия; требует проверки на практике конкретной компании и объекта.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Охват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Входов: 4; результатов: 3; входящих передач: 1; исходящих передач: 4; экранов: 5.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220"/>
        <w:gridCol w:w="7140"/>
      </w:tblGrid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Основные функции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Регистрировать обращения.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Проверять гарантийную применимость.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Организовывать обследование.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Назначать устранение.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Проверять закрытие и повторяемость.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Границы ответственности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 назначает виновного без основания.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закрывает дефект по сообщению исполнителя.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меняет архив сдачи.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подменяет юридическое заключение.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Входы и источники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Гарантийное обращение ← Эксплуатация / заказчик. Поля: объект; система; зона; дата; влияние; фото; контакт; доступ. Приём: Обращение регистрируется даже при неполной информации. Возврат: Запросить недостающие сведения без отказа в регистрации.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Архивная база ← Архивариус. Поля: архивный снимок принятого комплекта; работа; исполнитель; материалы; акты; схемы; договор. Приём: Копия подтверждена архивом. Возврат: Запросить иной снимок при несовпадении зоны.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Договорная гарантия ← Договорный менеджер / юрист. Поля: договор; срок; объем обязательства; исключения; уведомление; ответственный. Приём: Применимость дана как заключение, а не автоматический вывод. Возврат: Направить юристу спорную применимость.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Результат обследования ← ПТО / контроль / лаборатория. Поля: причина; зона; метод; измерения; вывод; рекомендация; подписант. Приём: Результат относится к обращению. Возврат: Вернуть при неподтвержденной причине.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Определить приоритет и ограничение ущерба.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Проверить договорную применимость.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Сопоставить с архивом.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Определить владельца обследования.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Проверить устранение независимым доказательством.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6. Проверить повторяемость дефекта.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Преобразование входов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Создает гарантийное дело.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Формирует план обследования.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Назначает устранение.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Создает пакет закрытия и урок качества.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Результаты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Гарантийное дело (конечный). Поля: обращение; квалификация; причина; ответственный; срок; устранение; спор; закрытие. Доказательства: архивная база; обследование; проверка устранения.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Задание на устранение (промежуточный). Поля: дефект; зона; исполнитель; срок; критерий; доказательства. Доказательства: акт назначения.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Урок качества (промежуточный). Поля: причина; повторяемость; контроль; изменение процесса; владелец. Доказательства: закрытое дело.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Зависимости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Обращение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Архивный снимок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Договор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Доступ для обследования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Профильная проверка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Блокировки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Нет доступа.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установлена причина.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архивного снимка.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Спорная гарантийная применимость.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ответственного.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Нет независимой проверки устранения.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Права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Регистрировать дело.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Назначать обследование.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Эскалировать спор.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Переоткрывать дело.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Запреты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Подменять решение другой профильной роли.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Снимать стоп без доказательства и подтвержденного полномочия.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Переписывать первичную запись задним числом.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Считать отсутствие ответа согласованием или приемкой.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Передавать пакет без объекта, работы, зоны, версии, автора и следующего шага.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закрывать дело только по фото исполнителя.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Не назначать виновного автоматически.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Обязательные согласования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Квалификация обращения.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Закрытие дела после независимой проверки.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Проектные показатели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Первая реакция. Формула: время до регистрации и приоритета. Цель: по договору. Защита от неверного применения: Аварийные случаи отдельно..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Просроченные критические дела. Формула: количество. Цель: 0. Защита от неверного применения: Критичность подтверждается..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Закрытия с полным доказательством. Формула: полные / закрытые. Цель: 100%. Защита от неверного применения: Фото исполнителя недостаточно..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Повторное открытие. Формула: переоткрытые / закрытые. Цель: снижение. Защита от неверного применения: Не стимулировать отказ в переоткрытии..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Рабочие экраны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Обращения: Принимать и приоритизировать. Действия: зарегистрировать; назначить приоритет; запросить сведения.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Применимость: Проверять договор и архив. Действия: открыть договор; сравнить архив; направить юристу.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Обследование: Управлять причиной. Действия: назначить; принять вывод; вернуть.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Устранение: Контролировать работы. Действия: назначить исполнителя; проверить срок; предъявить.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Закрытие и повторяемость: Принимать закрытие и урок. Действия: проверить; переоткрыть; передать в архив.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Доказательство завершения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Результат зарегистрирован с идентификатором, версией, автором и временем.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Доказательства связаны с точным объектом, работой и зоной.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Получатель подтвердил прием пакета либо оформил мотивированный возврат.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Следующий допустимый шаг и действующие стоп-условия определены явно.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Закрытие содержит исходный архив, обследование, устранение, повторную проверку и отдельный архивный снимок.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Сценарии отказа и реакция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Обращение без архива. Обнаружение: Снимок не найден. Реакция: Зарегистрировать и запросить архив. Владелец: Гарантийный менеджер.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Нет доступа. Обнаружение: Осмотр невозможен. Реакция: Зафиксировать и согласовать доступ. Владелец: Заказчик.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Причина не установлена. Обнаружение: Обследование не дает вывода. Реакция: Расширить проверку. Владелец: ПТО.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Спор подрядчиков. Обнаружение: Несколько возможных исполнителей. Реакция: Направить юристу. Владелец: Юрист проекта.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Закрытие без независимой проверки. Обнаружение: Есть только отчет исполнителя. Реакция: Вернуть на проверку. Владелец: Контроль.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Вопросы профильной проверки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1. Какие сроки реакции?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2. Кто квалифицирует гарантийность?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3. Кто проверяет устранение?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4. Как обрабатываются аварийные обращения?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5. Какие уроки передаются в качество?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Входящие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165 · Архивариус ПТО → Гарантийный менеджер: Предоставить подтвержденную базу гарантийного дела.</w:t>
            </w:r>
          </w:p>
        </w:tc>
      </w:tr>
      <w:tr>
        <w:trPr>
          <w:trHeight w:hRule="atLeast"/>
        </w:trPr>
        <w:tc>
          <w:tcPr>
            <w:tcW w:type="dxa" w:w="2220"/>
            <w:shd w:fill="F4F5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Исходящие передачи</w:t>
            </w:r>
          </w:p>
        </w:tc>
        <w:tc>
          <w:tcPr>
            <w:tcW w:type="dxa" w:w="71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ind w:left="240" w:hanging="240"/>
            </w:pPr>
            <w:r/>
            <w:r>
              <w:rPr>
                <w:rFonts w:ascii="Arial" w:hAnsi="Arial" w:eastAsia="Arial"/>
                <w:color w:val="17191F"/>
                <w:sz w:val="17"/>
              </w:rPr>
              <w:t>• Передача 168 · Гарантийный менеджер → Начальник ПТО: Организовать техническое обследование.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169 · Гарантийный менеджер → Прораб генподрядчика по направлению: Организовать устранение подтвержденного дефекта.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170 · Гарантийный менеджер → Юрист проекта: Открыть гарантийный спор.</w:t>
            </w:r>
          </w:p>
          <w:p>
            <w:pPr>
              <w:spacing w:before="0" w:after="40" w:line="252" w:lineRule="auto"/>
              <w:ind w:left="240" w:hanging="240"/>
            </w:pPr>
            <w:r>
              <w:rPr>
                <w:rFonts w:ascii="Arial" w:hAnsi="Arial" w:eastAsia="Arial"/>
                <w:color w:val="17191F"/>
                <w:sz w:val="17"/>
              </w:rPr>
              <w:t>• Передача 171 · Гарантийный менеджер → Архивариус ПТО: Создать архивный снимок закрытого гарантийного дела.</w:t>
            </w:r>
          </w:p>
        </w:tc>
      </w:tr>
    </w:tbl>
    <w:p>
      <w:pPr>
        <w:pStyle w:val="Heading2"/>
      </w:pPr>
      <w:r>
        <w:t>Правки по роли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Что отсутствует или неверно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Как должно быть на реальном объекте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Документ или пример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Кто дополнительно подтверждает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 xml:space="preserve">ФИО / должность / направление: 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1"/>
        <w:pageBreakBefore/>
      </w:pPr>
      <w:r>
        <w:t>Приложение. 175 паспортов точной передачи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8F5F1"/>
          <w:left w:val="single" w:sz="4" w:space="0" w:color="E8F5F1"/>
          <w:bottom w:val="single" w:sz="4" w:space="0" w:color="E8F5F1"/>
          <w:right w:val="single" w:sz="4" w:space="0" w:color="E8F5F1"/>
          <w:insideH w:val="single" w:sz="4" w:space="0" w:color="E8F5F1"/>
          <w:insideV w:val="single" w:sz="4" w:space="0" w:color="E8F5F1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F5F1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16836D"/>
                <w:sz w:val="17"/>
              </w:rPr>
              <w:t>ПРАВИЛО КАРТЫ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Каждая строка является отдельной связью. Исправление одной связи не меняет остальные автоматически. Для правки укажите номер передачи, роли отправителя и получателя, затем приложите реальный документ или пример.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  <w:pageBreakBefore w:val="0"/>
      </w:pPr>
      <w:r>
        <w:t>Рабочее пространство 1 · Исходящие передачи: Управление объектом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17.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Собственник / генеральный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по строительству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Установить портфельный приоритет ресурсов.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решение; объекты; ресурс; период; ограничения; контрольная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подписано и не отменяет независимые стопы.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Перестроить ресурсный план и вернуть подтверждение исполнимости.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физической недоступности ресурса или новом конфликте.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Собственник / генеральный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Исполнить решение по объекту.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решение; объект; лимит; условия; запреты; владелец; срок; критерий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Указаны полномочие и источник финансирования.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Разложить решение на измеримые действия владельцев.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противоречии техническому или договорному основанию.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Собственник / генеральный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финансовый лимит и контроль.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решение; сумма; период; обязательство; условия; удержания; источник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Техническая приемка и договорная готовность остаются отдельными статусами.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лимит без создания платежа.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договорной позиции или периода действия.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по строительству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подтвержденный приоритет объекта.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объект; ресурс; период; приоритет; ограничения; контрольная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Владельцы ресурсов подтвердили исполнимость.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план объекта и назначить действия.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несовместимости с договорным обязательством.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по строительству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Установить ресурсное решение для исполнения.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решение; ресурс; объем; дата; источник; владелец; условия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находится в лимите директора по строительству.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Пересобрать недельный план и вернуть прогноз.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возникновении нового технического стопа.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по строительству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Механик / ответственный за технику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Переназначить критическую технику.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машина; объект; зона; период; оператор; ограничения; приоритет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Проверена совместимость техники с ППР.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Подтвердить назначение и готовность.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неисправности или отсутствии оператора.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по строительству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Персонал и допуски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Подтвердить кадровое перераспределение.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профессия; количество; объект; смена; период; квалификация; ограничения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Потребность подтверждена производственным планом.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документы и фактическое наличие людей.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квалификации или допуска.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Разложить решение на операционный маршрут.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решение; условия; владельцы; сроки; зависимости; критерий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находится в полномочии.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план и очереди ролей.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противоречии обязательному основанию.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Собственник / генеральный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исключение выше лимита.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объект; вопрос; деньги; дни; варианты; последствия; рекомендация; лимит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Предел полномочия подтвержден.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либо вернуть исключение.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неполных вариантах.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по строительству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Запросить портфельный ресурс.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ресурс; объект; период; критический путь; варианты; стоимость; последствия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Дефицит нельзя устранить внутри объекта.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Рассмотреть портфельное перераспределение.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подтвержденной потребности.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приоритет и срок производственного результата.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приоритет; срок; зависимости; требуемый результат; владелец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фронт разрешен профильными ролями.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Включить в сменный или недельный план.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неготовом фронте.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устранение технического разрыва.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вопрос; работа; зона; версия; влияние; срок; требуемый результат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Проблема находится в ответственности ПТО.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внутреннего владельца и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исходного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договорный маршрут изменения.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событие; договор; работа; объем; срок; доказательства; технический статус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Есть подтвержденное событие, но не создано новое обязательство.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договор и срок уведомления.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договорной позиции.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Директор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межфункциональное решение.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вопрос; влияние; варианты; заключения; лимит; рекомендация;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Вопрос выше полномочий РП.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решение или эскалировать выше.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неполном пакете.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утвержденный либо доработочный статус ППР.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ППР; версия; решение; условия; ограничения; подписант; дата действия; замечания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Проверка завершена.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Выпустить действующую версию либо доработать.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неподтвержденном закрытии замечаний.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действующие технические условия производства.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ППР; версия; условия; контрольные точки; запреты;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ППР зарегистрирован ПТО.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Ознакомить исполнителей и выполнять в пределах условий.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расхождении с фактическим фронтом.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Запросить проектное решение.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вопрос; РД; версия; узел; зона; факт; влияние; техническая позиция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Требуется изменение или уточнение проекта.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Выпустить ответ или новую версию РД.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неполной локализации вопроса.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2 · Исходящие передачи: Интерфейс технического заказчика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4.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Получить проектное решение по зарегистрированному вопросу.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вопрос; РД; версия; лист; узел; зона; факт;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Вопрос требует проектного решения.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Выпустить ответ или новую РД.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недостаточной локализации.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Авторский надзор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Направить заявку на авторский осмотр.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РД; версия; фактическое условие; фото или измерение; вопрос; требуемый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Требование или фактическое отклонение требует авторского осмотра и точная область осмотра зарегистрирована.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Провести осмотр, выпустить запись журнала авторского надзора и определить дальнейший проектный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заявку при отсутствии действующей версии РД, зоны, фактического основания или подтвержденного полномочия инициатора.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решение или замечания по предъявлению.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предъявление; решение; замечания; зона; исключения; подписант; полномочие;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Рассмотрение завершено.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комплект и следующий шаг.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несоответствии описи фактическим материалам.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Сообщить внешнее требование с влиянием.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требование; основание; работы; зоны; срок; влияние;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Требование зарегистрировано.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владельца и договорный/технический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полномочия или срока.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3 · Исходящие передачи: Интерфейс проектирования и авторского надзора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11.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новый выпуск РД в документный маршрут ПТО генподрядчика.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выпуск; версия; заменяемая версия; листы; зоны; ведомость изменений; автор; подписант; получатели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Выпуск подписан уполномоченным генеральным проектировщиком.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выпуск в ПТО генподрядчика, запретить замененную версию и разослать по объектной матрице.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генеральному проектировщику при конфликте версии или неполном составе.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Оценить влияние новой РД на работы и документы.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выпуск; версия; измененные листы; зоны; условия; запрет старой версии; дата действия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 зарегистрировал выпуск.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с работами, ППР, объемами и ИД.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неопределенной области.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ТИМ-координатор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координационную модель и проверить коллизии.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РД; версия; разделы; элементы; зоны; координаты;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Новая версия зарегистрирована.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модель и выпустить отчет.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цифрового источника.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проектное решение по запросу.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запрос; ответ/РД; версия; область; условия; подписант;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выпущено в полномочии.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внешний результат.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предмета запроса.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Авторский надзор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ответ на запись авторского надзора.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запись журнала; проектное решение; РД; версия; область; условия; подписант;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Проектное решение выпущено уполномоченным проектировщиком и относится к предмету записи.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ответ, проверить полноту области и определить возможность закрытия записи.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проектировщику при неполной области, конфликте версии или отсутствии полномочия подписанта.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Авторский надзор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запись журнала.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номер; дата; автор; полномочие; зона; РД; вывод; действие; срок; приложения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Запись подписана.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и разослать.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реквизитов.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Авторский надзор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Получить проектное решение.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запись; РД; версия; зона; факт; вывод; затронутые разделы;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Запись требует изменения или разъяснения.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Выпустить ответ или новую РД.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неполной локализации.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29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Авторский надзор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авторскую позицию и условия.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запись; зона; РД; вывод; действие; срок; статус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Запись зарегистрирована.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Оценить влияние и остановить затронутую работу при необходимости.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зоны.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ТИМ-координатор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Получить проектное решение по коллизии.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коллизия; элементы; координаты; версии; критичность; работы;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Коллизия подтверждена.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Выпустить решение и затронутые версии.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локализации.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ТИМ-координатор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Заблокировать или скорректировать затронутые работы.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коллизия; зона; работы; критичность; версии; статус; маршрут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Определены затронутые работы.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готовность и версии оснований.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связи с работой.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ТИМ-координатор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критическую коллизию.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коллизия; критический путь; работы; влияние; владельцы; срок; варианты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Срок решения влияет на объект.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приоритет и владельцев.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влияния.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4 · Исходящие передачи: Производственно-технический отдел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38.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и направить принятый комплект.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результат; опись; версии; подписи; получатель; цель; срок; канал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Внутренняя комплектность принята.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передачу.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конфликте версии или адресата.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участка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начальнику участка технические блокировки и ограничения производства.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разрыв; работы; зоны; направления; основание; действующий стоп; влияние на срок; влияние на стоимость; владелец решения; допустимые действия;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Блокировка подтверждена профильным инженером ПТО и влияет на активные фронты.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Остановить или перепланировать затронутые фронты в пределах разрешенных действий и вернуть производственное влияние.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в ПТО при отсутствии точной зоны, владельца или допустимого действия.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техническую блокировку.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разрыв; работы; деньги; дни; варианты; рекомендация; владелец;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Разрыв выходит за полномочие ПТО.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маршрут решения.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влияния или вариантов.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Сметчик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технически подтвержденный объем.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период; работа; зона; принятый объем; единица; источник; ИД; исключения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объемов и ИД завершили независимые результаты.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Рассчитать стоимость.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единиц или статусов.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ввода / сдачи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готовность исполнительного контура.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этап; реестр ИД; принятый объем; испытания; замечания; исключения;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Комплект ПТО внутренне принят.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Включить в матрицу сдачи.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конкретный дефицит.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Получить профильное заключение по вопросам технологии ППР.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ППР; версия; РД; работа; зона; раздел; точный вопрос; критерий;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ПТО выполнило собственную проверку и выделило вопрос, требующий знания производства по направлению.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авторскую позицию по вопросу без утверждения ППР за ПТО или технического директора.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ПТО при отсутствии действующей РД, локализации или понятного вопроса.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39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проверенный ПТО ППР или технологическую карту на утверждение.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ППР; версия; РД; работа; зона; лист проверки ПТО; профильные заключения; замечания; условия;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ПТО завершило проверку и получило применимые профильные заключения.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Утвердить или вернуть ПТО с единым листом замечаний.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проверки ПТО или незакрытом обязательном заключении.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безопасный метод и допуск.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ППР; опасности; люди; техника; леса/туры; даты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Технология сформирована.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Выдать условия, допуск или запрет.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неполных опасностях.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Снабженец / закупщик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подтвержденную потребность в материале из графика производства работ.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потребность; договор; график и версия; работа; зона; материал; количество; расчет; дата потребности; приложение со стоимостью; инициатор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Исполнитель сформировал потребность, а ПТО проверило расчет и договорное основание.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обеспечение, открыть закупку или вернуть точный дефицит.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инициатору через ПТО при отсутствии расчета, срока, работы или договорного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Механик / ответственный за технику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заявку на технику, инструмент и оснастку из графика производства работ.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заявка; договор; график и версия; работа; зона; ресурс; количество; период; условия; оператор/ответственный; инициатор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Исполнитель сформировал потребность, а ПТО связало ее с технологией и сроком.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Подтвердить физическую готовность или вернуть дефицит.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инициатору через ПТО при отсутствии параметров, срока или условий.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участка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разрешенный пакет производства начальнику участка.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пакет; работа; полное наименование; зона; направление; РД; ППР; фронт; люди; материалы; техника; контрольные точки; запреты; срок действия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ППР утвержден, ресурсы и фронт подтверждены, ознакомление зарегистрировано.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фактические условия, назначить направление и передать старшему прорабу.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изменении фактических условий, конфликте зоны или неготовности.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действующие основания и матрицу контроля.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РД; ППР; этапы; контрольные точки; ИД; ресурсы;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Пакет выпущен.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Вести производственный факт и доказательства по разделу.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конфликте РД или матрицы ИД.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Сметчик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Рассчитать стоимость принятого объема.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полное наименование; зона; принятый объем; единица; источник; РД; период; исключения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Объем принят и связан с доказательствами.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с расценкой и рассчитать.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договорной позиции или единицы.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объем с исполнительным комплектом.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период; принятый объем; исключенный объем; приемка; схема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Статусы объема разделены.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покрытие ИД.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зоны.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разрыв объема или запрос дополнительного измерения.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полное наименование; зона; период; заявленный объем; измеренный объем; принятый объем; единица; разрыв; недостающее доказательство; требуемое действие;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Сопоставление выявило расхождение, которое должен уточнить владелец первичного производственного факта.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первичный факт, организовать дополнительное измерение или мотивированно подтвердить источник.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изменять исходный факт без новой связанной записи и доказательства.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накопительный результат и спорные дельты.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ведомость; период; принятый объем; спорный объем; повтор; дельта; риски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Период закрыт инженером объемов.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внутренний результат или эскалировать.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неполных источниках.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49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подготовку черновика и описи по конкретной позиции матрицы ИД.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назначение; вид документа; форма и версия; работа; зона; первичные источники; обязательные поля; приложения; владелец результата;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Применимая позиция матрицы ИД определена, а техническое решение уже существует.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Собрать черновик и опись без подмены авторов, измерений и подписей.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назначение при конфликте формы, основания или отсутствии владельца приемки.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дефицит первичного производственного доказательства.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этап; документ; позиция матрицы ИД; отсутствующая запись или приложение; автор; срок; влияние на предъявление;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Комплект нельзя продолжить без первичной записи площадки.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Дополнить журнал, организовать профильное доказательство либо мотивированно оспорить применимость.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заменять отсутствующий факт документом, созданным задним числом.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документальную комплектность по работе, зоне и периоду.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полное наименование; зона; период; позиции матрицы ИД; закрытые позиции; дефицит; акты; исполнительные схемы; протоколы; документы качества; подписанты; статус внешней приемки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запросил подтверждение покрытия объема исполнительной документацией.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документальную комплектность с состояниями объема и исключить неподтвержденные зоны.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на уточнение при несовпадении периода, зоны или состава принятого объема.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внутреннюю комплектность исполнительного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комплект; опись; работа; зона; принятый объем; документы; подписи; дефицит; возвраты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Матрица ИД пройдена.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либо вернуть конкретный дефицит.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несоответствии принятому объему.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документы и версии.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документ; тип; версия; работа; зона; авторы; подписи; получатель; файл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 прошел внутреннюю проверку.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и направить.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конфликте версии.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Внешний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Предъявить применимый исполнительный пакет.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предъявление; работа; этап; зона; РД; акты; схемы; протоколы; качество; требуемое решение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маршрут завершен и отправитель уполномочен.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Провести внешний контроль.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построчные замечания.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подготовленный черновик исполнительного документа профильному инженеру.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назначение; документ; форма и версия; работа; зона; первичные записи; приложения; авторы; подписанты; дефицит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Обязательные поля заполнены, приложения сопоставлены, технические решения не присвоены технику.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применимость, комплектность и запустить маршрут фактических подписантов.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построчный дефицит без изменения первичного факта.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принятый профильным инженером документ на регистрацию.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документ; тип; версия; работа; зона; авторы; подписанты; файл; опись; владелец результата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Профильный инженер подтвердил готовность регистрации.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версию, полномочия, адресата и создать регистрационную карточку.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конфликте версии, автора или адресата.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черновик технической записи по направлению.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назначение; раздел; работа; этап; зона; РД/ППР и версии; первичный факт; приложения; отклонения; дефицит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Черновик собран из факта, но требует технической проверки направления.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техническое содержание и определить дальнейший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технику только редакционный дефицит; технический разрыв маршрутизировать самостоятельно.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дефицит первичных данных автору площадки.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документ; работа; зона; смена; позиция дефицита; ожидаемое поле; имеющееся доказательство; срок; влияние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Черновик нельзя продолжить без первичного факта прораба или мастера.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Дополнить первичную запись либо мотивированно оспорить требование.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заменять отсутствующий факт пояснением техника.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59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зарегистрированную РД и изменение.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выпуск; версия; заменяемая версия; листы; зоны; ограничения; дата; ссылка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Регистрация завершена.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Оценить влияние и ознакомить производство.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неопределенной области.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завершенный пакет в архив.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реестр; файлы; версии; подписи; история; права; этап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Пакет завершил установленный маршрут.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Создать архивный снимок.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расхождении состава.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Документный контролер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Направить официальный зарегистрированный комплект исполнительной документации.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передача; Реестр исполнительной документации; опись; канонический электронный комплект; версии; реестр физических экземпляров; получатели копий; подписи; цель; срок; канал; подтверждения получения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ПТО подтвердило комплектность, отправитель уполномочен, а электронный пакет и экземпляры связаны с одним зарегистрированным составом.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Подтвердить получение и рассмотреть комплект.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ПТО единым реестром с конкретными позициями, критериями и владельцами исправления.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доказательства состояния объема.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полное наименование; этап; зона; заявленный факт; контроль; измерение; принятый объем; исключения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Контрольная точка завершена профильными ролями.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накопительную ведомость.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метода или решения приемки.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доказательства для исполнительного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этап; зона; РД; акты; схемы; протоколы; материалы; подписанты; дефицит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Этап принят либо явно выделены исключения.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Комплектовать по матрице ИД.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конкретный дефицит.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зарегистрированный технический результат или стоп для вычисляемого разрешения.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этап; зона; результат проверки ПТО; условия; контрольные точки; запрет; планируемая следующая операция; идентификатор системного допуска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Проверка ПТО зарегистрирована и связана с контрольной точкой; это не самостоятельное разрешение продолжения.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состав системного допуска и продолжить только после его положительного вычисленного статуса.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изменении фактических условий или конфликте зоны.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Генеральный проектировщик / ГИП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проектный вопрос по разделу.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РД; версия; лист; узел; зона; факт; влияние; фото/измерение;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Обнаружено расхождение, требующее проектировщика.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Выпустить ответ или новую РД.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неполной локализации.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блокировку раздела.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раздел; работы; зоны; причина; влияние; владелец; срок; варианты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Разрыв выходит за полномочие инженера.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маршрут и приоритет.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доказательств.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Авторский надзор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по реестру пакет закрытия записи авторского надзора.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реестр передачи; исходная запись; действующая РД; выполненное действие; фото или измерение; работа; зона; дата; подписанты; версия пакета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и документный контролер подтвердили комплектность, версию и официальный маршрут.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получение, проверить закрытие предмета исходной записи и принять либо мотивированно вернуть пакет.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архивариусу ПТО по тому же реестру с перечнем отсутствующих позиций, конфликтом версии или несоответствием зоны.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Гарантийный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Предоставить подтвержденную базу гарантийного дела.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архивный снимок принятого комплекта; состав; версия; договорные связи; работа; подрядчик; права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Обращение зарегистрировано и доступ разрешен.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обращение с исходным результатом.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запрос при неопределенной зоне или системе.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Предоставить подтвержденную копию исполнительного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снимок; манифест; версия; состав; дата; права; ссылка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Запрос относится к полномочию ПТО.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Использовать копию без изменения архива.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Отказать при отсутствии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Выдать подтвержденную копию по правам.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снимок; состав; версия; дата; права; журнал выдачи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Полномочие получателя подтверждено.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Получить и подтвердить копию.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запрошенного состава.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5 · Исходящие передачи: ИТР / Комплекс производителя работ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29.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участка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Старший прораб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разрешенный фронт группе направлений.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назначение; работа; полное наименование; зона; направление; РД/ППР и версии; ресурсы; критерии; контрольные точки; срок; ограничения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Пакет ПТО действует, ресурсы подтверждены, назначение не конфликтует с другими фронтами.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Разложить фронт между прорабами и вернуть свод готовности направления.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фактической неготовности, конфликте зоны или нехватке ресурса.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участка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фактический разрыв производства для технического маршрута.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участок; работа; зона; направление; основание; фактическое условие; стоп; влияние; доказательства; требуемое решение;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Разрыв требует изменения основания, технического решения или координации ПТО.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профильного владельца ПТО и вернуть решение либо мотивированный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начальнику участка при отсутствии локализации или доказательств.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участка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отклонение срока, ресурса или договорной границы участка.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участок; работы; план; факт; отклонение; критический путь; стоимость влияния; владелец; варианты; рекомендуемое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Отклонение выходит за оперативные полномочия начальника участка.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управленческое решение и назначить владельца исполнения.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расчета влияния или вариантов.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участка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недельный план контрольных точек участка.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период; направления; работы; зоны; контрольные точки; плановые окна; ответственные прорабы; РД/ППР; риски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Фронты распределены и даты контрольных точек определены.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Спланировать контрольные ресурсы без замены фактических вызовов прорабов.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точек, зон или ответственных.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Старший прораб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прорабу разрешенный фронт его направления.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назначение; прораб; направление; работа; полное наименование; зона; РД/ППР и версии; ресурсы; критерии; контрольные точки; срок; ограничения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имеет действующее назначение, пакет ПТО действует, смежные фронты согласованы.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Подготовить сменные задания, вести первичный факт и предъявления.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физической неготовности, конфликте основания или ресурса.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Старший прораб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участка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проверяемый свод направления и разрывы.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направление; период; прорабы; работы и зоны; план; факт; ресурсы; контрольные точки; простои; риски; требуемые решения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Все своды прорабов проверены на полноту и конфликт полномочий.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производственную полноту, перераспределить фронты или эскалировать.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первичного источника или владельца разрыва.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Старший прораб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изменение фактической готовности фронта.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пакет; работа; зона; направление; ожидаемое состояние; фактическое состояние; дефект; фото; влияние;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Фактические условия перестали соответствовать разрешенному пакету.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Пересмотреть паспорт фронта, ресурс или условия выпуска.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фактического доказательства.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Старший прораб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системное условие безопасности группы фронтов.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направления; зоны; работы; опасность; затронутые люди; оснастка/техника; принятая остановка; доказательства;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Опасность затрагивает несколько прорабов или общий ресурс.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Проверить, определить меры и выдать официальный допуск или запрет.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Все затронутые работы остаются остановленными до решения.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Старший прораб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готовность к смене и производственный свод направления.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назначение; прораб; направление; смена; работы и зоны; план; люди; техника; материалы; факт; журналы; контрольные вызовы; простои; риски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Готовность сформирована до смены либо первичный факт подписан после смены.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полноту, стыки и ресурсы; включить в свод направления без изменения первичных данных.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конкретный дефицит или конфликт назначения.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Мастер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Выдать сменное задание.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операция; объем; бригада; РД/ППР и версии; материалы; техника; критерии; точка останова;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Фронт разрешен и ресурсы подтверждены.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Распределить исполнителей и вернуть первичный факт.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несоответствии фактического фронта.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потребность в ресурсах и независимых проверках из графика производства работ.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заявка; инициатор; договор; график и версия; позиция графика; работа; зона; ресурс или проверка; параметры; количество; срок или окно; ППР/план контроля; основание расчета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Ответственный прораб по направлению сформировал потребность до требуемого срока графика.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договорное, технологическое и расчетное основание и передать владельцу ресурса без создания копии.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прорабу при отсутствии работы, зоны, срока, параметров или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ежедневный производственный факт инженеру ПТО по направлению.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назначение; направление; работа; полное наименование; зона; смена; РД и версия; ППР и версия; операции; люди; техника; материалы и партии; заявленный объем; журналы; фото; отклонения; контрольные точки; планируемая следующая операция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Первичный факт смены подписан прорабом и не перезаписывает записи мастера или бригады.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факт с техническими основаниями, контрольной матрицей, объемами и исполнительной документацией; зарегистрировать техническую проверку или вернуть точный стоп.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владельцу первичного факта точный дефицит, конфликт версии или несоответствие зоны.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Геодезист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Вызвать геодезический контроль до закрытия измеряемого этапа.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заявка; работа; зона; элементы; оси; отметки; РД и версия; вид измерения; контрольная точка; дата и окно; контакт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Элемент физически доступен для измерения, а этап еще не скрыт.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Выполнить измерение и выпустить проект-факт/исполнительную схему.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заявку без элементов, координатной основы или действующей РД.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Строительная лаборатория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Вызвать отбор и лабораторное испытание по плану контроля.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заявка; работа; зона; материал; партия; вид испытания; метод/план контроля; контрольная точка; дата отбора; участники; срок результата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Партия и место отбора доступны, обязательный срок не пропущен.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Оформить отбор, сохранить цепочку образца и выпустить протокол.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партии, плана контроля или условий отбора.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Предъявить этап внутреннему строительному контролю.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вызов; работа; зона; РД; ППР; журнал; фото; материалы и документы; геодезия/лаборатория по матрице; требуемый результат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Этап физически готов до сокрытия и уведомление выдержано.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Осмотреть, принять или открыть несоответствие.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неготовности или неполном пакете.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доказательства для исполнительной документации.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направление; работа; этап; зона; контрольная точка; РД и версия; ППР и версия; даты; общий и специальные журналы; материалы и партии; документы качества; фото; измерения; лабораторные протоколы; вызов контроля; участники и подписанты; планируемая следующая операция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Первичный факт зарегистрирован, этап остановлен до сокрытия и пакет предъявления относится к одной работе и зоне.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объектную матрицу ИД, сформировать опись, вернуть построчный дефицит или зарегистрировать комплектность предъявления.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точным перечнем отсутствующего и владельцами каждой позиции.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99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заявленный объем и источник измерения.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полное наименование; зона; период; единица; заявленный объем; метод; журнал; фото; геодезия/акт; исключения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Факт смены подписан прорабом.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с измеренным и принятым объемом.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метода или источника.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Внешний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Обеспечить внешний осмотр по зарегистрированному маршруту ПТО.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уведомление; работа; зона; комплект предъявления; участники; окно; контакт; ограничения доступа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ПТО подтвердило комплектность и внешний вызов зарегистрирован.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Провести осмотр в полномочии.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считать отсутствие ответа приемкой.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Мастер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Бригада / исполнитель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физическую операцию.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задание; операция; зона; объем; материал; инструмент; критерии; фото-точки; точка останова;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Исполнитель допущен, зона и ресурс готовы.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Выполнить и вернуть первичный факт.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препятствии или непонимании.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Мастер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первично проверенный результат смены.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задание; работа; зона; операция; исполнители; время; материалы; фото; замеры; отклонения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Мастер выполнил первичную проверку.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Внести в журнал и определить предъявление.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конкретным дефектом.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Мастер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Сообщить опасное условие или нарушение допуска.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зона; операция; опасность; работники; время; фото; принятая остановка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Обнаружено условие вне полномочия мастера.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и выдать независимый допуск/запрет.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продолжать до решения.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Мастер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Материально ответственное лицо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факт расхода материала.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операция; партия; получено; израсходовано; остаток; исполнитель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Смена завершила расходную операцию.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Сверить баланс и норму.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партии.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Бригада / исполнитель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Мастер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факт операции на первичную проверку.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задание; операция; зона; исполнители; время; материал и партия; расход; фото; отклонения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Операция завершена или достигнута точка останова.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и вернуть либо передать прорабу.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Исправить конкретный возврат в пределах задания.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Бригада / исполнитель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сигнал непосредственной опасности.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зона; операция; опасность; люди; время; остановка; фото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Есть угроза жизни/здоровью или нарушение обязательного допуска.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Оценить и выдать официальный запрет/меры.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 остается остановленной.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Бригада / исполнитель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Материально ответственное лицо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Подтвердить полученный и фактически использованный ресурс.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выдача; партия; получено; израсходовано; остаток; операция; зона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Операция завершена либо смена окончена.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Сверить ответственность.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факта.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Уполномоченный представитель субподрядной организации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производственный факт и готовность к предъявлению.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работа; зона; смена; люди; материалы; факт; журналы; фото; контрольная точка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Работа выполнена до точки предъявления.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первичный факт и организовать вызов.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конкретным дефицитом.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109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Уполномоченный представитель субподрядной организации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исполнительный комплект подрядчика.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работа; зона; реестр; акты; схемы; журналы; протоколы; документы качества; подписанты; версии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Документы подписаны со стороны подрядчика.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матрицу и внешний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построчно по матрице.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Уполномоченный представитель субподрядной организации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Предъявить этап через контур генподрядчика.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критерий; РД/ППР; факт; материалы; измерения; доказательства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подтвердил готовность предъявления.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Осмотреть и выдать независимый результат.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считать самопроверку приемкой.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Уполномоченный представитель субподрядной организации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факт договорного изменения или нарушения.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обязательство; факт; дата; зона; переписка; влияние;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Выявлен выход за предмет/срок/условия.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Определить договорный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доказательств.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6 · Исходящие передачи: Внутренний строительный контроль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4.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результат осмотра, технический стоп и условие продолжения.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вызов; работа; зона; решение; критерии; несоответствия; стоп; назначение автора; сроки; разрешенная/запрещенная следующая операция; подписант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Осмотр завершен, отрицательное решение подписано и адресовано исполнителю.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Исполнить замечание и повторно предъявить результат; продолжить только после закрытия стопа автором.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вправе запросить уточнение, но не снимать стоп.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контрольный результат в исполнительный комплект.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вид контроля; протокол; вывод; подписант; дата; фото; несоответствия и их закрытие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Результат зарегистрирован и подписан.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Связать с актом/комплектом ИД.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несоответствии зоны или версии.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Внешний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Подтвердить внутреннюю готовность к внешнему осмотру.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уведомление; работа; зона; внутренний результат; РД/ППР; акты/схемы/протоколы; исключения; окно; контакты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Внутренние критические замечания закрыты.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Провести внешний осмотр в полномочии.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через ПТО при неполной готовности.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Сообщить отклонение, требующее проектного/технологического решения.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несоответствие; работа; зона; РД и версия; проект/факт; критерий; влияние; стоп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Устранение невозможно без изменения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проектный маршрут; работу оставить остановленной.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Вернуть, если дефект устраняется по действующему основанию.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7 · Исходящие передачи: Интерфейс строительного контроля заказчика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3.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Внешний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подписанный контрольный результат для регистрации в Реестре исполнительной документации.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уведомление; работа; этап; зона; контрольная точка; решение; подписанный документ; замечания; технические стопы; назначение автора; исключения; дата; подписант; полномочие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Осмотр завершен, решение связано с исходным предъявлением и подписано уполномоченным представителем.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Зарегистрировать подписанный пакет в Реестре исполнительной документации, вести замечания и передать событие системному допуску следующего этапа.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на уточнение при конфликте реквизитов, области или подписи.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Внешний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производственное замечание или технический стоп через зарегистрированный контур.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контрольная точка; замечание; критерий; требуемое действие; исполнитель; владелец исправления; срок; запрет продолжения; назначение автора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Замечание относится к физическому результату и подписано уполномоченным контролером.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Организовать устранение и повторное предъявление тому же назначению автора.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менять формулировку и не снимать стоп без нового события автора замечания.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Внешний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Технический заказчик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результат в заказной контур.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этап; решение; замечания; исключения; подписант; полномочие;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Результат зарегистрирован.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Использовать в пределах договора/полномочия.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выходе за предмет приемки.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8 · Исходящие передачи: Геодезическая служба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4.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119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Геодезист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проект-факт для производственного решения.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элементы; проект; факт; дельта; допуск; схема; статус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Измерение проверено.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Остановить/исправить либо продолжить по зарегистрированному результату.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трактовать отклонение как согласованное.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Геодезист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исполнительную схему в комплект.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схема; номер; версия; работа; зона; метод; прибор; поверка; подписант;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Схема выпущена.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матрицу и подписи.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конфликте реквизитов.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Геодезист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измеряемые величины как источник объема.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единица; геометрия; метод расчета; измерение; схема; допущения; исключения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Метод объема опирается на геодезию.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Рассчитать/сверить объем, не меняя исходные измерения.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неоднозначном методе.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Геодезист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проектный маршрут по отклонению.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элемент; зона; РД и версия; проект; факт; дельта; допуск; влияние; схема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Отклонение выше допуска или конфликтует с РД.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Направить проектировщику и удерживать стоп.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Вернуть, если исправление предусмотрено действующей РД.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9 · Исходящие передачи: Строительная лаборатория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4.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Строительная лаборатория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Внутренний строительный контроль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лабораторный вывод для приемки.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протокол; метод; партия; работа; зона; результат; критерий; вывод; ограничения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Протокол подписан и применим.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Использовать как одно из независимых доказательств.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разрыве связи с партией.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Строительная лаборатория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исполнительной документации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Включить протокол в исполнительный комплект.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протокол; номер; дата; работа; зона; партия; метод; подписант; статус применимости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Протокол выпущен.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с матрицей ИД.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неправильной зоне/работе.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Строительная лаборатория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Сообщить результат, влияющий на производство.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партия; работа; зона; результат; критерий; вывод; запрет/условие;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Результат готов.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Остановить затронутую операцию при неудовлетворительном результате.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трактовать как проектное решение.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Строительная лаборатория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технический маршрут по отрицательному результату.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протокол; партия; зона; проектное требование; факт; затронутые элементы; срочность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Результат ниже обязательного критерия.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Определить обследование/проектное решение и стоп.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после подтверждения применимости.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10 · Исходящие передачи: Персонал, допуски, ОТ и ТБ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8.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допуск, ограничения или запрет.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решение; меры; люди; техника; наряды; срок; причина стопа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Проверка завершена.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Организовать работу в разрешенных границах либо остановить.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менять условия самостоятельно.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Персонал и допуски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дефицит квалификации/документов.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человек; роль; требование; документ; статус; срок; запрет; нужная замена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Проблема относится к персональному допуску.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документ или заменить сотрудника.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доказательством действительности.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129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Механик / ответственный за технику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дефект техники или оснастки.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машина/оснастка; номер; оператор; дефект; зона; стоп; требуемая проверка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Причина связана с техническим состоянием.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Проверить/ремонтировать и вернуть технический результат.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ОТ повторно проверяет безопасное применение.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подготовки производства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технологический пакет на доработку безопасности.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ППР/карта; версия; работа; неучтенная опасность; требуемая мера; зона;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Риск не закрывается организационной мерой на месте.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Переработать ППР и направить на утверждение.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Вернуть, если опасность не относится к технологии.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Персонал и допуски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доказательство персонального допуска.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человек; работодатель; операция; квалификация; документы; назначения; срок; ограничения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Профиль проверен на дату работы.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Использовать в комплексном допуске безопасности.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дополнительном требовании.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Персонал и допуски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разрешенный состав смены.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смена; работы; зоны; люди; роли; допущен/запрещен; ограничения; дата снимка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Проверка завершена до смены.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Назначать только разрешенных людей.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Сообщить фактическую замену до начала.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Персонал и допуски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Мастер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исполнителей, доступных для назначения.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смена; человек; профессия; разрешенные операции; ограничения;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Состав смены подтвержден.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операцию в пределах допуска.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несоответствие операции.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Персонал и допуски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Уполномоченный представитель субподрядной организации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дефицит допускного пакета персонала.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человек; документ/назначение; дефицит; срок; затронутая работа;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 отсутствует, истек или не применим.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Заменить человека или представить действующее подтверждение.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допускать до закрытия.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11 · Исходящие передачи: Снабжение, склад и ресурсы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16.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Снабженец / закупщик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Кладовщик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Подготовить физическую и документальную приемку партии.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заказ; поставщик; завод; номенклатура; ожидаемое количество; партия; дата и окно; место разгрузки; товарная накладная; УПД; паспорта качества; сертификаты и декларации по матрице; правила приемки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Поставщик подтвердил отгрузку и транспорт.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партию, связать первичные и качественные документы либо оформить единый дефицит.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снабженцу при отсутствии заказа, партии, места приемки или заявленного документного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Снабженец / закупщик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соответствие поставки техническому основанию.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потребность; номенклатура; производитель; характеристики; согласованный аналог; РД и версия; документы качества; риск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Заказ размещен или предложена замена.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Подтвердить применимость документов к работе либо открыть разрыв.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связи с РД и работой.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Снабженец / закупщик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срыв поставки или превышение лимита.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заказ; работа; критический путь; обещанная дата; прогноз; дельта; стоимость влияния; варианты; требуемое решение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Отклонение выходит за полномочие снабженца.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Выбрать вариант и назначить владельца решения.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Вернуть, если нет доказанного влияния или вариантов.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Снабженец / закупщик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Зафиксировать обязательство и нарушение поставщика.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договор/заказ; поставщик; обязательство; срок; факт; переписка; ущерб/простой;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Срок или иное обязательство нарушено.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договорный маршрут и сроки уведомления.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договорного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Кладовщик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Материально ответственное лицо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материальную ответственность за выданную партию или инструмент.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выдача; партия; номенклатура; количество; состояние; работа; зона; получатель; дата; остаток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Получатель подтвердил фактическое получение.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ответственность и вести расход/возврат.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количества или состояния.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Кладовщик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ресурс для конкретной работы.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выдача; работа; зона; материал/инструмент; партия; количество; документы качества; ограничения; получатель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Выдача проведена и партия доступна.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Использовать только в указанной работе и фиксировать факт.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либо открыть расхождение до использования.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Кладовщик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ПТО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сведения о фактической партии, первичных и качественных документах.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партия; завод; маркировка; номенклатура; количество; товарная накладная; УПД; паспорта качества; сертификаты и декларации; статус приемки; документный дефицит; расхождения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Партия физически принята либо помещена в карантин.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применимость к работе и исполнительному комплекту без повторного запроса уже загруженных файлов.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снабженцу и складу при отсутствии связи документов с партией.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Кладовщик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Снабженец / закупщик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Сообщить расхождение поставки.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заказ; партия; ожидалось; получено; повреждение; документы; фото;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Выявлено расхождение при приемке.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Урегулировать с поставщиком.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после уточнения реквизитов партии.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Материально ответственное лицо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Кладовщик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остаток, инструмент или оснастку.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исходная выдача; позиция; партия; количество; состояние; причина; ответственный;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Ресурс физически подготовлен к возврату.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и закрыть/скорректировать выдачу.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факта.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Материально ответственное лицо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материальный расход для план-факт проверки.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принятый/заявленный объем; материал; партия; расход; норма; допустимые потери; дельта; основание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Расход подтвержден первичным фактом.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с объемом и открыть отклонение.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без связи с объемом.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Материально ответственное лицо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неурегулированный материальный ущерб.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ответственный; позиция; количество; стоимость по учетному источнику; вид отклонения; акт; статус расследования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Отклонение подтверждено и имеет договорное/финансовое влияние.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Отразить ограничение или резерв по полномочию.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до завершения фактической сверки.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82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Материально ответственное лицо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сверхнормативное списание.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объем; норма; факт; дельта; причина; ответственный; варианты решения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Дельта выше допустимых потерь.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Определить корректирующее действие и ответственность.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расчета нормы.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Механик / ответственный за технику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охране труда и технике безопасности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техническую часть комплексного допуска.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единица/оснастка; работа; зона; оператор; осмотр; документы; ограничения; срок; акт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Техническая проверка завершена.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безопасное применение в зоне.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дополнительном условии безопасности.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Механик / ответственный за технику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готовность или запрет использования.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единица; номер; работа; зона; оператор; статус; ограничения; период; акт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подписано.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Использовать только в указанных границах.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переносить единицу/зону без новой проверки.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Механик / ответственный за технику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простой критичной техники.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единица; работа; критический путь; начало простоя; прогноз ремонта; замена; влияние; варианты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Простой влияет на срок/стоимость сверх полномочия.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ресурсное решение.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оценки влияния.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Механик / ответственный за технику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Персонал и допуски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Запросить оператора нужной квалификации.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категория техники; работа; период; квалификация; требуемые документы; ограничения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Техника готова, оператор отсутствует/не допущен.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допустимого оператора.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невозможностью и сроком.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12 · Исходящие передачи: Сметный отдел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4.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Сметчик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договорную применимость расчета.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позиции; работы; зоны; принятые объемы; расценки; коэффициенты; дельты; допущения; версия расчета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Арифметика и сметные основания проверены.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Определить обязательство, допсоглашение или отказ.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построчно при договорном конфликте.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Сметчик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стоимостную часть платежного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период; позиции; принятые объемы; стоимость; НДС/правило; удержания; аванс; исключения; версия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 подтвердил применимость.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Сверить лимит и финансовую готовность.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статуса обязательства.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69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Сметчик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сметный разрыв или превышение лимита.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работа; зона; основание; объемная/ценовая дельта; сумма; допущения; варианты; требуемое решение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Разрыв превышает полномочие или влияет на прогноз объекта.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управленческое решение и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Вернуть, если расчет не воспроизводим.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70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Сметчик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по объемам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объемный разрыв на уточнение.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строка; работа; зона; единица; проблема статуса/метода; требуемое доказательство;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Расчет невозможен из-за объема, а не цены.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Уточнить реестр без изменения первичного факта.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Повторно передать с новым основанием.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13 · Исходящие передачи: Договорный и правовой контур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8.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139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Юрист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Получить правовую проверку договорного действия.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редакция; обязательство; событие; доказательства; проект документа; сроки; риски; требуемый вывод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Есть правовая неопределенность, спор или внешнее уведомление.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применимость, форму и последствия.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конкретным дефицитом доказательств.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договорный статус обязательства.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контрагент; позиции; сумма; условия; технический статус; удержания; аванс; дефициты; версия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Договорная проверка завершена.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Сверить лимит и платежную готовность.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конфликте суммы/редакции.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решение по изменению и превышению полномочий.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событие; варианты действия; сумма; срок; риски; рекомендация; требуемое полномочие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Действие выходит за лимит менеджера.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Выбрать вариант или эскалировать.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без вариантов и последствий.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Уполномоченный представитель субподрядной организации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Направить договорное требование или возврат.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обязательство; нарушение/дефицит; доказательства; требование; срок; последствие; подписант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Документ согласован и подписан в полномочии.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Исполнить либо дать официальный ответ.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Ответ зарегистрировать отдельным событием.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Юрист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варианты решения и правовой риск.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дело; факты; правовая позиция; варианты; последствия; сроки; неопределенность; рекомендация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Заключение прошло внутреннюю проверку.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управленческое решение в полномочии.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уточнением требуемого решения.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Юрист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проверенный договорный документ.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обязательство; тип документа; текст/версия; условия; подписант; срок; канал; риски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Форма и содержание проверены.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Провести согласование и регистрацию.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изменении фактов/сумм.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Юрист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юридический стоп или условие платежа.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обязательство; основание стопа; сумма/часть; условие снятия; срок; подписант заключения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Правовой риск влияет на платежный маршрут.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Установить ограничение без подмены технической проверки.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Снять только по новому заключению/условию.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Юрист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закрытое юридическое дело.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идентификатор; хронология; документы; доказательства доставки; решения; доступ; срок хранения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Дело закрыто или достигло архивной точки.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Создать неизменяемый снимок.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неполной хронологии.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14 · Исходящие передачи: Финансы и учет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11.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Казначейство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утвержденную платежную заявку.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заявка; контрагент; сумма; валюта; основание; дата; очередность; реквизиты; подписи; ограничения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Все обязательные статусы готовы и заявка утверждена.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Исполнить или вернуть по банковскому/ликвидному основанию.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принимать технический дефицит как задачу казначейства.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Бухгалтерия / учет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начисление и основания учета.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контрагент; период; позиции; сумма; удержания; аванс; первичные документы; статус платежа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Обязательство признано по принятому правилу.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Отразить учетный факт и вернуть расхождения.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дефиците первичных документов.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149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лимит/прогноз/приоритет.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обязательство; сумма; статья; лимит; дельта; срок; варианты; последствия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выше полномочия финансового контролера.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Определить приоритет или эскалировать.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утвержденным решением и полномочием.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договорный дефицит.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обязательство; договор; дефицит; сумма; условие снятия;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Финансовая проверка выявила договорный разрыв.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статус обязательства.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Повторно передать с версией.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Казначейство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факт исполнения или мотивированный возврат.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заявка; статус; сумма; дата; банковский идентификатор; причина; следующий шаг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Банк/казначейство сформировали окончательный на текущий момент статус.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обязательство и прогноз.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вопрос, если статус не соответствует идентификатору.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Казначейство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Бухгалтерия / учет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банковский факт для учета.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заявка; платеж; контрагент; сумма; дата; назначение; банковский идентификатор; выписка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Платеж исполнен или возвращен банком.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Сопоставить с обязательством и отразить учетный факт.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связи с основанием.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Казначейство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дефицит ликвидности/приоритета.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дата; доступно; заявки; дефицит; последствия; варианты очередности; требуемое решение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Все заявки корректны, но одновременно не исполнимы.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Определить приоритет в полномочии.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подписанным решением.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Бухгалтерия / учет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учетный статус и расхождение.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обязательство; учетная запись; период; сумма; оплачено; сальдо; расхождение; причина; следующий владелец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Операция отражена или выявлен дефицит.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прогноз/обязательство и устранить свой разрыв.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вопрос при несовпадении идентификатора.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Бухгалтерия / учет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Казначейство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несопоставленный банковский платеж.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платеж; банковский идентификатор; сумма; назначение; проблема сопоставления; требуемые данные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Выписка не связывается с утвержденным основанием.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Уточнить платежный маршрут без изменения банковского факта.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Повторно передать с объяснением.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156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Бухгалтерия / учет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расхождение первичного документа и обязательства.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договор; контрагент; первичный документ; ожидаемое обязательство; факт; дельта; требуемое действие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Проблема относится к договору/документу.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Урегулировать с контрагентом.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после подтвержденной корректировки.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157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Бухгалтерия / учет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Собственник / генеральный директор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агрегированную проверенную учетную отчетность.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объект/портфель; период; начислено; оплачено; сальдо; расхождения; ограничения; дата формирования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Период закрыт по установленному порядку.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Использовать для управленческого решения, учитывая ограничения.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Не выдавать предварительные данные за закрытый период.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2"/>
        <w:pageBreakBefore/>
      </w:pPr>
      <w:r>
        <w:t>Рабочее пространство 15 · Исходящие передачи: Сдача, передача и гарантия</w:t>
      </w:r>
    </w:p>
    <w:p>
      <w:pPr>
        <w:spacing w:before="0" w:after="100" w:line="276" w:lineRule="auto"/>
        <w:jc w:val="left"/>
      </w:pPr>
      <w:r>
        <w:rPr>
          <w:rFonts w:ascii="Arial" w:hAnsi="Arial" w:eastAsia="Arial"/>
          <w:b w:val="0"/>
          <w:i w:val="0"/>
          <w:color w:val="667085"/>
          <w:sz w:val="17"/>
        </w:rPr>
        <w:t>Всего исходящих передач в текущей модели: 14.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50"/>
        <w:gridCol w:w="2900"/>
        <w:gridCol w:w="2900"/>
        <w:gridCol w:w="29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№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Цель и точный пакет</w:t>
            </w:r>
          </w:p>
        </w:tc>
        <w:tc>
          <w:tcPr>
            <w:tcW w:type="dxa" w:w="29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Условие и действие получателя</w:t>
            </w:r>
          </w:p>
        </w:tc>
        <w:tc>
          <w:tcPr>
            <w:tcW w:type="dxa" w:w="291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Возврат и поле правки</w:t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ввода / сдачи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передачи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Сформировать точный передаваемый комплект.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версия готовности; система/этап; готовый объем; реестр ИД; испытания; исключения; адресат;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Критические критерии выполнены либо исключение прямо разрешено договором.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Собрать и проверить манифест выдачи.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конкретный дефицит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159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ввода / сдачи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Устранить документальный или технический дефицит.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дефицит; система/этап; документ/результат; владелец; срок; критерий закрытия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Дефицит относится к контуру ПТО.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владельца и вернуть доказанный результат.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неверно назначенной ответственности.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ввода / сдачи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Эскалировать критический разрыв сдачи.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разрыв; влияние; системы; срок комиссии; владелец; варианты; последствия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Разрыв не устраняется в полномочии руководителя сдачи.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Принять межфункциональное решение.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вариантов или доказательств.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передачи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Представитель заказчика по приемке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Получить внешнее решение по точной версии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пакет предъявления для приёмки; этап; период; объемы; манифест; исключения; полномочия; требуемое решение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Пакет выдан и получение подтверждено.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Рассмотреть и выпустить решение о приёмке.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с построчным перечнем замечаний.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передачи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Создать архивный снимок фактически выданного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пакет предъявления для приёмки; манифест; файлы; отпечатки; получатель; дата; права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Выдача зарегистрирована.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Зафиксировать неизменяемый снимок выдачи.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расхождении состава.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Инженер передачи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Руководитель ввода / сдачи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дефицит или статус выдачи.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пакет предъявления для приёмки; статус; дефициты; получатель; дата; следующий шаг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Проверка или выдача завершена.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матрицу готовности.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несоответствии предмету предъявления.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168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Гарантийный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Организовать техническое обследование.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дело; система; зона; симптом; архивная база; срок; требуемый вывод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Нужна техническая локализация.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Назначить профильные проверки.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доступа или исходных данных.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169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Гарантийный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Прораб генподрядчика по направлению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Организовать устранение подтвержденного дефекта.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дело; дефект; зона; работа; критерий; срок; доказательства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Ответственный и объем определены.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Выполнить устранение и предъявить независимо.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конфликте фронта или основания.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170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Гарантийный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Юрист проекта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Открыть гарантийный спор.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дело; договор; факт; архив; обследование; позиции сторон;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Есть спор об ответственности или применимости.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Подготовить правовой маршрут.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недостаточных доказательствах.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171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Гарантийный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Создать архивный снимок закрытого гарантийного дела.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дело; исходный снимок; обследование; устранение; повторная проверка; решение; дата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Закрытие подтверждено уполномоченной проверкой.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Создать новый связанный снимок.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доказательства.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172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Представитель заказчика по приемке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Начальник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техническое решение и замечания.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о приёмке; пакет предъявления для приёмки; решение; позиции; замечания; исключения; подпись; срок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подписано.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технический комплект и устранить замечания.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связи с точной позицией.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173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Представитель заказчика по приемке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Договорный менеджер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Зафиксировать договорный результат приемки.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о приёмке; договор; принятые позиции; исключенные позиции; обязательства; сроки; подпись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находится в полномочии.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Обновить договорный статус без создания платежа.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позиций.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174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Представитель заказчика по приемке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Финансовый контролер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Передать внешний статус для финансовой проверки.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о приёмке; принятый объем; исключения; договорные позиции; дата; подпись; полномочие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Техническая и договорная готовность доступны независимо.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Проверить финансовую готовность.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отсутствии связи с основанием КС.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  <w:tr>
        <w:trPr>
          <w:cantSplit/>
          <w:trHeight w:hRule="atLeast"/>
        </w:trPr>
        <w:tc>
          <w:tcPr>
            <w:tcW w:type="dxa" w:w="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175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Отправитель: </w:t>
            </w:r>
            <w:r>
              <w:rPr>
                <w:rFonts w:ascii="Arial" w:hAnsi="Arial" w:eastAsia="Arial"/>
                <w:color w:val="17191F"/>
                <w:sz w:val="15"/>
              </w:rPr>
              <w:t>Представитель заказчика по приемке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Получатель: </w:t>
            </w:r>
            <w:r>
              <w:rPr>
                <w:rFonts w:ascii="Arial" w:hAnsi="Arial" w:eastAsia="Arial"/>
                <w:color w:val="17191F"/>
                <w:sz w:val="15"/>
              </w:rPr>
              <w:t>Архивариус ПТО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Цель: </w:t>
            </w:r>
            <w:r>
              <w:rPr>
                <w:rFonts w:ascii="Arial" w:hAnsi="Arial" w:eastAsia="Arial"/>
                <w:color w:val="17191F"/>
                <w:sz w:val="15"/>
              </w:rPr>
              <w:t>Создать архивный снимок принятого комплекта.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Пакет: </w:t>
            </w:r>
            <w:r>
              <w:rPr>
                <w:rFonts w:ascii="Arial" w:hAnsi="Arial" w:eastAsia="Arial"/>
                <w:color w:val="17191F"/>
                <w:sz w:val="15"/>
              </w:rPr>
              <w:t>пакет предъявления для приёмки; решение о приёмке; манифест; решение; исключения; подпись; дата; права</w:t>
            </w:r>
          </w:p>
        </w:tc>
        <w:tc>
          <w:tcPr>
            <w:tcW w:type="dxa" w:w="2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Условие: </w:t>
            </w:r>
            <w:r>
              <w:rPr>
                <w:rFonts w:ascii="Arial" w:hAnsi="Arial" w:eastAsia="Arial"/>
                <w:color w:val="17191F"/>
                <w:sz w:val="15"/>
              </w:rPr>
              <w:t>Решение зарегистрировано.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Действие получателя: </w:t>
            </w:r>
            <w:r>
              <w:rPr>
                <w:rFonts w:ascii="Arial" w:hAnsi="Arial" w:eastAsia="Arial"/>
                <w:color w:val="17191F"/>
                <w:sz w:val="15"/>
              </w:rPr>
              <w:t>Создать неизменяемый снимок приемки.</w:t>
            </w:r>
          </w:p>
        </w:tc>
        <w:tc>
          <w:tcPr>
            <w:tcW w:type="dxa" w:w="29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40" w:line="240" w:lineRule="auto"/>
            </w:pPr>
            <w:r/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Возврат: </w:t>
            </w:r>
            <w:r>
              <w:rPr>
                <w:rFonts w:ascii="Arial" w:hAnsi="Arial" w:eastAsia="Arial"/>
                <w:color w:val="17191F"/>
                <w:sz w:val="15"/>
              </w:rPr>
              <w:t>Вернуть при несовпадении версий.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Что неверно или отсутствует: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/>
                <w:color w:val="667085"/>
                <w:sz w:val="15"/>
              </w:rPr>
              <w:t xml:space="preserve">Как должно быть: </w:t>
            </w:r>
            <w:r>
              <w:rPr>
                <w:rFonts w:ascii="Arial" w:hAnsi="Arial" w:eastAsia="Arial"/>
                <w:color w:val="17191F"/>
                <w:sz w:val="15"/>
              </w:rPr>
              <w:br/>
            </w:r>
          </w:p>
        </w:tc>
      </w:tr>
    </w:tbl>
    <w:p>
      <w:pPr>
        <w:pStyle w:val="Heading1"/>
        <w:pageBreakBefore/>
      </w:pPr>
      <w:r>
        <w:t>Границы готовности и следующий этап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FF3E6"/>
          <w:left w:val="single" w:sz="4" w:space="0" w:color="FFF3E6"/>
          <w:bottom w:val="single" w:sz="4" w:space="0" w:color="FFF3E6"/>
          <w:right w:val="single" w:sz="4" w:space="0" w:color="FFF3E6"/>
          <w:insideH w:val="single" w:sz="4" w:space="0" w:color="FFF3E6"/>
          <w:insideV w:val="single" w:sz="4" w:space="0" w:color="FFF3E6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3E6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A66519"/>
                <w:sz w:val="17"/>
              </w:rPr>
              <w:t>ПОКАЗАТЕЛИ РОЛЕЙ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Показатели ПТО подтверждены частично. Показатели остальных ролей остаются проектными и не влияют на сотрудников, пока не подтверждены источник, период, исключения, защита от манипуляции и право применения.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Маршруты входов для проверки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184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Очная проверка ролей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завершена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Пилотный объект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Требуется один реальный обезличенный объект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Промышленные подключения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Не доказаны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Правильный следующий этап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t>Очная ролевая приёмка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p>
      <w:pPr>
        <w:pStyle w:val="Heading2"/>
      </w:pPr>
      <w:r>
        <w:t>Маршруты входящих данных, требующие полевой проверки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1100"/>
        <w:gridCol w:w="2450"/>
        <w:gridCol w:w="2760"/>
        <w:gridCol w:w="3050"/>
      </w:tblGrid>
      <w:tr>
        <w:trPr>
          <w:trHeight w:hRule="atLeast"/>
          <w:tblHeader w:val="true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Вход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Текущий источник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Статус / что подтвердить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Собственник / генеральный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Карточка критического исключения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Директор проекта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Есть минимум два исполнимых варианта либо обоснована их невозможность.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Собственник / генеральный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Портфельный дефицит ресурса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Директор по строительству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Конфликт между объектами доказан календарем и ресурсной ведомостью.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Собственник / генеральный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Финансовое отклонение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Финансовый контролер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Суммы связаны с договорными и техническими основаниями.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Собственник / генеральный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Правовой и репутационный риск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Юрист проекта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Юридическое заключение отделено от бизнес-решения.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по строительству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Свод критического пути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проекта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Отклонение связано с конкретной работой и зависимостью.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по строительству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Ресурсная потребность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строительства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Потребность подтверждена производственным планом.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по строительству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Статус поставок критического пути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Снабженец / закупщик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Материал связан с работой и датой потребности.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по строительству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собственника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Собственник / генеральный директор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Полномочие и срок действия подтверждены.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Свод объекта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проекта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Все критические отклонения имеют владельца и причину.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Производственное отклонение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строительства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Отклонение связано с критическим путем.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Коммерческое отклонение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Сметчик / договорный менеджер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Технический и договорный статусы разделены.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Директор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Технический стоп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Технический директор /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Стоп выдан уполномоченной ролью.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Статус производственного контура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строительства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Статус связан с планом и доказательством.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Первоначальный допуск исполнителя и фронта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Статус вычислен системой из последних событий обязательных проверок по конкретной работе и зоне.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Разрешение следующего технологического этапа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Статус вычислен системой; ручной обход и подмена отсутствующего решения не допускаются.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Коммерческий статус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Сметчик / договорный менеджер / финансы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Статусы независимых контуров разделены.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Контроль и приемка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Качество / внешний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выдано уполномоченной ролью.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ППР или технологическая карта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подготовки производства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ПТО завершило проверку; обязательные исходные данные и применимые профильные заключения приложены.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Лист проверок ППР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 / качество / геодезия / производство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ПТО проверило ППР; прораб направления отвечает только на переданные ему вопросы технологии производства, остальные проверяющие — в пределах собственного полномочия.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на разъяснение / технический вопрос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ТИМ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Проблема локализована; инженер ПТО оформил запрос, а технический надзор добавил контрольную позицию при применимости. ТИМ-коллизия остаётся отдельным типом результата ТИМ.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директор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технического арбитража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РП / начальник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Есть документированные позиции.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заказчик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Предъявление генподрядчика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инженер передачи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ПТО зарегистрировало комплект и опись; электронная версия и учтенные экземпляры для исполнителя, генподрядчика, заказчика и технического заказчика связаны с одним каноническим пакетом.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заказчик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на разъяснение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Вопрос локализован, зарегистрирован ПТО и не содержит готового неподтвержденного решения.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заказчик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Проектное решение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Проектировщик / ГИП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выпущено уполномоченным проектировщиком.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Технический заказчик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внешнего контроля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Внешний строительный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связано с предъявлением и областью.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Генеральный проектировщик / ГИП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на разъяснение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технический заказчик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Вопрос локализован, содержит исходную версию и зарегистрированный маршрут; запрос ПТО не выдается за проектную коллизию или готовое решение.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Генеральный проектировщик / ГИП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Карточка коллизии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ТИМ-координатор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Коллизия воспроизводима в указанной версии.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Генеральный проектировщик / ГИП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Запись авторского надзора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Авторский надзор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Запись имеет автора и полномочие.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Генеральный проектировщик / ГИП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аналога / изменения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Снабженец / РП /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Проверены исходные характеристики и причина.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Авторский надзор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Заявка на авторский осмотр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технический заказчик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Есть доступ и точная область осмотра.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Авторский надзор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Фактическое отклонение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Факт подтвержден источником, но не выдан как решение.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Авторский надзор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Ответ проектировщика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Проектировщик / ГИП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Ответ закрывает предмет записи.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Авторский надзор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закрытия замечания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Доказательство относится к исходной зоне.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ТИМ-координатор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Координационный выпуск модели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Проектировщик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Версия и система координат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ТИМ-координатор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проверки зоны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Зона и критерий проверки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ТИМ-координатор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Фактическое отклонение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геодезист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Факт связан с моделью и РД.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ТИМ-координатор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Проектное решение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Проектировщик / ГИП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закрывает исходную коллизию.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Очередь результатов ПТО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Инженеры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Результат имеет автора и критерий приемки.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Изменение РД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Документный контролер / инженер по направлению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Влияние оценено по всем контурам.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Возврат внешнего пакета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Технический заказчик /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Каждое замечание связано с позицией.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Эскалация ПТО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Внутренняя роль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Внутренний исполнитель исчерпал полномочие.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подготовки производства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Действующая РД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Документный контролер / инженер по направлению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Версия зарегистрирована и применима.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подготовки производства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подрядчика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Субподрядчик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Состав соответствует объектной матрице допуска.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подготовки производства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Паспорт фронта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строительства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Состояние зафиксировано обеими сторонами.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подготовки производства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График производства работ и договорные основания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Планирование / договоры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График и приложения утверждены при подписании договора либо изменены зарегистрированным основанием.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подготовки производства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Ресурсные подтверждения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Снабжение / склад / персонал / механик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Каждый ресурс подтвержден профильным владельцем.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подготовки производства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План контроля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Качество / геодезия / лаборатория / ОТ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Все скрываемые и ответственные операции покрыты.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объемам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Базовый ВОР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Проектирование / смета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Каждая позиция прослеживается до основания.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объемам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Заявленный производственный факт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субподрядчик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Факт не выдан как принятый объем.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объемам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Измерение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Геодезист / иной уполномоченный измеритель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Метод и область измерения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объемам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приемки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Контроль / технический заказчик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находится в полномочии.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объемам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Изменение / демонтаж / повтор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РП / проектировщик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Состояния первоначального и повторного объема разделены.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исполнительной документации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Принятый технологический этап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Контроль / инженер по направлению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находится в полномочии.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исполнительной документации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Подписанный результат внешнего строительного контроля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Внешний строительный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Результат связан с зарегистрированным предъявлением и подписан уполномоченным представителем.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исполнительной документации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Исполнительная схема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Геодезист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Схема связана с этапом.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исполнительной документации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Протокол испытания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Лаборатория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Проба прослеживается до партии и работы.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исполнительной документации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Журнал и акт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контроль / субподрядчик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Каждый участник подписал свое поле.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исполнительной документации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Карточка партии с первичными и качественными документами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Склад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Документы уже связаны складом с установленной партией; обязательные позиции матрицы доступны.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Назначение на подготовку документа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Начальник ПТО / профильный инженер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Назначение ограничено одним результатом и содержит владельца приемки.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Первичный производственный факт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мастер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Факт подписан автором и относится к назначенной работе.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Матрица документов и форма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исполнительной документации / документный контролер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Форма действует для объекта и вида работы.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Действующие технические основания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ПТО по направлению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Основания однозначно применимы к документу.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Техник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Приложения профильных исполнителей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Геодезия / лаборатория / качество / склад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Приложение выпущено профильной ролью и совпадает с областью документа.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Документный контролер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Выпуск РД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Генеральный проектировщик / ГИП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Документ идентифицируется и подписан генеральным проектировщиком.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Документный контролер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Запись авторского надзора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Авторский надзор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Все реквизиты заполнены.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Документный контролер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Исполнительный документ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ИД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Внутренняя проверка завершена.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Документный контролер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Возврат / подтверждение получения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Внешний получатель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Ответ связан с исходной передачей.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ПТО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Зарегистрированный выпуск РД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Документный контролер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Версия однозначна.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ПТО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Разрешенный пакет производства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подготовки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Пакет разрешен и действует.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ПТО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Ежедневный производственный факт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субподрядчик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Факт относится к разрешенной работе.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ПТО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Результаты контроля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Качество / геодезия / лаборатория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Каждый результат выдан профильным владельцем.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ПТО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Запись авторского надзора / коллизия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Авторский надзор / ТИМ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Событие зарегистрировано.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Сметчик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Накопительный реестр объемов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по объемам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Для расчета выделен статус объема и независимые основания.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Сметчик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 и сметные приложения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менеджер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Редакция действующая и позиция применима.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Сметчик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Изменение проектного основания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проектировщик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Изменение зарегистрировано и оценено по работам.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Сметчик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Ресурсные и ценовые основания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Закупки / договоры / утвержденные сборники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Источник и дата цены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Снабженец / закупщик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Подтвержденная потребность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руководитель строительства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Потребность привязана к работе, версии основания и графику.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Снабженец / закупщик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Лимит и договорные условия закупки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проекта / договорный менеджер / финансы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Определены лимит, полномочие и финансовый маршрут.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Снабженец / закупщик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Проектное решение по аналогу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Проектировщик / ГИП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зарегистрировано и относится к нужной зоне и версии.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Снабженец / закупщик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Предложение поставщика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Поставщик / завод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Предложение идентифицирует товар, производителя и обязательства.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Кладовщик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Ожидаемая поставка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Снабженец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Поставка привязана к действующему заказу и содержит ожидаемый документный комплект.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Кладовщик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Фактическая партия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Перевозчик / поставщик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Партия доступна для пересчета и осмотра; документы можно связать с изготовителем и партией.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Кладовщик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Заявка на выдачу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мастер / МОЛ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Получатель и работа определены; потребность подтверждена.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Кладовщик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Возврат материала или инструмента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МОЛ / производство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Возврат сопоставим с исходной выдачей.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Материально ответственное лицо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Складская выдача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Кладовщик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Количество и состояние проверены при передаче.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Материально ответственное лицо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Нормативная потребность и потери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Норма относится к действующей технологии и объему.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Материально ответственное лицо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Факт расхода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Мастер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Расход связан с выполненной операцией.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Материально ответственное лицо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Требование возврата или инвентаризации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Кладовщик / РП / финансы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Определены состав и момент проверки.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участка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Разрешенный пакет производства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подготовки производства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Пакет разрешен уполномоченными ролями, границы и срок действия однозначны.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участка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Производственный график участка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проекта / руководитель строительства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График декомпозирован до работ и зон участка.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участка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Подтверждение ресурсов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Снабжение / склад / персонал / механик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Ресурс подтвержден профильным владельцем и относится к разрешенной работе.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участка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Свод направления за смену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Старший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Каждый показатель раскрывается до прораба, работы, зоны и первичного доказательства.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Начальник участка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Свод технических блокировок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Начальник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Блокировка содержит доказанный разрыв и профильного владельца решения.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Старший прораб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Назначение фронта направлению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Начальник участка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Назначение основано на действующем пакете ПТО и содержит границы полномочия.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Старший прораб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Готовность прораба к смене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по направлению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Каждый фронт связан с действующим назначением прораба.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Старший прораб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Первичный свод прораба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по направлению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Свод подписан прорабом в контексте его назначения и содержит ссылки на первичные записи.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Старший прораб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ПТО по направлению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ПТО по направлению / начальник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зарегистрировано и относится к назначенному направлению.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Старший прораб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Состояние общих ресурсов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Склад / механик / персонал / ОТ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Профильный владелец подтвердил состояние.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Прораб генподрядчика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Назначенный разрешенный фронт работ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Старший прораб / начальник участка при прямом назначении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Назначение действует, направление и зона входят в полномочие прораба, все обязательные ворота готовности закрыты.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Прораб генподрядчика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График производства работ и договорные основания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График производства работ / договоры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График и приложения утверждены при подписании договора либо изменены зарегистрированным основанием.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Прораб генподрядчика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Состав смены и параллельные допуски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Персонал и ОТ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Каждый исполнитель имеет два положительных статуса на дату и операцию; обязательные журнальные подписи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Прораб генподрядчика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Ресурсы смены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Склад / механик / МОЛ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Ресурс доступен, прослеживаем и разрешен.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Прораб генподрядчика по направлению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Контрольная матрица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качество / геодезия / лаборатория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Определено, когда работа должна быть остановлена и предъявлена.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Мастер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Сменное задание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по направлению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Задание находится внутри действующего назначения прораба и разрешенного фронта.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Мастер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Состав исполнителей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Персонал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Каждый исполнитель соответствует операции.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Мастер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Материалы и инструмент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МОЛ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Ресурс доступен и разрешен.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Мастер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Критерии первичной проверки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ППР / технологическая карта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Критерии понятны и применимы к зоне.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Бригада / исполнитель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Назначенная операция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Мастер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Операция понятна и назначена конкретному исполнителю/бригаде.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Бригада / исполнитель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Действующая технология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Мастер / ППР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Проведен целевой инструктаж.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Бригада / исполнитель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Материал и инструмент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Мастер / МОЛ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Ресурс проверен визуально и соответствует заданию.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Бригада / исполнитель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Разрешение продолжения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мастер после контроля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Предыдущий скрываемый этап принят уполномоченной ролью.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Уполномоченный представитель субподрядной организации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Договорное задание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менеджер / РП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Объем и границы работ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Уполномоченный представитель субподрядной организации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фронта и оснований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Фронт передан двусторонним актом и версии действуют.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Уполномоченный представитель субподрядной организации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Требования допуска подрядчика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ОТ / персонал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Матрица требований применима к договору и работам.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Уполномоченный представитель субподрядной организации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Матрица исполнительной документации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Матрица привязана к виду работ.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Внутренний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Вызов внутреннего контроля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Вызов зарегистрирован до сокрытия этапа.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Внутренний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предъявления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Состав соответствует матрице вида работ.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Внутренний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Критерии приемки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РД / ППР / нормативный реестр / договор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Критерий действующий и применим к работе.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Внутренний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устранения несоответствия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Устранение относится к исходному дефекту и зоне.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Внешний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Официальное уведомление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технический заказчик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Уведомление зарегистрировано и выдерживает договорный срок.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Внешний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Комплект предъявления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Реестр показывает комплектность и исключения.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Внешний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Фактическая готовность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внутренний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Зона доступна и этап не скрыт.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Внешний строительный контроль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устранения замечания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Каждое замечание имеет отдельный ответ.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Геодезист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Геодезическая заявка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Задача и контролируемые элементы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Геодезист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Исходная геодезическая основа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Технический заказчик / ГИП / геодезическая служба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Основа передана актом и пригодна.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Геодезист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Критерии допуска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РД / нормативный реестр / ППР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Критерий применим к измеряемому элементу.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Геодезист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Данные прибора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Реестр средств измерений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Поверка действительна и точность достаточна.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Строительная лаборатория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Заявка на отбор/испытание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Материал, партия и место идентифицированы.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Строительная лаборатория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План и частота контроля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нормативный реестр / РД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Требование действующее и применимо.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Строительная лаборатория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Образец и акт отбора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Уполномоченные участники отбора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Цепочка идентификации непрерывна.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Строительная лаборатория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Оборудование и метод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Лабораторный реестр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Оборудование и метод пригодны.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охране труда и технике безопасности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ППР и безопасный метод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технический директор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Документ утвержден технически и содержит меры.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охране труда и технике безопасности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Состав людей и назначения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Персонал / 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Документы действуют на период работы.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охране труда и технике безопасности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Место и оборудование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механик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Фактическое состояние проверяемо.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по охране труда и технике безопасности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Наряд или специальный допуск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Ответственный руководитель работ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Реквизиты, лица и сроки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Персонал и допуски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Карточка работника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Работодатель / субподрядчик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Личность и работодатель подтверждены по установленному порядку.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Персонал и допуски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Документы квалификации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Работник / работодатель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Документ читаем, действителен и относится к человеку.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Персонал и допуски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Требование операции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ОТ / мастер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Требование связано с утвержденной технологией.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Персонал и допуски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План смены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мастер / 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Состав подан до контрольного времени.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Механик / ответственный за технику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Заявка на технику/оснастку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Потребность и условия применения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Механик / ответственный за технику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Паспорт и регламент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Владелец техники / производитель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Единица идентифицирована и документы действуют.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Механик / ответственный за технику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Данные оператора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Персонал / подрядчик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Оператор допущен к этой категории.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Механик / ответственный за технику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Фактическое место установки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Прораб / ОТ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Место доступно для осмотра.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Договорный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Техническое основание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качество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Технические статусы и доказательства разделены.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Договорный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Расчет стоимости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Сметчик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Расчет воспроизводим и прошел внутреннюю проверку.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Договорный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Договорный комплект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Реестр договоров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Определена действующая редакция.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Договорный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Событие изменения/нарушения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РП / снабжение / производство /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Событие подтверждено источником.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Юрист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правовой проверки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менеджер / РП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Вопрос и управленческое решение сформулированы.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Юрист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Доказательный пакет события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качество / производство / снабжение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Первичные доказательства сохранены и прослеживаемы.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Юрист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Договорно-нормативная база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Реестр договоров / официальный источник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Источник и актуальность подтверждены.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Юрист проекта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Расчет воздействия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Сметчик / финансы / планирование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Расчет воспроизводим и отделен от правовой оценки.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Финансовый контролер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Техническая готовность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Технические доказательства связаны с объемом.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Финансовый контролер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Стоимостной расчет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Сметчик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Расчет проверен и воспроизводим.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Финансовый контролер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Договорная готовность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менеджер / юрист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Обязательство действует и условия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Финансовый контролер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Бюджет и лимиты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Утвержденный финансовый план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Источник утвержден и версия действующая.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Казначейство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Утвержденная платежная заявка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Финансовый контролер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Статус утвержден и подписи действуют.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Казначейство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Платежный календарь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Финансовый план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Данные актуальны на момент исполнения.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Казначейство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Банковские реквизиты и проверки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Проверенный справочник контрагентов / банк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Реквизиты совпадают с заявкой и подтверждены по порядку.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Казначейство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об очередности/исключении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Уполномоченный руководитель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зарегистрировано и находится в лимите.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Бухгалтерия / учет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признанного обязательства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Финансовый контролер / договорный менеджер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Обязательство и учетный момент определены.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Бухгалтерия / учет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Первичные документы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Контрагент / документный контур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Реквизиты, подписи и применимость проверяемы.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Бухгалтерия / учет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Банковский факт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Казначейство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Статус подтвержден банком.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Бухгалтерия / учет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Справочники учета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Утвержденная учетная политика / мастер-данные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Источник действующий и утвержденный.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ввода / сдачи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Матрица выполненных работ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руководитель строительства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Каждая строка связана с принятым техническим результатом.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ввода / сдачи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Матрица испытаний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Лаборатория / пусконаладка /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Протокол относится к точной системе и версии.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ввода / сдачи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Реестр исполнительной документации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ИД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Применимые позиции определены объектной матрицей.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Руководитель ввода / сдачи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Реестр замечаний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Контроль / заказчик /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Критичность и право закрытия подтверждены.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передачи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Версия готовности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ввода / сдачи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Готовый объем локализован.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передачи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Реестр ИД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ИД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Реестр соответствует объектной матрице.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передачи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Договорная структура пакета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менеджер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Требования относятся к действующему договору.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Инженер передачи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Полномочия получателя и отправителя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Технический заказчик / юрист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Полномочия действуют на дату выдачи.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Архивариус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Зарегистрированный комплект ПТО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Документный контролер ПТО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Реестр совпадает с файлами, версиями и маршрутом.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Архивариус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Выданный пакет предъявления для приёмки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передачи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Состав совпадает с журналом выдачи.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Архивариус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Решение о приёмке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Представитель заказчика по приемке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Решение связано с точной версией пакета предъявления.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Архивариус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Закрытие гарантийного дела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Гарантийный менеджер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Исходный снимок не изменяется.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Архивариус ПТО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Запрос подтвержденной копии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Уполномоченный пользователь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Право доступа подтверждено.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Гарантийный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Гарантийное обращение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Эксплуатация / заказчик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Обращение регистрируется даже при неполной информации.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Гарантийный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Архивная база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Архивариус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Копия подтверждена архивом.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Гарантийный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Договорная гарантия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менеджер / юрист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Применимость дана как заключение, а не автоматический вывод.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Гарантийный менеджер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Результат обследования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/ контроль / лаборатория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Результат относится к обращению.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Представитель заказчика по приемке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Пакет предъявления для приёмки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передачи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Получение зарегистрировано.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Представитель заказчика по приемке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Полномочие приемки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Заказчик / технический заказчик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Полномочие действует и покрывает предмет.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Представитель заказчика по приемке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Технические решения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Технический заказчик / контроль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Решения связаны с предъявленным объемом.</w:t>
            </w:r>
          </w:p>
        </w:tc>
      </w:tr>
      <w:tr>
        <w:trPr>
          <w:cantSplit/>
          <w:trHeight w:hRule="atLeast"/>
        </w:trPr>
        <w:tc>
          <w:tcPr>
            <w:tcW w:type="dxa" w:w="11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244EB7"/>
                <w:sz w:val="15"/>
              </w:rPr>
              <w:t>Представитель заказчика по приемке</w:t>
            </w:r>
          </w:p>
        </w:tc>
        <w:tc>
          <w:tcPr>
            <w:tcW w:type="dxa" w:w="24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5"/>
              </w:rPr>
              <w:t>Договорная позиция</w:t>
            </w:r>
          </w:p>
        </w:tc>
        <w:tc>
          <w:tcPr>
            <w:tcW w:type="dxa" w:w="27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Договорный менеджер</w:t>
            </w:r>
          </w:p>
        </w:tc>
        <w:tc>
          <w:tcPr>
            <w:tcW w:type="dxa" w:w="3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структурирован, требует полевой проверки</w:t>
              <w:br/>
              <w:t>Приём: Позиции применимы к предъявлению.</w:t>
            </w:r>
          </w:p>
        </w:tc>
      </w:tr>
    </w:tbl>
    <w:p>
      <w:pPr>
        <w:pStyle w:val="Heading1"/>
        <w:pageBreakBefore/>
      </w:pPr>
      <w:r>
        <w:t>Приложение. 123 решений владельца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СТАТУС РАЗДЕЛА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Это действующие продуктовые правила. Исследовательские материалы, старые варианты интерфейса и технические кандидаты сами по себе не повышаются до этого уровня.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940"/>
        <w:gridCol w:w="3120"/>
        <w:gridCol w:w="3300"/>
      </w:tblGrid>
      <w:tr>
        <w:trPr>
          <w:trHeight w:hRule="atLeast"/>
          <w:tblHeader w:val="true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Решение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Правило продукта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Проверка выполнения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До начала работ нужен не только ППР, но полный пакет входа подрядчика на площадку.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Производственный пакет не выпускается без объектно настраиваемого пакета допуска организации, людей, ответственных, журналов и ресурсов.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карточке фронта видны состав пакета, владелец каждого документа, срок, статус и причина возврата.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Нужны акты передачи площадки и фронта.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Передача площадки и передача конкретного фронта являются разными записями.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Обе записи имеют отдельные версии, стороны, состояние, приложения и подписи.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Нужно фиксировать состояние, в котором фронт передали и вернули.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Паспорт фронта хранит фото, измерения, дефекты, ограничения, ресурсы и состояние при передаче и возврате.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показывает сравнение состояния до и после и не позволяет заменить исходную фиксацию.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Учитывать строительные леса и обычные немеханизированные вышки-туры.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Средства доступа проверяются по применимости отдельно от механизированной техники.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Для лесов и тур доступны осмотр, паспорт, ответственное лицо, зона и срок допуска.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Нужен самостоятельный процесс во время работ.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Между допуском и закрытием существует стадия производства с технологическими этапами и контрольными точками.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Процесс отображает текущую операцию, точку останова, требуемое доказательство и следующий допустимый шаг.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Акты скрытых работ, ответственных конструкций, промежуточные предъявления и схемы должны появляться по этапам.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Матрица контроля определяет доказательства и подписантов для каждого этапа.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Карточка этапа автоматически показывает применимый комплект без универсального списка.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Нельзя залить весь монолит, а потом предъявлять скрытые этапы.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Следующая необратимая операция блокируется до регистрации требуемой приемки предыдущей.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Негативный сценарий доказывает невозможность продолжения без решения уполномоченного контроля.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После работ нужны факт, геодезия, лаборатория и приёмка ответственных конструкций.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Производственный факт, измерение, испытание и приемка принадлежат разным владельцам.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Ни одна роль не может заполнить независимое доказательство за другую.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Факт подтверждают прораб или начальник участка, измерение — геодезист, стоимость — сметчик.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Владелец каждого состояния результата закреплен явно.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журнале действий видны автор, назначение и полномочие каждого подтверждения.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Склад или материально ответственное лицо подтверждает отсутствие претензий и движение имущества.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Материальное закрытие включает выдачу, расход, возврат, остаток, давальческий материал, инструмент и оснастку.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Закрытие работы показывает материальные расхождения и подтверждение владельца учета.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ППР и технологические карты должны иметь библиотеки.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ППР и технологические карты хранятся с версиями, применимостью, авторами и статусами.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Замененная версия недоступна для нового допуска, но сохраняется в истории.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Нужен расчёт потребности в ресурсах.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Производственный пакет содержит потребность в людях, материалах, механизмах, оснастке и контрольных ресурсах.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потребность имеет источник расчета, срок, владельца обеспечения и подтверждение готовности.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Готовность фронта должна иметь критерии, а не один акт.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Готовность фронта определяется измеримым набором критериев.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Статус готовности раскрывается до критериев и доказательств, а не показывается одним флажком.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 реестре РД нужны актуальные формы, версии и изменения.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Рабочая документация ведется по ревизиям с явной действующей версией и областью применения.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 каждой работе система показывает использованную ревизию и запрещает новый факт по замененной.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Технический заказчик инициирует изменение или дополнительную работу; нужны ГИП, ГАП и авторский надзор.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Маршрут изменения включает инициатора, проектное решение, влияние, договорное основание и новую ревизию.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Ни одно изменение не сводится к одной роли или одному документу.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Журнал авторского надзора должен быть самостоятельным документом.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Запись журнала авторского надзора является версионируемой записью со своим маршрутом.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Запись имеет автора, дату, место, содержание, срок, ответ, закрытие и связанные документы.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Журнал авторского надзора может вести к договору на перепроектирование или изменению РД.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Событие авторского надзора может запускать оценку влияния и договорное действие.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Связь с договором возникает только после подтвержденной оценки и решения уполномоченных ролей.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Журнал авторского надзора не должен стать единственным универсальным основанием.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Тип основания изменения выбирается из допустимой матрицы.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карточке изменения указан тип основания и проверена его применимость.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Авторизацию проектного решения заменить на согласование.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Во всех пользовательских текстах используется термин «согласование проектного решения».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Машинная проверка запрещает неверный термин.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Нужен глубокий накопительный план-факт.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Объемы хранятся как отдельные состояния единой позиции работы.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Ведомость показывает происхождение и переход между всеми состояниями объема.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Учитывать отличия толщин, демонтаж и повторный монтаж.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Отклонение, демонтаж и повторное выполнение не перезаписывают исходный факт.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Для каждой операции сохраняются причина, объем, стоимость, доказательства и решение.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Из объёмов должны возникать дополнительное соглашение, меры и спор.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Превышение или изменение объема порождает управленческий, сметный, договорный и при необходимости претензионный маршрут.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не включает спорный объем в КС без допустимого основания.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Нельзя списывать незапланированный материал без основания.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Списание сверх плановой потребности, запаса и допустимых потерь блокируется до оформления причины и решения.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Отрицательный сценарий подтверждает стоп и неизменность первичного расхода.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Учитывать нормативный запас и допустимые технологические потери.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Норма, запас, допустимые потери и фактический расход являются отдельными полями.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Источник каждой нормы и дата применимости видны пользователю.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Необоснованный перерасход — показатель эффективности руководителя проекта.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Показатель возникает только после классификации причины и подтвержденного решения.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показывает расчет и основание, но не назначает виновного автоматически.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Нельзя автоматически списывать любой перерасход на руководителя проекта.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Автоматическое обвинение или удержание запрещено.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Машинная проверка запрещает автоматический переход от перерасхода к персональной ответственности.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Нужны все применимые акты, схемы, журналы, протоколы и документы качества.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Состав исполнительной документации задается объектной матрицей по работе и контрольной точке.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Матрица раскрывает форму, версию, приложения, экземпляры, подписантов и получателей.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Проверять последние формы и правила.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Форма документа имеет версию, источник, дату проверки и область применимости.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Просроченная проверка формы отображается как ограничение, а не скрывается.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Сертификаты и паспорта должны быть обязательны по проекту и партии.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Документ качества связан с изготовителем, партией, поставкой, материалом и местом применения.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Материал нельзя принять как подтвержденный без применимого документа или принятого исключения.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Отсутствующий сертификат допускается только с явным письмом или основанием.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Молчаливый пропуск документа качества запрещен.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Исключение содержит автора, полномочие, причину, срок и приложенное основание.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Нужна возможность запросить подтверждение у изготовителя.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Запрос изготовителю регистрируется как отдельный запрос-ответ через утвержденный канал.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Ответ связан с партией и не подменяет обязательную проверку применимости.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Электронная подпись должна упрощать маршрут.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Электронная подпись отражается как подключение с юридической и объектной настройкой.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 подключения интерфейс честно показывает заглушку и не имитирует юридическую подпись.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ИИ должен давать рекомендации по накопленным данным.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Агент может искать разрывы, готовить черновики и предлагать следующий шаг.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рекомендация содержит использованные источники и уровень уверенности.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ИИ не должен утверждать и принимать.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Агент не согласовывает, не подписывает, не снимает стоп и не меняет первичный факт.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Машинная проверка запрещает агентские полномочия принятия решения.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Внутри ПТО несколько ролей могут быть на одном человеке.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Сотрудник, должность, роль, назначение и действие разделены; очереди объединяются без дублирования.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Совмещение не позволяет принять собственный результат через другую роль.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Начальник ПТО должен глубже управлять выпуском РД, нагрузкой и внутренним контролем.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Начальник ПТО назначает владельцев, принимает внутренние результаты, эскалирует блокировки и контролирует выпуск.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Кабинет показывает очередь решений, загрузку, блокировки и доказательства принятия.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Инженеру подготовки нужен полный допуск на площадку, а не только ППР.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Контракт подготовки включает организацию, персонал, журналы, фронт, ресурсы и средства доступа.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Экран не сводит подготовку к библиотеке ППР.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Для инженера направления нужно расшифровать полный комплект раздела.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Комплект раздела раскрывается до конкретных оснований, фактов, актов, схем, журналов, протоколов и качества.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позиция имеет статус, владельца, версию и связь с работой.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Для инженера по объёмам нельзя сокращать основание КС до договора.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Основание КС включает техническое подтверждение, принятый объем, исполнительный комплект, сметную оценку и договорную применимость.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Отсутствие любого обязательного основания блокирует включение позиции.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Для инженера ИД нужна полная матрица комплектов.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Матрица ИД содержит формы, экземпляры, тома, подписантов, получателей, сроки и допустимые основания отсутствия.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Комплектность рассчитывается по применимым позициям, а не по универсальному проценту.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Прораб, начальник участка, технический директор, сметы и склад не должны становиться сотрудниками ПТО.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Смежные роли остаются самостоятельными кабинетами и взаимодействуют через точные передачи.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модуле ПТО видны ожидания и передачи, но не чужие полномочия.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Код работы непонятен без наименования.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Пользователь всегда видит код, полное наименование и зону; код служит прослеживаемости.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Ни один рабочий экран не показывает только технический код.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Входящая матрица должна полностью измениться после верхних правок.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Нижние матрицы перестраиваются из единого источника после изменения верхней логики.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Машинная проверка обнаруживает расхождение между сущностями, передачами и экраном.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На каждой стрелке писать данные, а не давать расшифровку внизу.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связь содержит точный пакет, условие, действие получателя и правило возврата.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 карте пакет читается непосредственно на связи и открывается полностью по нажатию.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Нужно заново собрать текущую картину, принципы, контракты, экраны, ворота и порядок разработки.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Продукт, документация, проверки и карта генерируются из одного канонического источника.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Изменение источника одновременно обновляет все представления без ручных копий.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Каждая значимая запись должна иметь единый паспорт.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Паспорт записи обязателен для документов, фактов, вызовов, решений, объемов и передач.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Проверка подтверждает обязательные поля паспорта у каждого типа записи.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Нужны строгие состояния процессов.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процессная сущность имеет допустимые переходы, стопы и владельца перехода.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Недопустимый переход отклоняется тестом и интерфейсом.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Полномочие должно существовать отдельно от роли.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Каждое действие ссылается на действующее назначение и полномочие.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Должность без назначения не дает права выполнить действие.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Нужен доказательный пакет.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Результат считается завершенным только при наличии применимого набора доказательств.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Доказательства проверяются по виду работы, зоне, версии и контрольной точке.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Нужны блокирующие ограничения.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Стоп-условия являются данными процесса и снимаются только допустимым решением.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Удаление или обход стопа невозможны без неизменяемого события журнала.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Плановый, выполненный, измеренный, предъявленный, принятый и включенный в КС объемы нельзя смешивать.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Каждое состояние объема хранится отдельно с источником и владельцем.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Переходы объема прослеживаются до первичного факта и основания.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После выпуска каждой следующей роли нужно валидировать уже проработанный костяк и все роли.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После каждой ролевой итерации выполняются глубокая проверка затронутых связей и полный машинный прогон всей модели.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Итерация не получает PASS без протокола полного регрессионного прогона.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ПТО не нужно размножать по отдельным интерфейсам.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является одним модулем с внутренними должностями, назначениями и персональными представлениями.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Пользователь выбирает свое назначение, а данные и задачи не копируются.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Начальник участка, старшие прорабы, прорабы и мастера образуют модуль ИТР / Комплекс производителей работ.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Производственная вертикаль строится вокруг комплекса работ и направлений.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Каждый активный комплекс имеет назначенных владельцев или явный кадровый разрыв.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Строительный контроль является финальным носителем контекста, но не единственным подписантом всего.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Подписанты определяются матрицей документа; контроль проверяет проект, факт, объем, стоимость и применимость работ в своей компетенции.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не пропускает превышение проекта без согласованного изменения и не создает универсального подписанта.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Почта нужна, но не является главным хранилищем.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Переписка фиксируется как коммуникация, а принятая версия документа хранится в каноническом документном контуре.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Письмо связано с записью и документом, но не заменяет состояние процесса.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Мы не разрабатываем собственные аналоги Word, Excel, Project, Notion и AutoCAD.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Внешние инструменты представлены реестром подключений и условиями готовности.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Неподключенный инструмент отображается как честная заглушка без имитации работы.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Агенты оформляют, проверяют и передают после подтверждения человека.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Агент работает в ограниченном контексте и не принимает управленческих или юридических решений.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Каждое агентское действие имеет источники, черновой статус и обязательного подтверждающего.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Для пересчета объемов не нужно каждый раз прогонять весь контекст продукта.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Знания разделяются по объекту, направлению, работе, роли, документу и нормативной области.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Запрос получает минимальный достаточный пакет и ссылки на первичные записи.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На каждой стрелке должно быть видно, какие данные уходят и куда.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Связь является самостоятельной сущностью с точным составом пакета.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Пакет отображается на стрелке и в карточках источника и получателя.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Нужно вернуть модули и заглушки подключений, которые были в границах прототипа.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Реестр подключений хранит назначение, состояние, владельца, необходимые доступы, риск и условие допуска.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Пользователь различает готовое, демонстрационное и требующее подключения.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 геодезиста должна быть форма заявок на разбивку, координаты, отметки и исполнительный контроль.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Геодезическая заявка проходит от запроса производства до результата и передачи в ИД.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Видны время вызова, задача, зона, основание, результат и влияние на продолжение.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Никогда не сжимать контекст при выполнении.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Исходная формулировка владельца хранится отдельно от нормализованного правила и доказательства реализации.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Ни одно решение не считается перенесенным только по краткому резюме.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Если диктовка непонятна или противоречива, нужно переспросить, а не додумывать.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Неоднозначное решение получает статус «требует уточнения» и не превращается в функцию.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Машинная проверка запрещает внедрение решения со статусом «требует уточнения».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Исследования, GitHub-репозитории, методики и дизайн-референсы нельзя превращать в пользовательские функции без подтвержденного процесса.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Происхождение каждой пользовательской функции должно вести к роли, процессу, документу, решению или обязательному контролю.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Технические кандидаты остаются в справочнике и отсутствуют в пользовательском реестре функций.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Каждую роль нужно доводить до уровня ПТО и после новой роли перепроверять ранее созданные.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Ролевой контракт содержит назначение, границы, входы, проверки, преобразования, результаты, передачи, стопы, полномочия, экраны, показатели и доказательство завершения.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Минимальные числа полей не заменяют смысловую проверку на реальном сценарии.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Валидировать весь продукт после интеграции каждого действия.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Каждый этап пересборки заканчивается полным регрессионным прогоном перед следующим изменением.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Протокол этапа содержит команду, результат, охват и ограничения.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Нужно оставить места для Aiterus, WorkWatch, тендерного контура и модуля закупок.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Продукт показывает эти направления как кандидаты подключения с назначением и условием допуска, а не как готовые функции.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Ни одно подключение не отмечено готовым без работающего адаптера и проверки данных.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Архивариус относится к ПТО, передает документы по реестру и хранит архив.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Архивариус ПТО не проверяет техническое содержание: он принимает зарегистрированный комплект, фиксирует передачу по реестру, подтверждение получения и неизменяемый архивный снимок.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модуле ПТО есть отдельное назначение архивариуса; передача пакета закрытия авторскому надзору содержит реестр, точную версию, доказательства, отправителя, получателя и подтверждение получения.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ГИП и ГАП находятся внутри модуля проектирования.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Проектировщик, ГИП и ГАП являются отдельными профилями назначения одного модуля проектирования; их полномочия и подписи определяются приказом по объекту и матрицей документа.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Карта показывает один модуль проектирования и три профиля назначения без создания трех несвязанных приложений или автоматического расширения полномочий.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Внутренний контроль проверяет качество внутри подрядчика до внешнего предъявления; технический заказчик держит соответствие проекту и связывает заказчика, проектировщика и генподрядчика.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Это целевая модель MHS ERP, а не универсальное утверждение для любой компании: внутренний контроль является внутренним воротом генподрядчика, внешний контроль принимает в своем полномочии, технический заказчик переводит намерение заказчика в проверяемое техническое требование и удерживает проектную концепцию.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Ни одна роль не становится универсальным подписантом; точные контрольные точки и подписи задаются объектной матрицей и проходят проверку на конкретной организационной структуре.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 каждого входа и каждой передачи должен быть указан структурированный источник.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Внутренний источник хранится как идентификатор роли и назначения, внешний источник — как тип, организация, документ и идентификатор записи; свободный текст остается только отображаемым названием.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Интерактивная карта использует идентификаторы источника и получателя; текстовые источники входов помечены как очередь миграции и не считаются машинно доказанными до присвоения структурированных ссылок.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Документы разделяются на обязательные до начала, во время выполнения и после выполнения работ.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Матрица каждого вида работ содержит три стадии и не позволяет закрыть работу одним итоговым документом задним числом.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Для каждого шаблона видны документы, доказательства и блокируемая следующая операция на всех трех стадиях.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Для скрываемых работ нужны акты скрытых работ, для законченных ответственных конструкций — акты освидетельствования ответственных конструкций, исполнительная съемка и применимые испытания.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Вид документа определяется технологическим этапом, проектом и применимой официальной формой; следующая необратимая операция блокируется до приемки.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Монолитная цепочка блокирует бетонирование до освидетельствования и нагружение конструкции до итоговой приемки.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Форма и редакция актов не являются свободными: в продукте нужна действующая официальная форма и ее шаблон.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Каталог форм хранит источник, номер нормативного акта, редакцию, дату действия, статус проверки и заменяемую версию.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Устаревшая форма не предлагается для нового документа; исторические документы сохраняют исходную редакцию.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 собственных силах прораб уведомляет ПТО, ПТО собирает комплект, запрашивает геодезию и документы качества; при субподряде комплект готовит ПТО субподрядчика и передает генподрядчику.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Маршрут подготовки зависит от способа выполнения работ, но внутренний контроль генподрядчика обязателен до внешнего предъявления.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Карточка комплекта показывает способ выполнения, автора каждой позиции, внутреннюю проверку и официальный маршрут передачи.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Маршрут подписания и согласования в компаниях различается и должен настраиваться.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Подпись документа, внутреннее согласование пакета, подпись сопроводительного листа и разрешение передачи в оплату являются разными действиями и настраиваются по объекту.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Руководитель проекта может подписывать общий сопроводительный лист, не становясь обязательным подписантом каждого акта.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Неполный комплект проверяется в два этапа и возвращается единым реестром замечаний.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Сначала выполняется формальная проверка читаемости, формы, версии и состава; затем полный содержательный контроль с единым перечнем всех обнаруженных недостатков.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не организует цикл возвратов по одному замечанию и хранит версию каждого повторного предъявления.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Паспорта, сертификаты, товарные накладные и УПД загружаются при приемке поставки и автоматически доступны ПТО по партии.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Кладовщик регистрирует поставку и документы, снабженец устраняет дефицит у поставщика, ПТО использует подтвержденные связи материал — партия — поставка — место применения.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получает применимые документы без ручного запроса; отсутствие позиции создает адресный запрос снабженцу.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Набор испытаний и доказательств зависит от конструкции и технологии.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Шаблон контрольных точек задает типовые события, но методы, частота, критерии и допуски подтягиваются из РД, ППР, технологической карты и объектного плана контроля.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Шаблон не содержит выдуманных универсальных допусков и показывает источник каждого критерия.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Незначительное неблокирующее замечание может не останавливать следующий этап.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Решение «принято с замечаниями» разрешает продолжение только при явном статусе замечаний как неблокирующих и зарегистрированном разрешении следующей операции.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Открытое блокирующее замечание всегда сохраняет стоп; орфографическая или иная неблокирующая правка имеет владельца и срок.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Без подписи технадзора работа не продолжается; при неявке нужно обеспечить уполномоченную замену.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Неявка регистрируется, следующая операция остается заблокированной, технический заказчик обеспечивает назначение и явку другого уполномоченного представителя.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Вызов, получение, неявка, эскалация, новое назначение, осмотр и подпись прослеживаются; автоматического согласования по молчанию нет.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Шаблон объекта утверждают назначенные компанией лица; базово заинтересованы технический директор и директор по строительству.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Матрица утверждения настраивается администратором полномочий; изменение требует новой версии и назначенного утверждающего.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 каждой версии шаблона есть автор, согласующие, утверждающий, область действия и дата вступления.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Новая редакция шаблона действует вперед и не переписывает завершенные записи.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Историческая контрольная точка сохраняет версию формы и шаблона, по которой она создавалась.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После выпуска новой версии старые записи воспроизводятся без изменения, новые получают актуальную версию.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ПТО должен быть одним большим кабинетом, который расширяется внутренними профилями по мере роста компании.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Все роли ПТО работают в одном модуле и общей базе записей; сотруднику назначаются один или несколько профилей, начальник ПТО распределяет задачи и ответственность.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Один результат имеет одного фактического владельца назначения; добавление сотрудника не создает копию данных.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Обозначение «ПТО» означает владельца конкретной записи, а не начальника ПТО по умолчанию.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Каждый вход хранит назначение сотрудника фактического автора или владельца; начальник ПТО получает административный обзор и право назначения в установленном полномочии.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Маршрут не определяется текстом «ПТО» и всегда раскрывается до сотрудника, профиля и исходной записи.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Руководитель строительства в текущей модели — руководитель проекта; начальник участка остается отдельной ролью.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Текстовый источник «Руководитель строительства» нормализуется в контекст назначения руководителя проекта, если объектная структура не задает отдельную роль.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источнике входа виден роль идентификатор записи руководителя проекта и конкретное назначение.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Ответственных руководителей работ обычно несколько, чтобы сохранялся действующий подписант.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Ответственные и замещающие назначаются приказом по объекту; конкретное действие связывается с одним действующим назначением.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проверяет область, срок и статус назначения и не использует абстрактную постоянную роль.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Уполномоченный пользователь, руководитель и участник отбора являются назначениями поверх постоянной роли.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Доступ к архиву, решение об очередности платежа и участие в отборе образца выдаются отдельным ограниченным полномочием.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Каждое действие показывает постоянную роль, назначение, основание, срок и предел полномочия.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Внешний получатель выбирается из реестра организаций и полномочий.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Ручной свободный адресат не используется для официальной передачи.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Передача содержит структурированное поле записи, получатель назначение идентификатор записи, основание, канал и подтверждение получения.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Принятие с первой подачи должно быть не ниже 90 процентов и считаться ежемесячно.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Возвраты из-за новой РД или нового внешнего требования после сдачи комплекта исключаются из нарушения ПТО; ошибки объема, наименования, формы, реестра и состава считаются возвратом ПТО.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Отчет месяца раскрывает числитель, знаменатель, исключения и основание каждого исключения.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Критическим является просроченный результат, который блокирует мобилизацию, следующий этап, приемку, закрытие объема или обеспеченные ресурсами работы.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Срок результата привязан к графику и технологическому предшественнику; неправильный пакет остается незавершенным до исправления.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 экране видны плановая дата, фактическое состояние, заблокированный шаг, обеспеченные ресурсы и владелец исправления.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Нужно различать время реакции и полное время устранения блокировки.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Блокировка хранит время регистрации, назначения владельца, плана устранения, ожидания внешней стороны, закрытия и влияние на график.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Отчет отдельно показывает работу роли и документированное внешнее ожидание без сокрытия общего простоя.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Стоимость и объем под блокировкой являются риском объекта, а не автоматической персональной санкцией.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показатель сотрудника попадает только подтвержденная ответственность его роли; автоматическое обвинение запрещено.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Карточка риска показывает причину, объем, стоимость, длительность, владельца и доказательство причинной связи.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Все проверки по людям идут параллельно: кадровик подтверждает персональные документы, инженер ОТ и ТБ подтверждает свой контур, прораб назначает людей и оформляет записи журналов.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Единый модуль персонала объединяет параллельные проверки без смешения полномочий; итоговый допуск формируется после положительных статусов и требуемых подписей.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Карточка сотрудника показывает кадровый статус, статус ОТ/ТБ, назначенную работу, прораба и применимые журнальные записи.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Инженер по ОТ и ТБ проверяет и заполняет журналы своей части; ответственные прорабы расписываются по направлениям.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Роль называется «Инженер по охране труда и технике безопасности» и работает как профиль единого модуля персонала; журнал хранит фактического автора и каждого подписанта.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Инженер ОТ/ТБ не подписывает за прораба, а прораб не подтверждает кадровые документы или независимую проверку ОТ/ТБ.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Нужно внести накопленные решения, не сжимать контекст, собрать эталонную матрицу, библиотеку шаблонов, перестроить модули и подготовить чистый финал для передачи.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Финальный пакет строится из канонических источников, не ссылается на старые архивы, содержит полный реестр решений, модель, документы, карту, интерфейс, тесты и честные ограничения.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Тестовая распаковка архива совпадает с канонической папкой; ни один документ финала не требует старой сборки или архива.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Выполнить семь действий без сокращения и исправить архитектуру контроля качества, чтобы стабильность и полнота больше не смешивались.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После каждого изменения независимо проверяются происхождение, полнота, согласованность, исполнимость, доказательность и готовность. Продукт, документы, кабинеты, карты, интерфейс и тесты пересобираются из одного канона; общий зелёный тест не скрывает открытые маршруты и недоказанные решения.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Удаление обязательной зависимости, источника или доказательства делает соответствующий шлюз непроходным; каждый шлюз показывает собственный статус и точные причины, а активный продукт не использует ссылки на старые сборки.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Слова «ПТО», «производство» и «контроль» не определяют одного постоянного владельца и не должны разворачиваться во всех сотрудников кабинета; конкретная роль определяется по действию, запросу, записи и результату.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Общее название кабинета создаёт одно контекстное требование к владельцу канонической записи. Система сначала использует назначение сотрудника, тип записи, действие, получателя и существующие подтверждённые договоры; если единственный маршрут не доказан, формирует адресный вопрос владельцу без добавления функции.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Один модульный источник не создаёт веер ролевых стрелок; каждый оставшийся вопрос показывает вход, действие, результат, возможные профили, способ получения, критерий и возврат. Задание техническому директору формируется только после ответов владельца и повторной пересборки.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Продиктованное «ПТУ» означает ПТО; требуемый реестр — Реестр исполнительной документации; производственную готовность подтверждает прораб генерального подрядчика по конкретному направлению; внутри генподрядчика документный маршрут новой РД выполняет ПТО.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Система ведет два раздельных вычисляемых допуска: первоначальный допуск исполнителя и фронта, а также разрешение следующего технологического этапа. Каждая проверка принадлежит назначенной профильной роли и подтверждается доказательством. ПТО регистрирует новую РД внутри генподрядчика и после обязательной внешней приемки регистрирует подписанный пакет в Реестре исполнительной документации. Руководитель проекта видит состояние информационно, но не подтверждает, не принимает и не снимает блокировку; ручного обхода нет.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каноне, серверной модели, интерфейсе и тестах существуют два самостоятельных допуска с точной работой, направлением, зоной и доказательствами; следующий шаг открывает только система после всех обязательных и объектно выбранных проверок, включая подпись внешнего строительного контроля и запись Реестра исполнительной документации.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Первый администратор объекта выбирает контур внутреннего и внешнего контроля. Уполномоченный технический надзор создаёт и подписывает стоп; неподписанный или отрицательный акт запрещает следующую операцию; устранение адресуется исполнителю; закрыть стоп может только назначение, выпустившее замечание.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Объектная матрица поддерживает режимы «только обязательный внешний контроль» и «внутренний контроль до обязательного внешнего». Стоп является неизменяемой записью по работе, зоне и контрольной точке. Администратор выбирает режим, но не подписывает и не снимает стоп. Повторная положительная проверка допускается только тому же назначение сотрудника, который зарегистрировал последнее отрицательное решение.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Отрицательный тест доказывает, что другая роль, другой сотрудник контроля, администратор и руководитель проекта не могут закрыть стоп; следующая операция остаётся заблокированной до положительной записи того же назначения.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До технического директора ППР собирает и проверяет ПТО. Прораб конкретного направления отвечает только на профильные вопросы, которые ПТО не может проверить самостоятельно.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Маршрут ППР разделяет обязательную проверку ПТО, объектно применимую консультацию производителя работ по направлению и окончательное утверждение техническим директором. Прораб не подменяет ПТО и технического директора, а технический директор не получает непроверенную версию ППР напрямую от производства.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Технический директор не может утвердить ППР без результата проверки ПТО; профильный вопрос и ответ прораба сохраняются в листе проверки с направлением, версией и автором.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ПТО не создаёт техническую коллизию. Любой участник, связанный с производством, может выявить проблему; инженер ПТО локализует её и совместно с техническим надзором формирует запрос на разъяснение, а руководитель направления может быть инициатором.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Запрос на разъяснение является отдельной канонической записью с инициатором, работой, зоной, действующей РД, фактическим состоянием, вопросом, влиянием, позициями ПТО и контроля и маршрутом технического решения. Термин «создать коллизию» для действий ПТО запрещён.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Во всех ролевых контрактах, интерфейсе и документации ПТО выявляет и локализует проблему, но не создаёт её; запрос закрывается зарегистрированным разъяснением, проектным решением или новой РД.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Пакет выполненного этапа от генерального подрядчика техническому заказчику формирует ПТО. Финальный комплект передаётся с Реестром исполнительной документации в электронном и физическом виде; экземпляры остаются у исполнителя, генерального подрядчика, заказчика и технического заказчика.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Каноническая электронная версия и реестр контролируемых физических экземпляров являются одной поставкой данных. Для каждой копии фиксируются получатель, состав, версия, отправитель, дата и подтверждение получения; число экземпляров настраивается договором и объектной матрицей.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Передача не закрывается без сверенной описи, канонической электронной версии и подтверждения выдачи предусмотренных объектом экземпляров; возврат идёт ПТО единым реестром замечаний.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Если сотрудник ПТО один, он совмещает все необходимые профили и полномочия начальника ПТО. При появлении второго сотрудника начальником ПТО становится тот, кого назначил администратор.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ПТО остаётся одним кабинетом с одной канонической очередью. Профили, назначения и полномочия добавляются сотрудникам без копирования кабинетов и записей. Каждое действие сохраняет фактический назначение сотрудника; запрет самопроверки действует даже при совмещении ролей.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Сценарий одного сотрудника предоставляет все необходимые рабочие профили в одном кабинете; сценарий двух сотрудников требует явного назначения начальника и не создаёт второй кабинет ПТО.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Потребность в материале, геодезии, лаборатории, технике и оснастке инициирует исполнитель либо ответственный по направлению при выполнении собственными силами. Потребность формируется из графика производства работ, который связан с движением рабочей силы, техники и материалов и является приложением к договору вместе со стоимостями.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ресурсная заявка ссылается на позицию графика производства работ, работу, зону, срок, расчёт, договор и применимое приложение со стоимостью. ПТО проверяет основание и комплектность; закупка, геодезия, лаборатория и механизация подтверждают только собственный результат обеспечения или независимой проверки.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Нельзя выпустить обезличенную заявку без инициатора, позиции графика и договорного основания; поставку, геодезический результат, протокол испытания и готовность техники подтверждают независимые владельцы соответствующих результатов.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Действующим строителям нужен отдельный веб-режим проверки ролевой модели без GitHub: вход одной кнопкой, открытые заметки, голосовое заполнение, перестановка элементов, стрелки и выноски с точными правками. Сейчас продукт не выпускается; требуется локальный проверяемый контур с backend, а не публикация.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Замечания, новая редакция, добавление, исключение, перестановка, перенос и связь сохраняются на сервере как версионируемые предложения конкретного назначенного специалиста. Голос преобразуется в текст в браузере; аудиозапись не сохраняется. Ни одно предложение не меняет каноническую роль автоматически: после предметного рассмотрения оно отдельно проводится через требование, модель, runtime, интерфейс, документацию, тест и браузерную проверку.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После перезагрузки предложения сохраняются в локальной базе; автор и назначение ограничивают доступ; история не удаляется; устаревший отпечаток модели блокирует новую редакцию; из основного интерфейса доступен один явный переход; канонические источники до отдельной интеграции остаются неизменными.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Знак MHS ERP должен быть чёрно-красным вместо чёрно-сине-жёлтого.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Все фирменные поверхности используют единый знак из чёрного #121820 и красного #c43b33. Синий и жёлтый остаются только смысловыми цветами интерфейса и не входят в знак.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Основной интерфейс, портал валидации и пакет технического директора показывают одинаковый чёрно-красный знак; машинная проверка запрещает прежние синий и жёлтый внутри блока блока фирменного знака.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Инструкция не должна требовать отдельного документа: каждый значок, переход, строка, статус и структурный элемент объясняются прямо в режиме реальной проверки.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Единый канонический словарь справки содержит для каждого элемента название, смысл, назначение, вопрос специалисту и текущее понимание системы. На компьютере подсказка открывается по наведению и фокусу; на сенсорном экране включается безопасный режим проверки, в котором нажатие объясняет элемент и не выполняет его действие. Каждая конкретная строка и стрелка дополняет подсказку ролью, разделом, постоянной технической ссылкой, адресатом, редакцией и состоянием.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Машинная проверка доказывает наличие полного словаря и соответствие всех ключей справки; браузерная проверка подтверждает наведение, клавиатурный фокус, встроенную карту структуры и безопасное нажатие на мобильном экране. Отдельный документ не требуется для понимания интерфейса.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Строители не должны видеть фрагменты кода, необъяснённые англицизмы и служебные имена полей; каждое положение нужно показывать развёрнуто и по-русски.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Основной слой режима валидации показывает предметное название, полный состав данных, источник, критерий приёмки, возврат, доказательство, адресата и действие получателя. Постоянные идентификаторы, коды ролей и служебные ссылки не удаляются, но доступны только в закрытом по умолчанию разделе «Техническая привязка для разработчика». Универсальный вывод необработанного программного объекта запрещён.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 всех 43 ролях и 12 разделах известные структурированные поля имеют русские предметные названия; основной экран и встроенная справка не показывают служебные имена; машинная проверка блокирует новое структурированное поле без пользовательского названия; браузерная проверка подтверждает широкий и мобильный экран.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Локальный режим ролевой валидации не должен прекращать работу при завершении временной сессии Codex или закрытии окна терминала.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MHS ERP запускается как пользовательская служба macOS с автоматическим запуском после входа и повторным запуском после сбоя. Из-за системного запрета фонового доступа к папке документов пользователя исполняемая копия хранится в системной папке данных приложения, а база предложений — в отдельной постоянной папке данных. Канонический проект остаётся в MHS ERP. Сервис слушает только 127.0.0.1; внешний доступ запрещён до настоящей аутентификации, многофакторной защиты и объектной матрицы прав.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Служба имеет состояние running, отвечает по локальному адресу, использует отдельную базу v7, автоматически перезапускается и не слушает внешний сетевой интерфейс; машинная проверка запрещает 0.0.0.0 и туннели в текущем контуре.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Главное меню не должно смешивать ежедневную работу сотрудника, настройку объекта и внутреннюю серверную логику. Всё, что настраивает структуру, права, матрицы, подключения, валидацию и состояние системы, нужно собрать в одном окне администрирования; внутренние технические механизмы не должны показываться сотрудникам.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Рабочее меню формируется из регулярных действий текущего назначения. Объектная конфигурация доступна только назначению с административным полномочием и собрана в одном экране с вкладками. Прежние служебные адреса подчиняются той же проверке. Полный снимок объекта больше не запрашивается от имени администратора для обычного сотрудника: сервер выдаёт только относящиеся к его назначению записи, передачи, документы, проверки и собственную историю. Внутренние движки остаются в источниках, документации и тестах.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Обычное назначение видит компактное рабочее меню и только свой кабинет; не видит пункт администрирования, полный журнал, реестр подключений и служебные разделы; прямое открытие административного адреса блокируется. Администратор получает одно окно с полным составом перенесённых функций. Машинный тест подтверждает полноту классификации прежних разделов, запрет полного снимка для сотрудника и отсутствие технических требований в его данных; браузерная проверка подтверждает оба режима.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Ролевая валидация и переключение остальных ролей должны быть постоянно доступны в правой части верхней панели, а не скрываться в боковом перечне или исчезать после выбора рабочего назначения.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локальном синтетическом режиме верхняя панель показывает выбор настроенного назначения объекта и отдельный вход в проверку всех 43 ролевых контрактов. Боковая панель показывает только кабинет текущего назначения. Переключение назначения заново запрашивает серверный рабочий снимок именно этого назначения и не является выдачей прав или промышленной сменой личности. В производственном контуре такой переключатель запрещён без настоящей аутентификации и полномочий.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На каждом основном экране локальной проверки справа сверху видны выбранное назначение и кнопка валидации; после смены назначения боковая панель и данные соответствуют его кабинету; портал открывает все 43 ролевых контракта; прямой административный адрес и полный снимок по-прежнему запрещены рабочему назначению; широкий и мобильный интерфейсы не имеют горизонтального переполнения.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Продукт нельзя продолжать как безликий набор функций отдельного подрядчика. До ролей должны быть описаны объект, полный состав работ и конечная ответственность генерального подрядчика за возведение и передачу объекта.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Канонический порядок меняется на объект → договорная граница генерального подряда → полный каталог работ и систем → организации и интерфейсы → назначения ролей → контроль, пусконаладка, сдача и гарантия. Ролевые контракты сохраняются, но больше не являются исходной точкой архитектуры.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Главный экран и машинная модель сначала показывают вид объекта, договорный результат генподрядчика, состав работ и неизвестные параметры; только затем открывают кабинеты, роли и передачи.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Тип объекта для текущей пересборки — элитный жилой комплекс. Границы договора генподряда должны учитывать существующую практику и нормы Минстроя.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Юридический вид фиксируется как многоквартирный жилой комплекс, а «элитный» — отдельно как коммерческий класс. Не предоставленные адрес, площади, этажность, очереди, паркинг, отделка, инженерные системы и разделение ответственности сохраняются как явно неопределённые параметры и не заполняются предположениями.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Машинный тест различает юридический вид и коммерческий класс, перечисляет все неизвестные параметры и запрещает выдавать эталонный объект за паспорт реального проекта.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Генеральный подрядчик является главным ответственным за возведение договорного объекта и передачу своего полного результата, но не должен присваивать полномочия заказчика, проектировщика, надзора, сетевых организаций или органа ввода.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Модель содержит конечный результат генподряда, обязанности заказчика, включения, исключения и настраиваемую разделительную матрицу проектирования, поставки, подключений, контроля, ПНР, исполнительной документации, ввода, передачи и гарантии. Застройщик остаётся заявителем по разрешению на ввод.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Каждая граница имеет источник в договоре или обязательном основании; интерфейс не расширяет ответственность; маршрут ввода явно отделяет результат генподрядчика от публичного решения застройщика и органа власти.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 продукте должны быть внутренние и наружные инженерные системы, специфика пусконаладки и ввода, полноценная работа субподрядных организаций, а также взаимодействие с городскими и ресурсоснабжающими организациями.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Эталонный каталог содержит строительную часть, все основные внутренние и наружные инженерные системы, благоустройство, индивидуальные испытания, комплексное опробование, исполнительную и эксплуатационную передачу. Каждая позиция имеет входы, владельцев, результат, доказательства, приёмку, ПНР и внешние интерфейсы. Субподрядчик моделируется как организация с собственной структурой назначений, а не одной обезличенной ролью.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Отрицательный тест удаляет обязательную систему или её владельца, доказательство, приёмку либо ПНР и обязан понизить шлюз полноты. Внешние участники отображаются отдельно от внутренних подразделений генподрядчика.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Пересборка должна сохранять связь с действующими нормами и ролями Минстроя, но нормативный источник, исследование или архитектурный паттерн не должны превращаться в пользовательскую функцию.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Официальные нормы хранятся как источник ограничения, применимости формы, обязательного доказательства и границы полномочий. Юридические функции участников сопоставляются с организациями и назначениями; 43 ролевых контракта ERP не выдаются за официальный перечень должностей Минстроя.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Каждый нормативный источник имеет ссылку, применимость, ограничение продукта и признак «не является пользовательской функцией»; машинная проверка блокирует повышение нормы или исследования до пользовательской функции без подтверждённого процесса.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 обычной работе одно текущее назначение должно одновременно определять профиль кабинета, очередь, доступные действия и права. Два независимых переключателя роли недопустимы.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Карточка текущего назначения показывает сотруднику его роль, кабинет, границы и полномочия, но не меняет роль или права. Рабочий профиль кабинета вычисляется из того же назначения и не выбирается отдельно. Другие профили кабинета доступны только как справочная структура в разделе «Состав и назначения». Выбор роли для локальной проверки остаётся изолированным в портале ролевой валидации и не меняет рабочий снимок.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При открытии руководителем проекта кабинет «Управление объектом» показывает только профиль «Руководитель проекта» как активный. Профиль собственника не может стать активным вторым переключателем. Обычный сотрудник не получает интерфейсной возможности сменить роль; просмотр контракта другого профиля не меняет его очередь, действия или права.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Для проверки продукта в верхней панели нужно оставить один переключатель «Роль для просмотра», чтобы специалист мог последовательно открыть любую роль и увидеть её кабинет, контракт, входы, результаты, передачи и экран.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локальном синтетическом режиме один верхний переключатель открывает все 43 ролевых контракта только для просмотра: не меняются текущее назначение, рабочий снимок, очередь, права, серверные записи и история. OD-121 расширяет этот же переключатель до всех 45 именованных профилей кабинетов, не создавая второго выбора рабочего профиля. Из выбранного профиля доступен прямой переход в отдельный портал валидации для внесения замечания.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Все 43 ролевых контракта остаются доступны из одного верхнего переключателя через 45 профилей, сгруппированных по кабинетам. После выбора открывается полный обзор профиля и связанного с ним контракта. Любая попытка выполнить рабочее действие в режиме просмотра блокируется. Переход в валидацию передаёт выбранный контракт и не меняет каноническую модель без отдельного процесса семи поверхностей.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 едином переключателе «Роль для просмотра» должны быть видны генеральный директор и все остальные профили, которые раньше были доступны в правом круге. Выбранная позиция должна полностью раскрывать роль, а не показывать сокращённую карточку.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Верхний просмотр строится из 45 профилей 15 кабинетов, а не из тестовых назначений. Профили группируются по кабинетам; «Собственник / генеральный директор», ГИП и ГАП доступны отдельными позициями. Каждый профиль открывает полный обзор связанного ролевого контракта: назначение, границы, входы и источники, действия и проверки, промежуточные и конечные результаты, точные входящие и исходящие передачи, права, запреты, согласования, возвраты, блокировки, доказательства, зависимости, показатели и экраны. Профиль не меняет текущее назначение, очередь, права, серверные записи или историю.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В одном селекторе доступны все 45 профилей, сгруппированные по 15 кабинетам; профиль «Собственник / генеральный директор» виден в разделе «Управление объектом», а ГИП и ГАП различаются в разделе проектирования. После выбора открывается полный обзор выбранного профиля. Любое рабочее действие в таком просмотре блокируется; текущее назначение и его серверный снимок остаются неизменными.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На главной, в рабочей очереди и кабинете нельзя показывать описания функций и методические объяснения. Нужен короткий демонстрационный каркас: что происходит, где происходит, кто отвечает, что требуется сделать, какой результат и кому он уйдет. Полное основание каждого блока должно открываться в ролевой валидации.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Рабочая оболочка строится из объекта, текущего назначения, состояния, действия, срока, результата, адресата и блокировки. Назначение экрана, источник, полный ролевой контракт, причины существования функции и открытые вопросы не дублируются в обычном рабочем интерфейсе: они доступны через единый просмотр роли и портал валидации. Серверные правила, права, маршруты и данные сохраняются без переноса в пользовательские описания.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Широкий и мобильный рабочие экраны показывают предметные действия и состояния без технических или методических абзацев. Из главной и карточки роли есть переход в валидацию по текущей роли; там специалист видит полный контракт, основание, источники и может оставить замечание. Любая принятая правка проходит модель, интерфейс, документацию, тесты и браузерную проверку.</w:t>
            </w:r>
          </w:p>
        </w:tc>
      </w:tr>
      <w:tr>
        <w:trPr>
          <w:trHeight w:hRule="atLeast"/>
        </w:trPr>
        <w:tc>
          <w:tcPr>
            <w:tcW w:type="dxa" w:w="29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4"/>
              </w:rPr>
              <w:t>В режиме валидации должны быть все описания и объяснения. В главном продукте — ценность и реальные действия.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Обычный рабочий экран показывает краткую предметную ценность через текущий результат, риск или блокировку, следующее действие, ожидаемый результат и адресата. Он не становится пустым набором названий и не превращается в методическое описание. Полный ролевой контракт, источники, причины правила, подробные объяснения элементов и пространство для предметной правки остаются в едином просмотре роли и в портале валидации.</w:t>
            </w:r>
          </w:p>
        </w:tc>
        <w:tc>
          <w:tcPr>
            <w:tcW w:type="dxa" w:w="33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14"/>
              </w:rPr>
              <w:t>Главная, рабочая очередь и кабинет содержат русское короткое объяснение текущей пользы и действия без технических или методических абзацев. Каждый интерактивный элемент портала валидации имеет встроенное русское объяснение; переход из обычного экрана открывает полный предметный контекст роли без изменения назначения, прав или данных.</w:t>
            </w:r>
          </w:p>
        </w:tc>
      </w:tr>
    </w:tbl>
    <w:p>
      <w:pPr>
        <w:pStyle w:val="Heading1"/>
        <w:pageBreakBefore/>
      </w:pPr>
      <w:r>
        <w:t>Итоговый реестр правок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EAF0FF"/>
          <w:left w:val="single" w:sz="4" w:space="0" w:color="EAF0FF"/>
          <w:bottom w:val="single" w:sz="4" w:space="0" w:color="EAF0FF"/>
          <w:right w:val="single" w:sz="4" w:space="0" w:color="EAF0FF"/>
          <w:insideH w:val="single" w:sz="4" w:space="0" w:color="EAF0FF"/>
          <w:insideV w:val="single" w:sz="4" w:space="0" w:color="EAF0FF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AF0FF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244EB7"/>
                <w:sz w:val="17"/>
              </w:rPr>
              <w:t>КАК ВЕРНУТЬ РЕЗУЛЬТАТ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Внесите только обнаруженные расхождения. Для каждой правки укажите название рабочего пространства, роли или передачи, фактический порядок и подтверждающий пример.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4F5F7"/>
          <w:left w:val="single" w:sz="4" w:space="0" w:color="F4F5F7"/>
          <w:bottom w:val="single" w:sz="4" w:space="0" w:color="F4F5F7"/>
          <w:right w:val="single" w:sz="4" w:space="0" w:color="F4F5F7"/>
          <w:insideH w:val="single" w:sz="4" w:space="0" w:color="F4F5F7"/>
          <w:insideV w:val="single" w:sz="4" w:space="0" w:color="F4F5F7"/>
        </w:tblBorders>
      </w:tblPr>
      <w:tblGrid>
        <w:gridCol w:w="9360"/>
      </w:tblGrid>
      <w:tr>
        <w:trPr>
          <w:trHeight w:hRule="atLeast"/>
          <w:cantSplit/>
        </w:trP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after="80"/>
            </w:pPr>
            <w:r/>
            <w:r>
              <w:rPr>
                <w:rFonts w:ascii="Arial" w:hAnsi="Arial" w:eastAsia="Arial"/>
                <w:b/>
                <w:color w:val="667085"/>
                <w:sz w:val="17"/>
              </w:rPr>
              <w:t>ОГРАНИЧЕНИЕ</w:t>
            </w:r>
          </w:p>
          <w:p>
            <w:pPr>
              <w:spacing w:after="0" w:line="276" w:lineRule="auto"/>
            </w:pPr>
            <w:r>
              <w:rPr>
                <w:rFonts w:ascii="Arial" w:hAnsi="Arial" w:eastAsia="Arial"/>
                <w:color w:val="17191F"/>
                <w:sz w:val="21"/>
              </w:rPr>
              <w:t>Документ фиксирует правки к ролевой модели и передачам. Он не является актом промышленной готовности, юридическим согласованием или универсальной матрицей подписантов для любого объекта.</w:t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620"/>
        <w:gridCol w:w="1250"/>
        <w:gridCol w:w="2050"/>
        <w:gridCol w:w="2180"/>
        <w:gridCol w:w="1660"/>
        <w:gridCol w:w="1600"/>
      </w:tblGrid>
      <w:tr>
        <w:trPr>
          <w:trHeight w:hRule="atLeast"/>
          <w:tblHeader w:val="true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Раздел, роль или передача</w:t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Как сейчас</w:t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Как должно быть</w:t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Документ / пример</w:t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Кто подтверждает</w:t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2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3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4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5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6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7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8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9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10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11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12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13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14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15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16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17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18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19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  <w:tr>
        <w:trPr>
          <w:trHeight w:hRule="atLeast"/>
        </w:trPr>
        <w:tc>
          <w:tcPr>
            <w:tcW w:type="dxa" w:w="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20</w:t>
            </w:r>
          </w:p>
        </w:tc>
        <w:tc>
          <w:tcPr>
            <w:tcW w:type="dxa" w:w="12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05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21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  <w:tc>
          <w:tcPr>
            <w:tcW w:type="dxa" w:w="1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br/>
            </w:r>
          </w:p>
        </w:tc>
      </w:tr>
    </w:tbl>
    <w:p>
      <w:pPr>
        <w:pStyle w:val="Heading2"/>
      </w:pPr>
      <w:r>
        <w:t>Маршрут профильной проверки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700"/>
        <w:gridCol w:w="2500"/>
        <w:gridCol w:w="2200"/>
        <w:gridCol w:w="2160"/>
        <w:gridCol w:w="1800"/>
      </w:tblGrid>
      <w:tr>
        <w:trPr>
          <w:trHeight w:hRule="atLeast"/>
          <w:tblHeader w:val="true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Кабинет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Специалист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Что проверить</w:t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93A8A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Срок / результат</w:t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1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Управление объектом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2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Интерфейс технического заказчика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3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Интерфейс проектирования и авторского надзора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4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Производственно-технический отдел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5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ИТР / Комплекс производителя работ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6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Внутренний строительный контроль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7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Интерфейс строительного контроля заказчика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8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Геодезическая служба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9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Строительная лаборатория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10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Персонал, допуски, ОТ и ТБ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11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Снабжение, склад и ресурсы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12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Сметный отдел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13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Договорный и правовой контур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14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Финансы и учет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  <w:tr>
        <w:trPr>
          <w:cantSplit/>
          <w:trHeight w:hRule="atLeast"/>
        </w:trPr>
        <w:tc>
          <w:tcPr>
            <w:tcW w:type="dxa" w:w="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Arial" w:hAnsi="Arial" w:eastAsia="Arial"/>
                <w:b/>
                <w:color w:val="244EB7"/>
                <w:sz w:val="16"/>
              </w:rPr>
              <w:t>15</w:t>
            </w:r>
          </w:p>
        </w:tc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17191F"/>
                <w:sz w:val="16"/>
              </w:rPr>
              <w:t>Сдача, передача и гарантия</w:t>
            </w:r>
          </w:p>
        </w:tc>
        <w:tc>
          <w:tcPr>
            <w:tcW w:type="dxa" w:w="2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ФИО / должность:</w:t>
              <w:br/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Названия ролей / передач:</w:t>
              <w:br/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667085"/>
                <w:sz w:val="16"/>
              </w:rPr>
              <w:t>Дата / результат:</w:t>
              <w:br/>
            </w:r>
          </w:p>
        </w:tc>
      </w:tr>
    </w:tbl>
    <w:p>
      <w:pPr>
        <w:pStyle w:val="Heading2"/>
        <w:pageBreakBefore/>
      </w:pPr>
      <w:r>
        <w:t>Результат проверки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EE8"/>
          <w:left w:val="single" w:sz="6" w:space="0" w:color="D9DEE8"/>
          <w:bottom w:val="single" w:sz="6" w:space="0" w:color="D9DEE8"/>
          <w:right w:val="single" w:sz="6" w:space="0" w:color="D9DEE8"/>
          <w:insideH w:val="single" w:sz="6" w:space="0" w:color="D9DEE8"/>
          <w:insideV w:val="single" w:sz="6" w:space="0" w:color="D9DEE8"/>
        </w:tblBorders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Обязательные исправления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Непроверенные разделы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Следующие профильные встречи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  <w:br/>
              <w:br/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ФИО и должность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Организация / объект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5F7"/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/>
                <w:color w:val="667085"/>
                <w:sz w:val="18"/>
              </w:rPr>
              <w:t>Дата</w:t>
            </w:r>
          </w:p>
        </w:tc>
        <w:tc>
          <w:tcPr>
            <w:tcW w:type="dxa" w:w="68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64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17191F"/>
                <w:sz w:val="20"/>
              </w:rPr>
            </w:r>
          </w:p>
        </w:tc>
      </w:tr>
    </w:tbl>
    <w:p>
      <w:pPr>
        <w:spacing w:before="0" w:after="40" w:line="276" w:lineRule="auto"/>
        <w:jc w:val="left"/>
      </w:pPr>
      <w:r>
        <w:rPr>
          <w:rFonts w:ascii="Arial" w:hAnsi="Arial" w:eastAsia="Arial"/>
          <w:b w:val="0"/>
          <w:i w:val="0"/>
          <w:color w:val="17191F"/>
          <w:sz w:val="21"/>
        </w:rPr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518" w:footer="51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color w:val="667085"/>
        <w:sz w:val="16"/>
      </w:rPr>
      <w:t xml:space="preserve">MHS ERP · рабочий документ ·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tblLayout w:type="fixed"/>
      <w:tblLook w:firstColumn="1" w:firstRow="1" w:lastColumn="0" w:lastRow="0" w:noHBand="0" w:noVBand="1" w:val="04A0"/>
      <w:tblInd w:w="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2800"/>
      <w:gridCol w:w="6560"/>
    </w:tblGrid>
    <w:tr>
      <w:trPr>
        <w:trHeight w:hRule="atLeast"/>
      </w:trPr>
      <w:tc>
        <w:tcPr>
          <w:tcW w:type="dxa" w:w="2800"/>
          <w:vAlign w:val="center"/>
          <w:tcMar>
            <w:top w:w="100" w:type="dxa"/>
            <w:start w:w="120" w:type="dxa"/>
            <w:bottom w:w="100" w:type="dxa"/>
            <w:end w:w="120" w:type="dxa"/>
          </w:tcMar>
        </w:tcPr>
        <w:p>
          <w:pPr>
            <w:spacing w:before="0" w:after="0" w:line="264" w:lineRule="auto"/>
            <w:jc w:val="left"/>
          </w:pPr>
          <w:r/>
          <w:r>
            <w:rPr>
              <w:rFonts w:ascii="Arial" w:hAnsi="Arial" w:eastAsia="Arial"/>
              <w:b/>
              <w:color w:val="244EB7"/>
              <w:sz w:val="17"/>
            </w:rPr>
            <w:t>MHS ERP · СТРОИТЕЛЬСТВО</w:t>
          </w:r>
        </w:p>
      </w:tc>
      <w:tc>
        <w:tcPr>
          <w:tcW w:type="dxa" w:w="6560"/>
          <w:vAlign w:val="center"/>
          <w:tcMar>
            <w:top w:w="100" w:type="dxa"/>
            <w:start w:w="120" w:type="dxa"/>
            <w:bottom w:w="100" w:type="dxa"/>
            <w:end w:w="120" w:type="dxa"/>
          </w:tcMar>
        </w:tcPr>
        <w:p>
          <w:pPr>
            <w:spacing w:before="0" w:after="0" w:line="264" w:lineRule="auto"/>
            <w:jc w:val="right"/>
          </w:pPr>
          <w:r/>
          <w:r>
            <w:rPr>
              <w:rFonts w:ascii="Arial" w:hAnsi="Arial" w:eastAsia="Arial"/>
              <w:b w:val="0"/>
              <w:color w:val="667085"/>
              <w:sz w:val="17"/>
            </w:rPr>
            <w:t>Полная книга продукта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Arial" w:hAnsi="Arial"/>
      <w:color w:val="1719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93A8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244EB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191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93A8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Arial" w:hAnsi="Arial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MHS ERP Construction — полная книга продукта</dc:title>
  <dc:subject>Кабинеты, роли, точные передачи, контроль и техническое основание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